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thumbnail.jpeg" ContentType="image/png"/>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media/image1.jpeg" ContentType="image/png"/>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3000"/>
        <w:jc w:val="center"/>
      </w:pPr>
      <w:r>
        <w:rPr>
          <w:b/>
          <w:color w:val="1A2B4A"/>
          <w:sz w:val="108"/>
        </w:rPr>
        <w:t>ТАРО</w:t>
      </w:r>
    </w:p>
    <w:p>
      <w:pPr>
        <w:jc w:val="center"/>
      </w:pPr>
      <w:r>
        <w:rPr>
          <w:color w:val="8A6D2B"/>
          <w:sz w:val="40"/>
        </w:rPr>
        <w:t>Расшифровка всех 78 карт</w:t>
      </w:r>
    </w:p>
    <w:p>
      <w:pPr>
        <w:jc w:val="center"/>
      </w:pPr>
      <w:r>
        <w:rPr>
          <w:sz w:val="26"/>
        </w:rPr>
        <w:t>Подробная версия</w:t>
        <w:br/>
        <w:t>Старшие Арканы • Жезлы • Кубки • Мечи • Пентакли</w:t>
        <w:br/>
        <w:t>Каждая карта — одна страница</w:t>
        <w:br/>
        <w:t>Образ • Прямое • Перевернутое • Любовь • Работа • Деньги • Здоровье • Духовное • Совет</w:t>
      </w:r>
    </w:p>
    <w:p>
      <w:pPr>
        <w:spacing w:before="600"/>
        <w:jc w:val="center"/>
      </w:pPr>
      <w:r>
        <w:rPr>
          <w:color w:val="999999"/>
          <w:sz w:val="26"/>
        </w:rPr>
        <w:t>Формат А4 • Крупный шрифт</w:t>
      </w:r>
    </w:p>
    <w:p>
      <w:pPr>
        <w:spacing w:before="360" w:after="120"/>
        <w:jc w:val="center"/>
      </w:pPr>
      <w:r>
        <w:drawing>
          <wp:inline xmlns:a="http://schemas.openxmlformats.org/drawingml/2006/main" xmlns:pic="http://schemas.openxmlformats.org/drawingml/2006/picture">
            <wp:extent cx="2700000" cy="2700000"/>
            <wp:docPr id="1" name="Picture 1"/>
            <wp:cNvGraphicFramePr>
              <a:graphicFrameLocks noChangeAspect="1"/>
            </wp:cNvGraphicFramePr>
            <a:graphic>
              <a:graphicData uri="http://schemas.openxmlformats.org/drawingml/2006/picture">
                <pic:pic>
                  <pic:nvPicPr>
                    <pic:cNvPr id="0" name="WhatsApp_Image_2026-11-03_at_11.27.13.jpeg"/>
                    <pic:cNvPicPr/>
                  </pic:nvPicPr>
                  <pic:blipFill>
                    <a:blip r:embed="rId9"/>
                    <a:stretch>
                      <a:fillRect/>
                    </a:stretch>
                  </pic:blipFill>
                  <pic:spPr>
                    <a:xfrm>
                      <a:off x="0" y="0"/>
                      <a:ext cx="2700000" cy="2700000"/>
                    </a:xfrm>
                    <a:prstGeom prst="rect"/>
                  </pic:spPr>
                </pic:pic>
              </a:graphicData>
            </a:graphic>
          </wp:inline>
        </w:drawing>
      </w:r>
    </w:p>
    <w:p>
      <w:pPr>
        <w:spacing w:after="240"/>
        <w:jc w:val="center"/>
      </w:pPr>
      <w:r>
        <w:rPr>
          <w:rFonts w:ascii="Calibri" w:hAnsi="Calibri"/>
          <w:b/>
          <w:color w:val="8A6D2B"/>
          <w:sz w:val="22"/>
        </w:rPr>
        <w:t>GRAF MEISTER</w:t>
      </w:r>
    </w:p>
    <w:p>
      <w:r>
        <w:br w:type="page"/>
      </w:r>
    </w:p>
    <w:p>
      <w:pPr>
        <w:jc w:val="right"/>
      </w:pPr>
      <w:r>
        <w:rPr>
          <w:b/>
          <w:color w:val="999999"/>
          <w:sz w:val="19"/>
        </w:rPr>
        <w:t>ТАРО • 78 КАРТ  •  1 / 78</w:t>
      </w:r>
    </w:p>
    <w:p>
      <w:pPr>
        <w:spacing w:after="40"/>
      </w:pPr>
      <w:r>
        <w:rPr>
          <w:b/>
          <w:color w:val="1A2B4A"/>
          <w:sz w:val="38"/>
        </w:rPr>
        <w:t>0 — Шут (Дурак)</w:t>
      </w:r>
    </w:p>
    <w:p>
      <w:pPr>
        <w:spacing w:after="80"/>
      </w:pPr>
      <w:r>
        <w:rPr>
          <w:i/>
          <w:color w:val="8A6D2B"/>
          <w:sz w:val="26"/>
        </w:rPr>
        <w:t>Начало • Свобода • Прыжок в неизвестность • Нулевая точка</w:t>
      </w:r>
    </w:p>
    <w:p>
      <w:pPr>
        <w:spacing w:after="120"/>
      </w:pPr>
      <w:r>
        <w:rPr>
          <w:color w:val="C9B87A"/>
          <w:sz w:val="19"/>
        </w:rPr>
        <w:t>────────────────────────────────────────────────────────────────────────</w:t>
      </w:r>
    </w:p>
    <w:p>
      <w:pPr>
        <w:spacing w:before="100" w:after="20"/>
      </w:pPr>
      <w:r>
        <w:rPr>
          <w:b/>
          <w:color w:val="1A2B4A"/>
          <w:sz w:val="26"/>
        </w:rPr>
        <w:t>Как выглядит карта:</w:t>
      </w:r>
    </w:p>
    <w:p>
      <w:pPr>
        <w:jc w:val="both"/>
      </w:pPr>
      <w:r>
        <w:rPr>
          <w:sz w:val="26"/>
        </w:rPr>
        <w:t>На краю обрыва стоит юноша с котомкой на плече и белой розой в руке — символом чистоты намерения. У его ног лает собака — то ли предупреждает, то ли подталкивает. Он смотрит в небо, а не под ноги. Впереди — пропасть, но он не боится. Это нулевая точка, чистый лист, момент перед прыжком, когда весь мир еще открыт.</w:t>
      </w:r>
    </w:p>
    <w:p>
      <w:pPr>
        <w:spacing w:before="100" w:after="20"/>
      </w:pPr>
      <w:r>
        <w:rPr>
          <w:b/>
          <w:color w:val="1A2B4A"/>
          <w:sz w:val="26"/>
        </w:rPr>
        <w:t>В прямом положении:</w:t>
      </w:r>
    </w:p>
    <w:p>
      <w:pPr>
        <w:jc w:val="both"/>
      </w:pPr>
      <w:r>
        <w:rPr>
          <w:sz w:val="26"/>
        </w:rPr>
        <w:t>Начало всего. Свобода, спонтанность, доверие жизни, легкий шаг в неизвестное. Новый путь, переезд, увольнение, влюбленность, авантюра, стартап, путешествие. Ты не знаешь, что будет дальше, но чувствуешь — надо идти. Вселенная держит тебя, даже если ты этого не видишь. Карта говорит: не пытайся все просчитать, просто начни. Твоя наивность здесь — не глупость, а доверие. Это состояние, когда ты еще не оброс страхами и чужими «надо».</w:t>
      </w:r>
    </w:p>
    <w:p>
      <w:pPr>
        <w:spacing w:before="100" w:after="20"/>
      </w:pPr>
      <w:r>
        <w:rPr>
          <w:b/>
          <w:color w:val="1A2B4A"/>
          <w:sz w:val="26"/>
        </w:rPr>
        <w:t>В перевернутом положении:</w:t>
      </w:r>
    </w:p>
    <w:p>
      <w:pPr>
        <w:jc w:val="both"/>
      </w:pPr>
      <w:r>
        <w:rPr>
          <w:sz w:val="26"/>
        </w:rPr>
        <w:t>Глупость, безответственность, страх начать. Ты либо бросаешься в пропасть без подготовки, без плана, без подушки — и падаешь, либо боишься сделать шаг и топчешься на месте годами. Инфантильность, бегство от ответственности, нелепые поступки ради внимания. Перевернутый Шут — это когда свобода превращается в хаос, а легкость — в легкомыслие.</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Влюбленность, легкость, отношения без обязательств, начало с нуля. Флирт, бабочки, роман без планов. Перевернутая: несерьезность, страх обязательств, глупые поступки ради внимания, «то схожусь, то ухожу».</w:t>
      </w:r>
    </w:p>
    <w:p>
      <w:pPr>
        <w:pStyle w:val="ListBullet"/>
        <w:spacing w:after="20"/>
        <w:ind w:left="340"/>
      </w:pPr>
      <w:r>
        <w:rPr>
          <w:b/>
          <w:sz w:val="26"/>
        </w:rPr>
        <w:t xml:space="preserve">Работа: </w:t>
      </w:r>
      <w:r>
        <w:rPr>
          <w:sz w:val="26"/>
        </w:rPr>
        <w:t>Новый проект, фриланс, смена сферы, риск, идея, которая кажется сумасшедшей. Время пробовать.</w:t>
      </w:r>
    </w:p>
    <w:p>
      <w:pPr>
        <w:pStyle w:val="ListBullet"/>
        <w:spacing w:after="20"/>
        <w:ind w:left="340"/>
      </w:pPr>
      <w:r>
        <w:rPr>
          <w:b/>
          <w:sz w:val="26"/>
        </w:rPr>
        <w:t xml:space="preserve">Деньги: </w:t>
      </w:r>
      <w:r>
        <w:rPr>
          <w:sz w:val="26"/>
        </w:rPr>
        <w:t>Непредсказуемые, но есть шанс. Не вкладывай все. Деньги придут через новое, а не через старое.</w:t>
      </w:r>
    </w:p>
    <w:p>
      <w:pPr>
        <w:pStyle w:val="ListBullet"/>
        <w:spacing w:after="20"/>
        <w:ind w:left="340"/>
      </w:pPr>
      <w:r>
        <w:rPr>
          <w:b/>
          <w:sz w:val="26"/>
        </w:rPr>
        <w:t xml:space="preserve">Здоровье: </w:t>
      </w:r>
      <w:r>
        <w:rPr>
          <w:sz w:val="26"/>
        </w:rPr>
        <w:t>Энергия, легкость, молодость, но риск травм по невнимательности. Смотри под ноги.</w:t>
      </w:r>
    </w:p>
    <w:p>
      <w:pPr>
        <w:pStyle w:val="ListBullet"/>
        <w:spacing w:after="20"/>
        <w:ind w:left="340"/>
      </w:pPr>
      <w:r>
        <w:rPr>
          <w:b/>
          <w:sz w:val="26"/>
        </w:rPr>
        <w:t xml:space="preserve">Духовное: </w:t>
      </w:r>
      <w:r>
        <w:rPr>
          <w:sz w:val="26"/>
        </w:rPr>
        <w:t>Доверие потоку. Отпусти контроль.</w:t>
      </w:r>
    </w:p>
    <w:p>
      <w:pPr>
        <w:spacing w:before="100" w:after="20"/>
      </w:pPr>
      <w:r>
        <w:rPr>
          <w:b/>
          <w:color w:val="1A2B4A"/>
          <w:sz w:val="26"/>
        </w:rPr>
        <w:t>Совет карты:</w:t>
      </w:r>
    </w:p>
    <w:p>
      <w:pPr>
        <w:jc w:val="both"/>
      </w:pPr>
      <w:r>
        <w:rPr>
          <w:sz w:val="26"/>
        </w:rPr>
        <w:t>Не думай слишком долго. Сделай шаг. Но смотри под ноги. Собери котомку — документы, деньги, план Б — и иди. Жизнь начинается там, где заканчивается карта. Перевернутая: Свобода без ответственности — это просто падение.</w:t>
      </w:r>
    </w:p>
    <w:p>
      <w:pPr>
        <w:spacing w:before="160"/>
        <w:jc w:val="center"/>
      </w:pPr>
      <w:r>
        <w:rPr>
          <w:color w:val="C9B87A"/>
          <w:sz w:val="26"/>
        </w:rPr>
        <w:t>✦  ✦  ✦</w:t>
      </w:r>
    </w:p>
    <w:p>
      <w:r>
        <w:br w:type="page"/>
      </w:r>
    </w:p>
    <w:p>
      <w:pPr>
        <w:jc w:val="right"/>
      </w:pPr>
      <w:r>
        <w:rPr>
          <w:b/>
          <w:color w:val="999999"/>
          <w:sz w:val="19"/>
        </w:rPr>
        <w:t>ТАРО • 78 КАРТ  •  2 / 78</w:t>
      </w:r>
    </w:p>
    <w:p>
      <w:pPr>
        <w:spacing w:after="40"/>
      </w:pPr>
      <w:r>
        <w:rPr>
          <w:b/>
          <w:color w:val="1A2B4A"/>
          <w:sz w:val="38"/>
        </w:rPr>
        <w:t>I — Маг</w:t>
      </w:r>
    </w:p>
    <w:p>
      <w:pPr>
        <w:spacing w:after="80"/>
      </w:pPr>
      <w:r>
        <w:rPr>
          <w:i/>
          <w:color w:val="8A6D2B"/>
          <w:sz w:val="26"/>
        </w:rPr>
        <w:t>Я могу • Воля • Мастерство • Проявление</w:t>
      </w:r>
    </w:p>
    <w:p>
      <w:pPr>
        <w:spacing w:after="120"/>
      </w:pPr>
      <w:r>
        <w:rPr>
          <w:color w:val="C9B87A"/>
          <w:sz w:val="19"/>
        </w:rPr>
        <w:t>────────────────────────────────────────────────────────────────────────</w:t>
      </w:r>
    </w:p>
    <w:p>
      <w:pPr>
        <w:spacing w:before="100" w:after="20"/>
      </w:pPr>
      <w:r>
        <w:rPr>
          <w:b/>
          <w:color w:val="1A2B4A"/>
          <w:sz w:val="26"/>
        </w:rPr>
        <w:t>Как выглядит карта:</w:t>
      </w:r>
    </w:p>
    <w:p>
      <w:pPr>
        <w:jc w:val="both"/>
      </w:pPr>
      <w:r>
        <w:rPr>
          <w:sz w:val="26"/>
        </w:rPr>
        <w:t>Маг стоит за столом, на котором лежат все четыре стихии: жезл, кубок, меч, пентакль. Одна рука поднята к небу — берет энергию сверху, другая опущена к земле — заземляет ее в действие. Над головой — знак бесконечности, лемниската. На поясе — змея, кусающая себя за хвост. У него есть все инструменты, и он знает, как ими пользоваться.</w:t>
      </w:r>
    </w:p>
    <w:p>
      <w:pPr>
        <w:spacing w:before="100" w:after="20"/>
      </w:pPr>
      <w:r>
        <w:rPr>
          <w:b/>
          <w:color w:val="1A2B4A"/>
          <w:sz w:val="26"/>
        </w:rPr>
        <w:t>В прямом положении:</w:t>
      </w:r>
    </w:p>
    <w:p>
      <w:pPr>
        <w:jc w:val="both"/>
      </w:pPr>
      <w:r>
        <w:rPr>
          <w:sz w:val="26"/>
        </w:rPr>
        <w:t>Сила воли, харизма, умение управлять реальностью. Ты можешь все, что задумал. Время действовать, говорить, проявлять себя, продавать, создавать, начинать переговоры, выходить в люди. Ты — творец своей жизни, а не зритель. Все, что тебе нужно, уже есть: знания, связи, опыт, энергия. Маг не ждет разрешения и не ждет идеального момента — он создает его сам.</w:t>
      </w:r>
    </w:p>
    <w:p>
      <w:pPr>
        <w:spacing w:before="100" w:after="20"/>
      </w:pPr>
      <w:r>
        <w:rPr>
          <w:b/>
          <w:color w:val="1A2B4A"/>
          <w:sz w:val="26"/>
        </w:rPr>
        <w:t>В перевернутом положении:</w:t>
      </w:r>
    </w:p>
    <w:p>
      <w:pPr>
        <w:jc w:val="both"/>
      </w:pPr>
      <w:r>
        <w:rPr>
          <w:sz w:val="26"/>
        </w:rPr>
        <w:t>Неуверенность, манипуляция, шарлатанство, неиспользованный потенциал. Ты знаешь, что можешь, но не делаешь. Или используешь силу, чтобы обманывать — красивые слова без действий, обещания без результата. Или тебя обманывают: кто-то играет на твоей доверчивости. Перевернутый Маг — это когда талант есть, а смелости его показать — нет.</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Харизма, притяжение, уверенное ухаживание, инициатива. Ты нравишься, когда проявляешься. Перевернутая: манипуляция, игры, обещания без действий.</w:t>
      </w:r>
    </w:p>
    <w:p>
      <w:pPr>
        <w:pStyle w:val="ListBullet"/>
        <w:spacing w:after="20"/>
        <w:ind w:left="340"/>
      </w:pPr>
      <w:r>
        <w:rPr>
          <w:b/>
          <w:sz w:val="26"/>
        </w:rPr>
        <w:t xml:space="preserve">Работа: </w:t>
      </w:r>
      <w:r>
        <w:rPr>
          <w:sz w:val="26"/>
        </w:rPr>
        <w:t>Успех через мастерство, переговоры, презентация себя, личный бренд, продажи. Твой час.</w:t>
      </w:r>
    </w:p>
    <w:p>
      <w:pPr>
        <w:pStyle w:val="ListBullet"/>
        <w:spacing w:after="20"/>
        <w:ind w:left="340"/>
      </w:pPr>
      <w:r>
        <w:rPr>
          <w:b/>
          <w:sz w:val="26"/>
        </w:rPr>
        <w:t xml:space="preserve">Деньги: </w:t>
      </w:r>
      <w:r>
        <w:rPr>
          <w:sz w:val="26"/>
        </w:rPr>
        <w:t>Деньги через умение и личный бренд. Проси больше — ты этого стоишь.</w:t>
      </w:r>
    </w:p>
    <w:p>
      <w:pPr>
        <w:pStyle w:val="ListBullet"/>
        <w:spacing w:after="20"/>
        <w:ind w:left="340"/>
      </w:pPr>
      <w:r>
        <w:rPr>
          <w:b/>
          <w:sz w:val="26"/>
        </w:rPr>
        <w:t xml:space="preserve">Здоровье: </w:t>
      </w:r>
      <w:r>
        <w:rPr>
          <w:sz w:val="26"/>
        </w:rPr>
        <w:t>Сильная воля помогает выздороветь. Тело слушается разума.</w:t>
      </w:r>
    </w:p>
    <w:p>
      <w:pPr>
        <w:pStyle w:val="ListBullet"/>
        <w:spacing w:after="20"/>
        <w:ind w:left="340"/>
      </w:pPr>
      <w:r>
        <w:rPr>
          <w:b/>
          <w:sz w:val="26"/>
        </w:rPr>
        <w:t xml:space="preserve">Духовное: </w:t>
      </w:r>
      <w:r>
        <w:rPr>
          <w:sz w:val="26"/>
        </w:rPr>
        <w:t>Ты — проводник между небом и землей.</w:t>
      </w:r>
    </w:p>
    <w:p>
      <w:pPr>
        <w:spacing w:before="100" w:after="20"/>
      </w:pPr>
      <w:r>
        <w:rPr>
          <w:b/>
          <w:color w:val="1A2B4A"/>
          <w:sz w:val="26"/>
        </w:rPr>
        <w:t>Совет карты:</w:t>
      </w:r>
    </w:p>
    <w:p>
      <w:pPr>
        <w:jc w:val="both"/>
      </w:pPr>
      <w:r>
        <w:rPr>
          <w:sz w:val="26"/>
        </w:rPr>
        <w:t>У тебя уже есть все инструменты. Перестань ждать разрешения. Сделай первый шаг сегодня. Ты — маг своей жизни. Перевернутая: Сила есть, а ты ее прячешь.</w:t>
      </w:r>
    </w:p>
    <w:p>
      <w:pPr>
        <w:spacing w:before="160"/>
        <w:jc w:val="center"/>
      </w:pPr>
      <w:r>
        <w:rPr>
          <w:color w:val="C9B87A"/>
          <w:sz w:val="26"/>
        </w:rPr>
        <w:t>✦  ✦  ✦</w:t>
      </w:r>
    </w:p>
    <w:p>
      <w:r>
        <w:br w:type="page"/>
      </w:r>
    </w:p>
    <w:p>
      <w:pPr>
        <w:jc w:val="right"/>
      </w:pPr>
      <w:r>
        <w:rPr>
          <w:b/>
          <w:color w:val="999999"/>
          <w:sz w:val="19"/>
        </w:rPr>
        <w:t>ТАРО • 78 КАРТ  •  3 / 78</w:t>
      </w:r>
    </w:p>
    <w:p>
      <w:pPr>
        <w:spacing w:after="40"/>
      </w:pPr>
      <w:r>
        <w:rPr>
          <w:b/>
          <w:color w:val="1A2B4A"/>
          <w:sz w:val="38"/>
        </w:rPr>
        <w:t>II — Верховная Жрица</w:t>
      </w:r>
    </w:p>
    <w:p>
      <w:pPr>
        <w:spacing w:after="80"/>
      </w:pPr>
      <w:r>
        <w:rPr>
          <w:i/>
          <w:color w:val="8A6D2B"/>
          <w:sz w:val="26"/>
        </w:rPr>
        <w:t>Почувствуй • Интуиция • Тайна • Внутренний голос</w:t>
      </w:r>
    </w:p>
    <w:p>
      <w:pPr>
        <w:spacing w:after="120"/>
      </w:pPr>
      <w:r>
        <w:rPr>
          <w:color w:val="C9B87A"/>
          <w:sz w:val="19"/>
        </w:rPr>
        <w:t>────────────────────────────────────────────────────────────────────────</w:t>
      </w:r>
    </w:p>
    <w:p>
      <w:pPr>
        <w:spacing w:before="100" w:after="20"/>
      </w:pPr>
      <w:r>
        <w:rPr>
          <w:b/>
          <w:color w:val="1A2B4A"/>
          <w:sz w:val="26"/>
        </w:rPr>
        <w:t>Как выглядит карта:</w:t>
      </w:r>
    </w:p>
    <w:p>
      <w:pPr>
        <w:jc w:val="both"/>
      </w:pPr>
      <w:r>
        <w:rPr>
          <w:sz w:val="26"/>
        </w:rPr>
        <w:t>Женщина сидит между двумя колоннами — черной Боаз и белой Яхин. За ней — завеса с гранатами, символ скрытого знания. В руках — свиток Торы, наполовину скрытый. У ног — полумесяц. На груди — крест. Она молчит, но знает все. Она не действует, она чувствует.</w:t>
      </w:r>
    </w:p>
    <w:p>
      <w:pPr>
        <w:spacing w:before="100" w:after="20"/>
      </w:pPr>
      <w:r>
        <w:rPr>
          <w:b/>
          <w:color w:val="1A2B4A"/>
          <w:sz w:val="26"/>
        </w:rPr>
        <w:t>В прямом положении:</w:t>
      </w:r>
    </w:p>
    <w:p>
      <w:pPr>
        <w:jc w:val="both"/>
      </w:pPr>
      <w:r>
        <w:rPr>
          <w:sz w:val="26"/>
        </w:rPr>
        <w:t>Интуиция, тишина, тайна, внутренний голос, пауза перед действием. Не действуй, а почувствуй. Сны, знаки, скрытая информация, то, что не говорят вслух. То, что ты чувствуешь, — правда, даже если логика говорит обратное. Карта просит: остановись, помолчи, прислушайся. Ответ уже есть, просто ты его заглушаешь шумом.</w:t>
      </w:r>
    </w:p>
    <w:p>
      <w:pPr>
        <w:spacing w:before="100" w:after="20"/>
      </w:pPr>
      <w:r>
        <w:rPr>
          <w:b/>
          <w:color w:val="1A2B4A"/>
          <w:sz w:val="26"/>
        </w:rPr>
        <w:t>В перевернутом положении:</w:t>
      </w:r>
    </w:p>
    <w:p>
      <w:pPr>
        <w:jc w:val="both"/>
      </w:pPr>
      <w:r>
        <w:rPr>
          <w:sz w:val="26"/>
        </w:rPr>
        <w:t>Игнорирование интуиции, тайны выходят наружу, холодность, отстраненность. Ты слушаешь других, а не себя. Или ты слишком закрыт, никого не впускаешь, играешь в загадочность. Или секрет, который ты хранил, скоро вскроется.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Глубокая связь, невысказанные чувства, тайный роман, платоническая любовь, недосказанность. Перевернутая: холод, секреты, недоверие.</w:t>
      </w:r>
    </w:p>
    <w:p>
      <w:pPr>
        <w:pStyle w:val="ListBullet"/>
        <w:spacing w:after="20"/>
        <w:ind w:left="340"/>
      </w:pPr>
      <w:r>
        <w:rPr>
          <w:b/>
          <w:sz w:val="26"/>
        </w:rPr>
        <w:t xml:space="preserve">Работа: </w:t>
      </w:r>
      <w:r>
        <w:rPr>
          <w:sz w:val="26"/>
        </w:rPr>
        <w:t>Работа с информацией, скрытые процессы, жди, не спеши подписывать. Проверяй то, что не на поверхности.</w:t>
      </w:r>
    </w:p>
    <w:p>
      <w:pPr>
        <w:pStyle w:val="ListBullet"/>
        <w:spacing w:after="20"/>
        <w:ind w:left="340"/>
      </w:pPr>
      <w:r>
        <w:rPr>
          <w:b/>
          <w:sz w:val="26"/>
        </w:rPr>
        <w:t xml:space="preserve">Деньги: </w:t>
      </w:r>
      <w:r>
        <w:rPr>
          <w:sz w:val="26"/>
        </w:rPr>
        <w:t>Не афишируй доходы. Деньги любят тишину.</w:t>
      </w:r>
    </w:p>
    <w:p>
      <w:pPr>
        <w:pStyle w:val="ListBullet"/>
        <w:spacing w:after="20"/>
        <w:ind w:left="340"/>
      </w:pPr>
      <w:r>
        <w:rPr>
          <w:b/>
          <w:sz w:val="26"/>
        </w:rPr>
        <w:t xml:space="preserve">Здоровье: </w:t>
      </w:r>
      <w:r>
        <w:rPr>
          <w:sz w:val="26"/>
        </w:rPr>
        <w:t>Психосоматика, гормоны, циклы, слушай тело. Тело говорит то, что ты не хочешь слышать.</w:t>
      </w:r>
    </w:p>
    <w:p>
      <w:pPr>
        <w:pStyle w:val="ListBullet"/>
        <w:spacing w:after="20"/>
        <w:ind w:left="340"/>
      </w:pPr>
      <w:r>
        <w:rPr>
          <w:b/>
          <w:sz w:val="26"/>
        </w:rPr>
        <w:t xml:space="preserve">Духовное: </w:t>
      </w:r>
      <w:r>
        <w:rPr>
          <w:sz w:val="26"/>
        </w:rPr>
        <w:t>Медитация, сны, знаки. Твой канал открыт.</w:t>
      </w:r>
    </w:p>
    <w:p>
      <w:pPr>
        <w:spacing w:before="100" w:after="20"/>
      </w:pPr>
      <w:r>
        <w:rPr>
          <w:b/>
          <w:color w:val="1A2B4A"/>
          <w:sz w:val="26"/>
        </w:rPr>
        <w:t>Совет карты:</w:t>
      </w:r>
    </w:p>
    <w:p>
      <w:pPr>
        <w:jc w:val="both"/>
      </w:pPr>
      <w:r>
        <w:rPr>
          <w:sz w:val="26"/>
        </w:rPr>
        <w:t>Молчи. Слушай. Твой внутренний голос уже знает ответ. Запиши сон, который приснился. Ответ уже внутри тебя. Перевернутая: Ты перестал слышать себя.</w:t>
      </w:r>
    </w:p>
    <w:p>
      <w:pPr>
        <w:spacing w:before="160"/>
        <w:jc w:val="center"/>
      </w:pPr>
      <w:r>
        <w:rPr>
          <w:color w:val="C9B87A"/>
          <w:sz w:val="26"/>
        </w:rPr>
        <w:t>✦  ✦  ✦</w:t>
      </w:r>
    </w:p>
    <w:p>
      <w:r>
        <w:br w:type="page"/>
      </w:r>
    </w:p>
    <w:p>
      <w:pPr>
        <w:jc w:val="right"/>
      </w:pPr>
      <w:r>
        <w:rPr>
          <w:b/>
          <w:color w:val="999999"/>
          <w:sz w:val="19"/>
        </w:rPr>
        <w:t>ТАРО • 78 КАРТ  •  4 / 78</w:t>
      </w:r>
    </w:p>
    <w:p>
      <w:pPr>
        <w:spacing w:after="40"/>
      </w:pPr>
      <w:r>
        <w:rPr>
          <w:b/>
          <w:color w:val="1A2B4A"/>
          <w:sz w:val="38"/>
        </w:rPr>
        <w:t>III — Императрица</w:t>
      </w:r>
    </w:p>
    <w:p>
      <w:pPr>
        <w:spacing w:after="80"/>
      </w:pPr>
      <w:r>
        <w:rPr>
          <w:i/>
          <w:color w:val="8A6D2B"/>
          <w:sz w:val="26"/>
        </w:rPr>
        <w:t>Расцветай • Любовь • Изобилие • Плодородие</w:t>
      </w:r>
    </w:p>
    <w:p>
      <w:pPr>
        <w:spacing w:after="120"/>
      </w:pPr>
      <w:r>
        <w:rPr>
          <w:color w:val="C9B87A"/>
          <w:sz w:val="19"/>
        </w:rPr>
        <w:t>────────────────────────────────────────────────────────────────────────</w:t>
      </w:r>
    </w:p>
    <w:p>
      <w:pPr>
        <w:spacing w:before="100" w:after="20"/>
      </w:pPr>
      <w:r>
        <w:rPr>
          <w:b/>
          <w:color w:val="1A2B4A"/>
          <w:sz w:val="26"/>
        </w:rPr>
        <w:t>Как выглядит карта:</w:t>
      </w:r>
    </w:p>
    <w:p>
      <w:pPr>
        <w:jc w:val="both"/>
      </w:pPr>
      <w:r>
        <w:rPr>
          <w:sz w:val="26"/>
        </w:rPr>
        <w:t>Женщина в венке из звезд и цветов сидит на троне среди пшеницы и цветов. Рядом — река, лес, природа. Она беременна — она сама жизнь. Все вокруг нее растет, цветет и плодоносит. На щите — Венера. Она не борется, она позволяет расти.</w:t>
      </w:r>
    </w:p>
    <w:p>
      <w:pPr>
        <w:spacing w:before="100" w:after="20"/>
      </w:pPr>
      <w:r>
        <w:rPr>
          <w:b/>
          <w:color w:val="1A2B4A"/>
          <w:sz w:val="26"/>
        </w:rPr>
        <w:t>В прямом положении:</w:t>
      </w:r>
    </w:p>
    <w:p>
      <w:pPr>
        <w:jc w:val="both"/>
      </w:pPr>
      <w:r>
        <w:rPr>
          <w:sz w:val="26"/>
        </w:rPr>
        <w:t>Плодородие, любовь, забота, красота, изобилие, наслаждение жизнью. Время расцветать, любить, создавать, рожать идеи, детей, проекты. Деньги, комфорт, удовольствие от жизни, красивый дом, вкусный ужин. Ты заслуживаешь красивого. Императрица говорит: не экономь на себе, не терпи, не сжимайся — расширяйся.</w:t>
      </w:r>
    </w:p>
    <w:p>
      <w:pPr>
        <w:spacing w:before="100" w:after="20"/>
      </w:pPr>
      <w:r>
        <w:rPr>
          <w:b/>
          <w:color w:val="1A2B4A"/>
          <w:sz w:val="26"/>
        </w:rPr>
        <w:t>В перевернутом положении:</w:t>
      </w:r>
    </w:p>
    <w:p>
      <w:pPr>
        <w:jc w:val="both"/>
      </w:pPr>
      <w:r>
        <w:rPr>
          <w:sz w:val="26"/>
        </w:rPr>
        <w:t>Увядание, холодность, гиперопека, застой. Ты не даешь себе любви, экономишь на себе, душишь контролем близких. Или ты отдаешь все другим, а себе — ничего. Или твоя забота превратилась в контроль: «я же для тебя стараюсь».</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Любовь, забота, беременность, семья, тепло, сексуальность. Перевернутая: зависимость, контроль, холод.</w:t>
      </w:r>
    </w:p>
    <w:p>
      <w:pPr>
        <w:pStyle w:val="ListBullet"/>
        <w:spacing w:after="20"/>
        <w:ind w:left="340"/>
      </w:pPr>
      <w:r>
        <w:rPr>
          <w:b/>
          <w:sz w:val="26"/>
        </w:rPr>
        <w:t xml:space="preserve">Работа: </w:t>
      </w:r>
      <w:r>
        <w:rPr>
          <w:sz w:val="26"/>
        </w:rPr>
        <w:t>Творчество, красота, рост, процветание. Проекты, связанные с женщинами, детьми, красотой, едой, домом.</w:t>
      </w:r>
    </w:p>
    <w:p>
      <w:pPr>
        <w:pStyle w:val="ListBullet"/>
        <w:spacing w:after="20"/>
        <w:ind w:left="340"/>
      </w:pPr>
      <w:r>
        <w:rPr>
          <w:b/>
          <w:sz w:val="26"/>
        </w:rPr>
        <w:t xml:space="preserve">Деньги: </w:t>
      </w:r>
      <w:r>
        <w:rPr>
          <w:sz w:val="26"/>
        </w:rPr>
        <w:t>Рост доходов, урожай. Вкладывай в то, что растет.</w:t>
      </w:r>
    </w:p>
    <w:p>
      <w:pPr>
        <w:pStyle w:val="ListBullet"/>
        <w:spacing w:after="20"/>
        <w:ind w:left="340"/>
      </w:pPr>
      <w:r>
        <w:rPr>
          <w:b/>
          <w:sz w:val="26"/>
        </w:rPr>
        <w:t xml:space="preserve">Здоровье: </w:t>
      </w:r>
      <w:r>
        <w:rPr>
          <w:sz w:val="26"/>
        </w:rPr>
        <w:t>Женское здоровье, беременность, забота о теле, питание, отдых. Тело просит любви, а не диеты.</w:t>
      </w:r>
    </w:p>
    <w:p>
      <w:pPr>
        <w:pStyle w:val="ListBullet"/>
        <w:spacing w:after="20"/>
        <w:ind w:left="340"/>
      </w:pPr>
      <w:r>
        <w:rPr>
          <w:b/>
          <w:sz w:val="26"/>
        </w:rPr>
        <w:t xml:space="preserve">Духовное: </w:t>
      </w:r>
      <w:r>
        <w:rPr>
          <w:sz w:val="26"/>
        </w:rPr>
        <w:t>Принятие, благодарность, изобилие.</w:t>
      </w:r>
    </w:p>
    <w:p>
      <w:pPr>
        <w:spacing w:before="100" w:after="20"/>
      </w:pPr>
      <w:r>
        <w:rPr>
          <w:b/>
          <w:color w:val="1A2B4A"/>
          <w:sz w:val="26"/>
        </w:rPr>
        <w:t>Совет карты:</w:t>
      </w:r>
    </w:p>
    <w:p>
      <w:pPr>
        <w:jc w:val="both"/>
      </w:pPr>
      <w:r>
        <w:rPr>
          <w:sz w:val="26"/>
        </w:rPr>
        <w:t>Позволь себе цвести. Полюби себя и мир вокруг. Купи себе цветы — просто так. Ты — сад, который нужно поливать. Перевернутая: Сад без полива засыхает.</w:t>
      </w:r>
    </w:p>
    <w:p>
      <w:pPr>
        <w:spacing w:before="160"/>
        <w:jc w:val="center"/>
      </w:pPr>
      <w:r>
        <w:rPr>
          <w:color w:val="C9B87A"/>
          <w:sz w:val="26"/>
        </w:rPr>
        <w:t>✦  ✦  ✦</w:t>
      </w:r>
    </w:p>
    <w:p>
      <w:r>
        <w:br w:type="page"/>
      </w:r>
    </w:p>
    <w:p>
      <w:pPr>
        <w:jc w:val="right"/>
      </w:pPr>
      <w:r>
        <w:rPr>
          <w:b/>
          <w:color w:val="999999"/>
          <w:sz w:val="19"/>
        </w:rPr>
        <w:t>ТАРО • 78 КАРТ  •  5 / 78</w:t>
      </w:r>
    </w:p>
    <w:p>
      <w:pPr>
        <w:spacing w:after="40"/>
      </w:pPr>
      <w:r>
        <w:rPr>
          <w:b/>
          <w:color w:val="1A2B4A"/>
          <w:sz w:val="38"/>
        </w:rPr>
        <w:t>IV — Император</w:t>
      </w:r>
    </w:p>
    <w:p>
      <w:pPr>
        <w:spacing w:after="80"/>
      </w:pPr>
      <w:r>
        <w:rPr>
          <w:i/>
          <w:color w:val="8A6D2B"/>
          <w:sz w:val="26"/>
        </w:rPr>
        <w:t>Порядок • Власть • Контроль • Структура</w:t>
      </w:r>
    </w:p>
    <w:p>
      <w:pPr>
        <w:spacing w:after="120"/>
      </w:pPr>
      <w:r>
        <w:rPr>
          <w:color w:val="C9B87A"/>
          <w:sz w:val="19"/>
        </w:rPr>
        <w:t>────────────────────────────────────────────────────────────────────────</w:t>
      </w:r>
    </w:p>
    <w:p>
      <w:pPr>
        <w:spacing w:before="100" w:after="20"/>
      </w:pPr>
      <w:r>
        <w:rPr>
          <w:b/>
          <w:color w:val="1A2B4A"/>
          <w:sz w:val="26"/>
        </w:rPr>
        <w:t>Как выглядит карта:</w:t>
      </w:r>
    </w:p>
    <w:p>
      <w:pPr>
        <w:jc w:val="both"/>
      </w:pPr>
      <w:r>
        <w:rPr>
          <w:sz w:val="26"/>
        </w:rPr>
        <w:t>Мужчина на каменном троне, в доспехах, с державой и скипетром. За ним — горы, голые и твердые. У ног — бараны, символ Овна. Он — закон, структура, отец, начальник, государство. Все по правилам. Все под контролем. Он не спрашивает, он решает.</w:t>
      </w:r>
    </w:p>
    <w:p>
      <w:pPr>
        <w:spacing w:before="100" w:after="20"/>
      </w:pPr>
      <w:r>
        <w:rPr>
          <w:b/>
          <w:color w:val="1A2B4A"/>
          <w:sz w:val="26"/>
        </w:rPr>
        <w:t>В прямом положении:</w:t>
      </w:r>
    </w:p>
    <w:p>
      <w:pPr>
        <w:jc w:val="both"/>
      </w:pPr>
      <w:r>
        <w:rPr>
          <w:sz w:val="26"/>
        </w:rPr>
        <w:t>Порядок, стабильность, ответственность, власть, структура, защита. Время строить фундамент, брать на себя ответственность, наводить порядок в делах и в голове. Надежный человек, сильный лидер, отец, закон, система. Если в жизни хаос — Император говорит: составь план, наведи порядок, возьми контроль в свои руки.</w:t>
      </w:r>
    </w:p>
    <w:p>
      <w:pPr>
        <w:spacing w:before="100" w:after="20"/>
      </w:pPr>
      <w:r>
        <w:rPr>
          <w:b/>
          <w:color w:val="1A2B4A"/>
          <w:sz w:val="26"/>
        </w:rPr>
        <w:t>В перевернутом положении:</w:t>
      </w:r>
    </w:p>
    <w:p>
      <w:pPr>
        <w:jc w:val="both"/>
      </w:pPr>
      <w:r>
        <w:rPr>
          <w:sz w:val="26"/>
        </w:rPr>
        <w:t>Тиран или слабак. Либо ты душишь всех контролем, диктуешь, не даешь дышать, либо сам боишься ответственности и все разваливается. Хаос, бунт против правил, страх власти, страх быть взрослым.</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Серьезные намерения, брак, стабильность, надежность. Перевернутая: деспотизм, холод, контроль, «я сказал — так будет».</w:t>
      </w:r>
    </w:p>
    <w:p>
      <w:pPr>
        <w:pStyle w:val="ListBullet"/>
        <w:spacing w:after="20"/>
        <w:ind w:left="340"/>
      </w:pPr>
      <w:r>
        <w:rPr>
          <w:b/>
          <w:sz w:val="26"/>
        </w:rPr>
        <w:t xml:space="preserve">Работа: </w:t>
      </w:r>
      <w:r>
        <w:rPr>
          <w:sz w:val="26"/>
        </w:rPr>
        <w:t>Карьера, управление, структура, закон, официальные дела. Повышение через порядок.</w:t>
      </w:r>
    </w:p>
    <w:p>
      <w:pPr>
        <w:pStyle w:val="ListBullet"/>
        <w:spacing w:after="20"/>
        <w:ind w:left="340"/>
      </w:pPr>
      <w:r>
        <w:rPr>
          <w:b/>
          <w:sz w:val="26"/>
        </w:rPr>
        <w:t xml:space="preserve">Деньги: </w:t>
      </w:r>
      <w:r>
        <w:rPr>
          <w:sz w:val="26"/>
        </w:rPr>
        <w:t>Стабильный доход, контроль бюджета, накопления. Не трать на эмоциях.</w:t>
      </w:r>
    </w:p>
    <w:p>
      <w:pPr>
        <w:pStyle w:val="ListBullet"/>
        <w:spacing w:after="20"/>
        <w:ind w:left="340"/>
      </w:pPr>
      <w:r>
        <w:rPr>
          <w:b/>
          <w:sz w:val="26"/>
        </w:rPr>
        <w:t xml:space="preserve">Здоровье: </w:t>
      </w:r>
      <w:r>
        <w:rPr>
          <w:sz w:val="26"/>
        </w:rPr>
        <w:t>Дисциплина помогает: режим, спорт, сон, питание.</w:t>
      </w:r>
    </w:p>
    <w:p>
      <w:pPr>
        <w:pStyle w:val="ListBullet"/>
        <w:spacing w:after="20"/>
        <w:ind w:left="340"/>
      </w:pPr>
      <w:r>
        <w:rPr>
          <w:b/>
          <w:sz w:val="26"/>
        </w:rPr>
        <w:t xml:space="preserve">Духовное: </w:t>
      </w:r>
      <w:r>
        <w:rPr>
          <w:sz w:val="26"/>
        </w:rPr>
        <w:t>Ответственность как форма любви.</w:t>
      </w:r>
    </w:p>
    <w:p>
      <w:pPr>
        <w:spacing w:before="100" w:after="20"/>
      </w:pPr>
      <w:r>
        <w:rPr>
          <w:b/>
          <w:color w:val="1A2B4A"/>
          <w:sz w:val="26"/>
        </w:rPr>
        <w:t>Совет карты:</w:t>
      </w:r>
    </w:p>
    <w:p>
      <w:pPr>
        <w:jc w:val="both"/>
      </w:pPr>
      <w:r>
        <w:rPr>
          <w:sz w:val="26"/>
        </w:rPr>
        <w:t>Наведи порядок. Возьми ответственность на себя. Состави список и начни с первого пункта. Порядок — это твоя сила. Перевернутая: Контроль без любви — это тюрьма.</w:t>
      </w:r>
    </w:p>
    <w:p>
      <w:pPr>
        <w:spacing w:before="160"/>
        <w:jc w:val="center"/>
      </w:pPr>
      <w:r>
        <w:rPr>
          <w:color w:val="C9B87A"/>
          <w:sz w:val="26"/>
        </w:rPr>
        <w:t>✦  ✦  ✦</w:t>
      </w:r>
    </w:p>
    <w:p>
      <w:r>
        <w:br w:type="page"/>
      </w:r>
    </w:p>
    <w:p>
      <w:pPr>
        <w:jc w:val="right"/>
      </w:pPr>
      <w:r>
        <w:rPr>
          <w:b/>
          <w:color w:val="999999"/>
          <w:sz w:val="19"/>
        </w:rPr>
        <w:t>ТАРО • 78 КАРТ  •  6 / 78</w:t>
      </w:r>
    </w:p>
    <w:p>
      <w:pPr>
        <w:spacing w:after="40"/>
      </w:pPr>
      <w:r>
        <w:rPr>
          <w:b/>
          <w:color w:val="1A2B4A"/>
          <w:sz w:val="38"/>
        </w:rPr>
        <w:t>V — Иерофант (Жрец)</w:t>
      </w:r>
    </w:p>
    <w:p>
      <w:pPr>
        <w:spacing w:after="80"/>
      </w:pPr>
      <w:r>
        <w:rPr>
          <w:i/>
          <w:color w:val="8A6D2B"/>
          <w:sz w:val="26"/>
        </w:rPr>
        <w:t>Традиция • Учитель • Правила • Мораль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Жрец на троне благословляет двух учеников. Он — мост между небом и землей, между традицией и человеком. Ключи, корона, книга, три креста. Все как положено, все как у людей. Он не придумывает, он передает то, что было до него.</w:t>
      </w:r>
    </w:p>
    <w:p>
      <w:pPr>
        <w:spacing w:before="100" w:after="20"/>
      </w:pPr>
      <w:r>
        <w:rPr>
          <w:b/>
          <w:color w:val="1A2B4A"/>
          <w:sz w:val="26"/>
        </w:rPr>
        <w:t>В прямом положении:</w:t>
      </w:r>
    </w:p>
    <w:p>
      <w:pPr>
        <w:jc w:val="both"/>
      </w:pPr>
      <w:r>
        <w:rPr>
          <w:sz w:val="26"/>
        </w:rPr>
        <w:t>Традиция, учитель, брак, правила, мораль, система. Время учиться, следовать правилам, идти в официальные структуры. Брак, венчание, получение образования, совет мудрого человека, работа с наставником, официальное оформление. Иерофант говорит: не изобретай велосипед, иди проверенным путем.</w:t>
      </w:r>
    </w:p>
    <w:p>
      <w:pPr>
        <w:spacing w:before="100" w:after="20"/>
      </w:pPr>
      <w:r>
        <w:rPr>
          <w:b/>
          <w:color w:val="1A2B4A"/>
          <w:sz w:val="26"/>
        </w:rPr>
        <w:t>В перевернутом положении:</w:t>
      </w:r>
    </w:p>
    <w:p>
      <w:pPr>
        <w:jc w:val="both"/>
      </w:pPr>
      <w:r>
        <w:rPr>
          <w:sz w:val="26"/>
        </w:rPr>
        <w:t>Бунт против правил, ложный учитель, нетрадиционные отношения, развод, отказ от системы. Ты не хочешь жить как все. Или ты слепо следуешь правилам, которые тебя душат, боишься выйти за рамки, живешь чужой жизнью.</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Официальный брак, традиции, знакомство через семью, венчание. Перевернутая: гражданский брак, бунт, развод, отношения не по шаблону.</w:t>
      </w:r>
    </w:p>
    <w:p>
      <w:pPr>
        <w:pStyle w:val="ListBullet"/>
        <w:spacing w:after="20"/>
        <w:ind w:left="340"/>
      </w:pPr>
      <w:r>
        <w:rPr>
          <w:b/>
          <w:sz w:val="26"/>
        </w:rPr>
        <w:t xml:space="preserve">Работа: </w:t>
      </w:r>
      <w:r>
        <w:rPr>
          <w:sz w:val="26"/>
        </w:rPr>
        <w:t>Официальная работа, учеба, наставник, госструктуры, школа, университет.</w:t>
      </w:r>
    </w:p>
    <w:p>
      <w:pPr>
        <w:pStyle w:val="ListBullet"/>
        <w:spacing w:after="20"/>
        <w:ind w:left="340"/>
      </w:pPr>
      <w:r>
        <w:rPr>
          <w:b/>
          <w:sz w:val="26"/>
        </w:rPr>
        <w:t xml:space="preserve">Деньги: </w:t>
      </w:r>
      <w:r>
        <w:rPr>
          <w:sz w:val="26"/>
        </w:rPr>
        <w:t>Стабильно, по правилам, через официальные каналы.</w:t>
      </w:r>
    </w:p>
    <w:p>
      <w:pPr>
        <w:pStyle w:val="ListBullet"/>
        <w:spacing w:after="20"/>
        <w:ind w:left="340"/>
      </w:pPr>
      <w:r>
        <w:rPr>
          <w:b/>
          <w:sz w:val="26"/>
        </w:rPr>
        <w:t xml:space="preserve">Здоровье: </w:t>
      </w:r>
      <w:r>
        <w:rPr>
          <w:sz w:val="26"/>
        </w:rPr>
        <w:t>Лечись классически, не занимайся самолечением. Иди к врачу.</w:t>
      </w:r>
    </w:p>
    <w:p>
      <w:pPr>
        <w:pStyle w:val="ListBullet"/>
        <w:spacing w:after="20"/>
        <w:ind w:left="340"/>
      </w:pPr>
      <w:r>
        <w:rPr>
          <w:b/>
          <w:sz w:val="26"/>
        </w:rPr>
        <w:t xml:space="preserve">Духовное: </w:t>
      </w:r>
      <w:r>
        <w:rPr>
          <w:sz w:val="26"/>
        </w:rPr>
        <w:t>Учитель, традиция, ритуал. Найди своего наставника.</w:t>
      </w:r>
    </w:p>
    <w:p>
      <w:pPr>
        <w:spacing w:before="100" w:after="20"/>
      </w:pPr>
      <w:r>
        <w:rPr>
          <w:b/>
          <w:color w:val="1A2B4A"/>
          <w:sz w:val="26"/>
        </w:rPr>
        <w:t>Совет карты:</w:t>
      </w:r>
    </w:p>
    <w:p>
      <w:pPr>
        <w:jc w:val="both"/>
      </w:pPr>
      <w:r>
        <w:rPr>
          <w:sz w:val="26"/>
        </w:rPr>
        <w:t>Уважай традицию, но не становись ее рабом. Спроси себя: это мое правило или чужое? Учись у тех, кто прошел путь до тебя. Перевернутая: Твой путь — не по учебнику.</w:t>
      </w:r>
    </w:p>
    <w:p>
      <w:pPr>
        <w:spacing w:before="160"/>
        <w:jc w:val="center"/>
      </w:pPr>
      <w:r>
        <w:rPr>
          <w:color w:val="C9B87A"/>
          <w:sz w:val="26"/>
        </w:rPr>
        <w:t>✦  ✦  ✦</w:t>
      </w:r>
    </w:p>
    <w:p>
      <w:r>
        <w:br w:type="page"/>
      </w:r>
    </w:p>
    <w:p>
      <w:pPr>
        <w:jc w:val="right"/>
      </w:pPr>
      <w:r>
        <w:rPr>
          <w:b/>
          <w:color w:val="999999"/>
          <w:sz w:val="19"/>
        </w:rPr>
        <w:t>ТАРО • 78 КАРТ  •  7 / 78</w:t>
      </w:r>
    </w:p>
    <w:p>
      <w:pPr>
        <w:spacing w:after="40"/>
      </w:pPr>
      <w:r>
        <w:rPr>
          <w:b/>
          <w:color w:val="1A2B4A"/>
          <w:sz w:val="38"/>
        </w:rPr>
        <w:t>VI — Влюбленные</w:t>
      </w:r>
    </w:p>
    <w:p>
      <w:pPr>
        <w:spacing w:after="80"/>
      </w:pPr>
      <w:r>
        <w:rPr>
          <w:i/>
          <w:color w:val="8A6D2B"/>
          <w:sz w:val="26"/>
        </w:rPr>
        <w:t>Выбор сердцем • Любовь • Союз • Гармония</w:t>
      </w:r>
    </w:p>
    <w:p>
      <w:pPr>
        <w:spacing w:after="120"/>
      </w:pPr>
      <w:r>
        <w:rPr>
          <w:color w:val="C9B87A"/>
          <w:sz w:val="19"/>
        </w:rPr>
        <w:t>────────────────────────────────────────────────────────────────────────</w:t>
      </w:r>
    </w:p>
    <w:p>
      <w:pPr>
        <w:spacing w:before="100" w:after="20"/>
      </w:pPr>
      <w:r>
        <w:rPr>
          <w:b/>
          <w:color w:val="1A2B4A"/>
          <w:sz w:val="26"/>
        </w:rPr>
        <w:t>Как выглядит карта:</w:t>
      </w:r>
    </w:p>
    <w:p>
      <w:pPr>
        <w:jc w:val="both"/>
      </w:pPr>
      <w:r>
        <w:rPr>
          <w:sz w:val="26"/>
        </w:rPr>
        <w:t>Мужчина и женщина стоят под ангелом Рафаилом. Мужчина смотрит на женщину, женщина — на ангела. За ними — два дерева: Древо Жизни и Древо Познания. Это не просто любовь, это выбор. Ангел благословляет, но выбор делает человек.</w:t>
      </w:r>
    </w:p>
    <w:p>
      <w:pPr>
        <w:spacing w:before="100" w:after="20"/>
      </w:pPr>
      <w:r>
        <w:rPr>
          <w:b/>
          <w:color w:val="1A2B4A"/>
          <w:sz w:val="26"/>
        </w:rPr>
        <w:t>В прямом положении:</w:t>
      </w:r>
    </w:p>
    <w:p>
      <w:pPr>
        <w:jc w:val="both"/>
      </w:pPr>
      <w:r>
        <w:rPr>
          <w:sz w:val="26"/>
        </w:rPr>
        <w:t>Любовь, союз, гармония, выбор сердцем. Встреча, которая меняет жизнь. Решение, принятое не головой, а сердцем. Партнерство, где вы — одно целое, но каждый остается собой. Карта говорит: выбирай то, что отзывается в груди, а не то, что выгодно.</w:t>
      </w:r>
    </w:p>
    <w:p>
      <w:pPr>
        <w:spacing w:before="100" w:after="20"/>
      </w:pPr>
      <w:r>
        <w:rPr>
          <w:b/>
          <w:color w:val="1A2B4A"/>
          <w:sz w:val="26"/>
        </w:rPr>
        <w:t>В перевернутом положении:</w:t>
      </w:r>
    </w:p>
    <w:p>
      <w:pPr>
        <w:jc w:val="both"/>
      </w:pPr>
      <w:r>
        <w:rPr>
          <w:sz w:val="26"/>
        </w:rPr>
        <w:t>Неправильный выбор, разрыв, измена, треугольник, предательство себя. Ты выбираешь не сердцем, а страхом или выгодой. Или ты предал себя, чтобы угодить другому. Или ты в треугольнике и не можешь выбрать.</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Любовь, союз, свадьба, выбор партнера, предложение. Перевернутая: измена, разрыв, треугольник.</w:t>
      </w:r>
    </w:p>
    <w:p>
      <w:pPr>
        <w:pStyle w:val="ListBullet"/>
        <w:spacing w:after="20"/>
        <w:ind w:left="340"/>
      </w:pPr>
      <w:r>
        <w:rPr>
          <w:b/>
          <w:sz w:val="26"/>
        </w:rPr>
        <w:t xml:space="preserve">Работа: </w:t>
      </w:r>
      <w:r>
        <w:rPr>
          <w:sz w:val="26"/>
        </w:rPr>
        <w:t>Выбор, партнерство, работа в паре, договор. Выбирай партнера, а не только деньги.</w:t>
      </w:r>
    </w:p>
    <w:p>
      <w:pPr>
        <w:pStyle w:val="ListBullet"/>
        <w:spacing w:after="20"/>
        <w:ind w:left="340"/>
      </w:pPr>
      <w:r>
        <w:rPr>
          <w:b/>
          <w:sz w:val="26"/>
        </w:rPr>
        <w:t xml:space="preserve">Деньги: </w:t>
      </w:r>
      <w:r>
        <w:rPr>
          <w:sz w:val="26"/>
        </w:rPr>
        <w:t>Решай сердцем, но считай. Не подписывай на эмоциях.</w:t>
      </w:r>
    </w:p>
    <w:p>
      <w:pPr>
        <w:pStyle w:val="ListBullet"/>
        <w:spacing w:after="20"/>
        <w:ind w:left="340"/>
      </w:pPr>
      <w:r>
        <w:rPr>
          <w:b/>
          <w:sz w:val="26"/>
        </w:rPr>
        <w:t xml:space="preserve">Здоровье: </w:t>
      </w:r>
      <w:r>
        <w:rPr>
          <w:sz w:val="26"/>
        </w:rPr>
        <w:t>Гармония тела и души. Болезнь от того, что живешь не по сердцу.</w:t>
      </w:r>
    </w:p>
    <w:p>
      <w:pPr>
        <w:pStyle w:val="ListBullet"/>
        <w:spacing w:after="20"/>
        <w:ind w:left="340"/>
      </w:pPr>
      <w:r>
        <w:rPr>
          <w:b/>
          <w:sz w:val="26"/>
        </w:rPr>
        <w:t xml:space="preserve">Духовное: </w:t>
      </w:r>
      <w:r>
        <w:rPr>
          <w:sz w:val="26"/>
        </w:rPr>
        <w:t>Выбор как акт любви к себе.</w:t>
      </w:r>
    </w:p>
    <w:p>
      <w:pPr>
        <w:spacing w:before="100" w:after="20"/>
      </w:pPr>
      <w:r>
        <w:rPr>
          <w:b/>
          <w:color w:val="1A2B4A"/>
          <w:sz w:val="26"/>
        </w:rPr>
        <w:t>Совет карты:</w:t>
      </w:r>
    </w:p>
    <w:p>
      <w:pPr>
        <w:jc w:val="both"/>
      </w:pPr>
      <w:r>
        <w:rPr>
          <w:sz w:val="26"/>
        </w:rPr>
        <w:t>Выбирай сердцем. Но не предавай себя ради выбора. Честный выбор — лучше, чем удобный. Любовь — это выбор, который ты делаешь каждый день. Перевернутая: Ты выбрал не себя.</w:t>
      </w:r>
    </w:p>
    <w:p>
      <w:pPr>
        <w:spacing w:before="160"/>
        <w:jc w:val="center"/>
      </w:pPr>
      <w:r>
        <w:rPr>
          <w:color w:val="C9B87A"/>
          <w:sz w:val="26"/>
        </w:rPr>
        <w:t>✦  ✦  ✦</w:t>
      </w:r>
    </w:p>
    <w:p>
      <w:r>
        <w:br w:type="page"/>
      </w:r>
    </w:p>
    <w:p>
      <w:pPr>
        <w:jc w:val="right"/>
      </w:pPr>
      <w:r>
        <w:rPr>
          <w:b/>
          <w:color w:val="999999"/>
          <w:sz w:val="19"/>
        </w:rPr>
        <w:t>ТАРО • 78 КАРТ  •  8 / 78</w:t>
      </w:r>
    </w:p>
    <w:p>
      <w:pPr>
        <w:spacing w:after="40"/>
      </w:pPr>
      <w:r>
        <w:rPr>
          <w:b/>
          <w:color w:val="1A2B4A"/>
          <w:sz w:val="38"/>
        </w:rPr>
        <w:t>VII — Колесница</w:t>
      </w:r>
    </w:p>
    <w:p>
      <w:pPr>
        <w:spacing w:after="80"/>
      </w:pPr>
      <w:r>
        <w:rPr>
          <w:i/>
          <w:color w:val="8A6D2B"/>
          <w:sz w:val="26"/>
        </w:rPr>
        <w:t>Прорыв • Движение • Победа • Сила воли</w:t>
      </w:r>
    </w:p>
    <w:p>
      <w:pPr>
        <w:spacing w:after="120"/>
      </w:pPr>
      <w:r>
        <w:rPr>
          <w:color w:val="C9B87A"/>
          <w:sz w:val="19"/>
        </w:rPr>
        <w:t>────────────────────────────────────────────────────────────────────────</w:t>
      </w:r>
    </w:p>
    <w:p>
      <w:pPr>
        <w:spacing w:before="100" w:after="20"/>
      </w:pPr>
      <w:r>
        <w:rPr>
          <w:b/>
          <w:color w:val="1A2B4A"/>
          <w:sz w:val="26"/>
        </w:rPr>
        <w:t>Как выглядит карта:</w:t>
      </w:r>
    </w:p>
    <w:p>
      <w:pPr>
        <w:jc w:val="both"/>
      </w:pPr>
      <w:r>
        <w:rPr>
          <w:sz w:val="26"/>
        </w:rPr>
        <w:t>Воин в колеснице, запряженной двумя сфинксами — черным и белым. Они тянут в разные стороны, но он держит вожжи без поводьев — одной волей. За ним — город, впереди — дорога. На его плечах — маски, на груди — квадрат. Он не ждет, он едет.</w:t>
      </w:r>
    </w:p>
    <w:p>
      <w:pPr>
        <w:spacing w:before="100" w:after="20"/>
      </w:pPr>
      <w:r>
        <w:rPr>
          <w:b/>
          <w:color w:val="1A2B4A"/>
          <w:sz w:val="26"/>
        </w:rPr>
        <w:t>В прямом положении:</w:t>
      </w:r>
    </w:p>
    <w:p>
      <w:pPr>
        <w:jc w:val="both"/>
      </w:pPr>
      <w:r>
        <w:rPr>
          <w:sz w:val="26"/>
        </w:rPr>
        <w:t>Прорыв, движение, победа, сила воли, контроль над противоречиями. Время брать вожжи в свои руки и ехать. Переезд, путешествие, карьерный рывок, победа над обстоятельствами, экзамен, соревнование. Ты управляешь, а не тебя несет. Даже если внутри тянут в разные стороны — страх и желание, прошлое и будущее — ты держишь курс.</w:t>
      </w:r>
    </w:p>
    <w:p>
      <w:pPr>
        <w:spacing w:before="100" w:after="20"/>
      </w:pPr>
      <w:r>
        <w:rPr>
          <w:b/>
          <w:color w:val="1A2B4A"/>
          <w:sz w:val="26"/>
        </w:rPr>
        <w:t>В перевернутом положении:</w:t>
      </w:r>
    </w:p>
    <w:p>
      <w:pPr>
        <w:jc w:val="both"/>
      </w:pPr>
      <w:r>
        <w:rPr>
          <w:sz w:val="26"/>
        </w:rPr>
        <w:t>Потеря контроля, хаос, нет цели, выгорание. Колесница стоит или несется без управления. Ты не знаешь, куда едешь, или тебя разрывают противоречия. Или ты едешь, но не туда, куда хотел.</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Бурный роман, завоевание, движение вперед. Перевернутая: борьба за власть, хаос, кто рулит.</w:t>
      </w:r>
    </w:p>
    <w:p>
      <w:pPr>
        <w:pStyle w:val="ListBullet"/>
        <w:spacing w:after="20"/>
        <w:ind w:left="340"/>
      </w:pPr>
      <w:r>
        <w:rPr>
          <w:b/>
          <w:sz w:val="26"/>
        </w:rPr>
        <w:t xml:space="preserve">Работа: </w:t>
      </w:r>
      <w:r>
        <w:rPr>
          <w:sz w:val="26"/>
        </w:rPr>
        <w:t>Прорыв, победа над конкурентами, рывок, командировка, переезд ради работы.</w:t>
      </w:r>
    </w:p>
    <w:p>
      <w:pPr>
        <w:pStyle w:val="ListBullet"/>
        <w:spacing w:after="20"/>
        <w:ind w:left="340"/>
      </w:pPr>
      <w:r>
        <w:rPr>
          <w:b/>
          <w:sz w:val="26"/>
        </w:rPr>
        <w:t xml:space="preserve">Деньги: </w:t>
      </w:r>
      <w:r>
        <w:rPr>
          <w:sz w:val="26"/>
        </w:rPr>
        <w:t>Рывок, но контролируй траты. Победа требует топлива.</w:t>
      </w:r>
    </w:p>
    <w:p>
      <w:pPr>
        <w:pStyle w:val="ListBullet"/>
        <w:spacing w:after="20"/>
        <w:ind w:left="340"/>
      </w:pPr>
      <w:r>
        <w:rPr>
          <w:b/>
          <w:sz w:val="26"/>
        </w:rPr>
        <w:t xml:space="preserve">Здоровье: </w:t>
      </w:r>
      <w:r>
        <w:rPr>
          <w:sz w:val="26"/>
        </w:rPr>
        <w:t>Энергия, движение, спорт. Не сиди — двигайся.</w:t>
      </w:r>
    </w:p>
    <w:p>
      <w:pPr>
        <w:pStyle w:val="ListBullet"/>
        <w:spacing w:after="20"/>
        <w:ind w:left="340"/>
      </w:pPr>
      <w:r>
        <w:rPr>
          <w:b/>
          <w:sz w:val="26"/>
        </w:rPr>
        <w:t xml:space="preserve">Духовное: </w:t>
      </w:r>
      <w:r>
        <w:rPr>
          <w:sz w:val="26"/>
        </w:rPr>
        <w:t>Воля как духовная практика.</w:t>
      </w:r>
    </w:p>
    <w:p>
      <w:pPr>
        <w:spacing w:before="100" w:after="20"/>
      </w:pPr>
      <w:r>
        <w:rPr>
          <w:b/>
          <w:color w:val="1A2B4A"/>
          <w:sz w:val="26"/>
        </w:rPr>
        <w:t>Совет карты:</w:t>
      </w:r>
    </w:p>
    <w:p>
      <w:pPr>
        <w:jc w:val="both"/>
      </w:pPr>
      <w:r>
        <w:rPr>
          <w:sz w:val="26"/>
        </w:rPr>
        <w:t>Держи вожжи. Не дай сфинксам разорвать тебя. Определи цель и едь, не сворачивая. Победа — это когда ты сам держишь руль. Перевернутая: Ты едешь, но не знаешь куда.</w:t>
      </w:r>
    </w:p>
    <w:p>
      <w:pPr>
        <w:spacing w:before="160"/>
        <w:jc w:val="center"/>
      </w:pPr>
      <w:r>
        <w:rPr>
          <w:color w:val="C9B87A"/>
          <w:sz w:val="26"/>
        </w:rPr>
        <w:t>✦  ✦  ✦</w:t>
      </w:r>
    </w:p>
    <w:p>
      <w:r>
        <w:br w:type="page"/>
      </w:r>
    </w:p>
    <w:p>
      <w:pPr>
        <w:jc w:val="right"/>
      </w:pPr>
      <w:r>
        <w:rPr>
          <w:b/>
          <w:color w:val="999999"/>
          <w:sz w:val="19"/>
        </w:rPr>
        <w:t>ТАРО • 78 КАРТ  •  9 / 78</w:t>
      </w:r>
    </w:p>
    <w:p>
      <w:pPr>
        <w:spacing w:after="40"/>
      </w:pPr>
      <w:r>
        <w:rPr>
          <w:b/>
          <w:color w:val="1A2B4A"/>
          <w:sz w:val="38"/>
        </w:rPr>
        <w:t>VIII — Сила</w:t>
      </w:r>
    </w:p>
    <w:p>
      <w:pPr>
        <w:spacing w:after="80"/>
      </w:pPr>
      <w:r>
        <w:rPr>
          <w:i/>
          <w:color w:val="8A6D2B"/>
          <w:sz w:val="26"/>
        </w:rPr>
        <w:t>Мягкая сила • Терпение • Укрощение • Любовь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Женщина нежно закрывает пасть льву. Не цепью, не мечом — руками, с любовью. Над головой — знак бесконечности. Лев не боится ее, он ей доверяет. На ней — венок из цветов. Это не битва, это приручение.</w:t>
      </w:r>
    </w:p>
    <w:p>
      <w:pPr>
        <w:spacing w:before="100" w:after="20"/>
      </w:pPr>
      <w:r>
        <w:rPr>
          <w:b/>
          <w:color w:val="1A2B4A"/>
          <w:sz w:val="26"/>
        </w:rPr>
        <w:t>В прямом положении:</w:t>
      </w:r>
    </w:p>
    <w:p>
      <w:pPr>
        <w:jc w:val="both"/>
      </w:pPr>
      <w:r>
        <w:rPr>
          <w:sz w:val="26"/>
        </w:rPr>
        <w:t>Мягкая сила, терпение, укрощение себя и обстоятельств. Не борьба, а любовь и выдержка. Ты сильнее, чем думаешь, но твоя сила — не в крике, а в спокойствии. Время не давить, а договариваться — с собой, с партнером, с начальником, с ребенком, со своим гневом.</w:t>
      </w:r>
    </w:p>
    <w:p>
      <w:pPr>
        <w:spacing w:before="100" w:after="20"/>
      </w:pPr>
      <w:r>
        <w:rPr>
          <w:b/>
          <w:color w:val="1A2B4A"/>
          <w:sz w:val="26"/>
        </w:rPr>
        <w:t>В перевернутом положении:</w:t>
      </w:r>
    </w:p>
    <w:p>
      <w:pPr>
        <w:jc w:val="both"/>
      </w:pPr>
      <w:r>
        <w:rPr>
          <w:sz w:val="26"/>
        </w:rPr>
        <w:t>Бессилие, сомнение, страх, усталость, гнев, срыв. Ты либо сдаешься, либо срываешься. Внутренний зверь выходит из-под контроля, потому что ты его подавлял, а не приручал. Выгорание, потеря веры в себя.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Терпение, нежность, умение прощать, страсть под контролем. Перевернутая: ревность, агрессия, бессилие, «я не могу без тебя».</w:t>
      </w:r>
    </w:p>
    <w:p>
      <w:pPr>
        <w:pStyle w:val="ListBullet"/>
        <w:spacing w:after="20"/>
        <w:ind w:left="340"/>
      </w:pPr>
      <w:r>
        <w:rPr>
          <w:b/>
          <w:sz w:val="26"/>
        </w:rPr>
        <w:t xml:space="preserve">Работа: </w:t>
      </w:r>
      <w:r>
        <w:rPr>
          <w:sz w:val="26"/>
        </w:rPr>
        <w:t>Выдержка, переговоры, мягкая сила. Не дави — договорись.</w:t>
      </w:r>
    </w:p>
    <w:p>
      <w:pPr>
        <w:pStyle w:val="ListBullet"/>
        <w:spacing w:after="20"/>
        <w:ind w:left="340"/>
      </w:pPr>
      <w:r>
        <w:rPr>
          <w:b/>
          <w:sz w:val="26"/>
        </w:rPr>
        <w:t xml:space="preserve">Деньги: </w:t>
      </w:r>
      <w:r>
        <w:rPr>
          <w:sz w:val="26"/>
        </w:rPr>
        <w:t>Терпение принесет доход. Не рви, дай вырасти.</w:t>
      </w:r>
    </w:p>
    <w:p>
      <w:pPr>
        <w:pStyle w:val="ListBullet"/>
        <w:spacing w:after="20"/>
        <w:ind w:left="340"/>
      </w:pPr>
      <w:r>
        <w:rPr>
          <w:b/>
          <w:sz w:val="26"/>
        </w:rPr>
        <w:t xml:space="preserve">Здоровье: </w:t>
      </w:r>
      <w:r>
        <w:rPr>
          <w:sz w:val="26"/>
        </w:rPr>
        <w:t>Восстановление через спокойствие, сон, мягкий режим. Не насилуй тело.</w:t>
      </w:r>
    </w:p>
    <w:p>
      <w:pPr>
        <w:pStyle w:val="ListBullet"/>
        <w:spacing w:after="20"/>
        <w:ind w:left="340"/>
      </w:pPr>
      <w:r>
        <w:rPr>
          <w:b/>
          <w:sz w:val="26"/>
        </w:rPr>
        <w:t xml:space="preserve">Духовное: </w:t>
      </w:r>
      <w:r>
        <w:rPr>
          <w:sz w:val="26"/>
        </w:rPr>
        <w:t>Любовь сильнее страха.</w:t>
      </w:r>
    </w:p>
    <w:p>
      <w:pPr>
        <w:spacing w:before="100" w:after="20"/>
      </w:pPr>
      <w:r>
        <w:rPr>
          <w:b/>
          <w:color w:val="1A2B4A"/>
          <w:sz w:val="26"/>
        </w:rPr>
        <w:t>Совет карты:</w:t>
      </w:r>
    </w:p>
    <w:p>
      <w:pPr>
        <w:jc w:val="both"/>
      </w:pPr>
      <w:r>
        <w:rPr>
          <w:sz w:val="26"/>
        </w:rPr>
        <w:t>Не борись со львом. Погладь его. Твоя сила — в нежности. Настоящая сила — нежная. Перевернутая: Ты боишься своего же зверя.</w:t>
      </w:r>
    </w:p>
    <w:p>
      <w:pPr>
        <w:spacing w:before="160"/>
        <w:jc w:val="center"/>
      </w:pPr>
      <w:r>
        <w:rPr>
          <w:color w:val="C9B87A"/>
          <w:sz w:val="26"/>
        </w:rPr>
        <w:t>✦  ✦  ✦</w:t>
      </w:r>
    </w:p>
    <w:p>
      <w:r>
        <w:br w:type="page"/>
      </w:r>
    </w:p>
    <w:p>
      <w:pPr>
        <w:jc w:val="right"/>
      </w:pPr>
      <w:r>
        <w:rPr>
          <w:b/>
          <w:color w:val="999999"/>
          <w:sz w:val="19"/>
        </w:rPr>
        <w:t>ТАРО • 78 КАРТ  •  10 / 78</w:t>
      </w:r>
    </w:p>
    <w:p>
      <w:pPr>
        <w:spacing w:after="40"/>
      </w:pPr>
      <w:r>
        <w:rPr>
          <w:b/>
          <w:color w:val="1A2B4A"/>
          <w:sz w:val="38"/>
        </w:rPr>
        <w:t>IX — Отшельник</w:t>
      </w:r>
    </w:p>
    <w:p>
      <w:pPr>
        <w:spacing w:after="80"/>
      </w:pPr>
      <w:r>
        <w:rPr>
          <w:i/>
          <w:color w:val="8A6D2B"/>
          <w:sz w:val="26"/>
        </w:rPr>
        <w:t>Одиночество ради истины • Мудрость • Фонарь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Старец с фонарем и посохом стоит на горе в одиночестве. Он ищет не других, а себя. Его фонарь светит не далеко, но достаточно, чтобы сделать следующий шаг. Он не одинок — он один. Это большая разница.</w:t>
      </w:r>
    </w:p>
    <w:p>
      <w:pPr>
        <w:spacing w:before="100" w:after="20"/>
      </w:pPr>
      <w:r>
        <w:rPr>
          <w:b/>
          <w:color w:val="1A2B4A"/>
          <w:sz w:val="26"/>
        </w:rPr>
        <w:t>В прямом положении:</w:t>
      </w:r>
    </w:p>
    <w:p>
      <w:pPr>
        <w:jc w:val="both"/>
      </w:pPr>
      <w:r>
        <w:rPr>
          <w:sz w:val="26"/>
        </w:rPr>
        <w:t>Поиск себя, мудрость, пауза, одиночество, переосмысление. Время уйти в себя, подумать, побыть одному, отключить шум. Учительство, внутренний свет, ответы, которые приходят в тишине. Отшельник говорит: тебе не нужен чужой совет, тебе нужна тишина.</w:t>
      </w:r>
    </w:p>
    <w:p>
      <w:pPr>
        <w:spacing w:before="100" w:after="20"/>
      </w:pPr>
      <w:r>
        <w:rPr>
          <w:b/>
          <w:color w:val="1A2B4A"/>
          <w:sz w:val="26"/>
        </w:rPr>
        <w:t>В перевернутом положении:</w:t>
      </w:r>
    </w:p>
    <w:p>
      <w:pPr>
        <w:jc w:val="both"/>
      </w:pPr>
      <w:r>
        <w:rPr>
          <w:sz w:val="26"/>
        </w:rPr>
        <w:t>Удушающая изоляция, страх одиночества, депрессия, бегство от людей. Ты закрылся от всех и тонешь. Или ты боишься остаться один и бежишь от себя — в работу, в отношения, в шум.</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Пауза, одиночество, переосмысление отношений. Перевернутая: изоляция, страх, «никому не нужен».</w:t>
      </w:r>
    </w:p>
    <w:p>
      <w:pPr>
        <w:pStyle w:val="ListBullet"/>
        <w:spacing w:after="20"/>
        <w:ind w:left="340"/>
      </w:pPr>
      <w:r>
        <w:rPr>
          <w:b/>
          <w:sz w:val="26"/>
        </w:rPr>
        <w:t xml:space="preserve">Работа: </w:t>
      </w:r>
      <w:r>
        <w:rPr>
          <w:sz w:val="26"/>
        </w:rPr>
        <w:t>Одиночная работа, исследование, учеба, написание, анализ. Не время для команды.</w:t>
      </w:r>
    </w:p>
    <w:p>
      <w:pPr>
        <w:pStyle w:val="ListBullet"/>
        <w:spacing w:after="20"/>
        <w:ind w:left="340"/>
      </w:pPr>
      <w:r>
        <w:rPr>
          <w:b/>
          <w:sz w:val="26"/>
        </w:rPr>
        <w:t xml:space="preserve">Деньги: </w:t>
      </w:r>
      <w:r>
        <w:rPr>
          <w:sz w:val="26"/>
        </w:rPr>
        <w:t>Экономия, аскетизм, пересмотр трат. Меньше — лучше.</w:t>
      </w:r>
    </w:p>
    <w:p>
      <w:pPr>
        <w:pStyle w:val="ListBullet"/>
        <w:spacing w:after="20"/>
        <w:ind w:left="340"/>
      </w:pPr>
      <w:r>
        <w:rPr>
          <w:b/>
          <w:sz w:val="26"/>
        </w:rPr>
        <w:t xml:space="preserve">Здоровье: </w:t>
      </w:r>
      <w:r>
        <w:rPr>
          <w:sz w:val="26"/>
        </w:rPr>
        <w:t>Отдых, восстановление, тишина. Телу нужен покой, а не стимуляторы.</w:t>
      </w:r>
    </w:p>
    <w:p>
      <w:pPr>
        <w:pStyle w:val="ListBullet"/>
        <w:spacing w:after="20"/>
        <w:ind w:left="340"/>
      </w:pPr>
      <w:r>
        <w:rPr>
          <w:b/>
          <w:sz w:val="26"/>
        </w:rPr>
        <w:t xml:space="preserve">Духовное: </w:t>
      </w:r>
      <w:r>
        <w:rPr>
          <w:sz w:val="26"/>
        </w:rPr>
        <w:t>Медитация, ретрит, дневник.</w:t>
      </w:r>
    </w:p>
    <w:p>
      <w:pPr>
        <w:spacing w:before="100" w:after="20"/>
      </w:pPr>
      <w:r>
        <w:rPr>
          <w:b/>
          <w:color w:val="1A2B4A"/>
          <w:sz w:val="26"/>
        </w:rPr>
        <w:t>Совет карты:</w:t>
      </w:r>
    </w:p>
    <w:p>
      <w:pPr>
        <w:jc w:val="both"/>
      </w:pPr>
      <w:r>
        <w:rPr>
          <w:sz w:val="26"/>
        </w:rPr>
        <w:t>Останься один. Твой фонарь уже горит. Запиши то, что давно крутится в голове. Чтобы найти себя, надо побыть одному. Перевернутая: Одиночество лечит, изоляция — калечит.</w:t>
      </w:r>
    </w:p>
    <w:p>
      <w:pPr>
        <w:spacing w:before="160"/>
        <w:jc w:val="center"/>
      </w:pPr>
      <w:r>
        <w:rPr>
          <w:color w:val="C9B87A"/>
          <w:sz w:val="26"/>
        </w:rPr>
        <w:t>✦  ✦  ✦</w:t>
      </w:r>
    </w:p>
    <w:p>
      <w:r>
        <w:br w:type="page"/>
      </w:r>
    </w:p>
    <w:p>
      <w:pPr>
        <w:jc w:val="right"/>
      </w:pPr>
      <w:r>
        <w:rPr>
          <w:b/>
          <w:color w:val="999999"/>
          <w:sz w:val="19"/>
        </w:rPr>
        <w:t>ТАРО • 78 КАРТ  •  11 / 78</w:t>
      </w:r>
    </w:p>
    <w:p>
      <w:pPr>
        <w:spacing w:after="40"/>
      </w:pPr>
      <w:r>
        <w:rPr>
          <w:b/>
          <w:color w:val="1A2B4A"/>
          <w:sz w:val="38"/>
        </w:rPr>
        <w:t>X — Колесо Фортуны</w:t>
      </w:r>
    </w:p>
    <w:p>
      <w:pPr>
        <w:spacing w:after="80"/>
      </w:pPr>
      <w:r>
        <w:rPr>
          <w:i/>
          <w:color w:val="8A6D2B"/>
          <w:sz w:val="26"/>
        </w:rPr>
        <w:t>Поворот • Судьба • Цикл • Карма</w:t>
      </w:r>
    </w:p>
    <w:p>
      <w:pPr>
        <w:spacing w:after="120"/>
      </w:pPr>
      <w:r>
        <w:rPr>
          <w:color w:val="C9B87A"/>
          <w:sz w:val="19"/>
        </w:rPr>
        <w:t>────────────────────────────────────────────────────────────────────────</w:t>
      </w:r>
    </w:p>
    <w:p>
      <w:pPr>
        <w:spacing w:before="100" w:after="20"/>
      </w:pPr>
      <w:r>
        <w:rPr>
          <w:b/>
          <w:color w:val="1A2B4A"/>
          <w:sz w:val="26"/>
        </w:rPr>
        <w:t>Как выглядит карта:</w:t>
      </w:r>
    </w:p>
    <w:p>
      <w:pPr>
        <w:jc w:val="both"/>
      </w:pPr>
      <w:r>
        <w:rPr>
          <w:sz w:val="26"/>
        </w:rPr>
        <w:t>Колесо крутится в небе. На нем — сфинкс, змея, Анубис. Вокруг — четыре существа с книгами: ангел, орел, лев, бык. Все меняется. То, что было внизу, станет наверху. И наоборот. Колесо не спрашивает, хочешь ты этого или нет.</w:t>
      </w:r>
    </w:p>
    <w:p>
      <w:pPr>
        <w:spacing w:before="100" w:after="20"/>
      </w:pPr>
      <w:r>
        <w:rPr>
          <w:b/>
          <w:color w:val="1A2B4A"/>
          <w:sz w:val="26"/>
        </w:rPr>
        <w:t>В прямом положении:</w:t>
      </w:r>
    </w:p>
    <w:p>
      <w:pPr>
        <w:jc w:val="both"/>
      </w:pPr>
      <w:r>
        <w:rPr>
          <w:sz w:val="26"/>
        </w:rPr>
        <w:t>Поворот судьбы, удача, карма, цикл, новый виток. Все меняется. То, что казалось концом, — это начало нового витка. Доверься потоку, не цепляйся за старое. Колесо говорит: то, что ты считал провалом, может оказаться поворотом к лучшему.</w:t>
      </w:r>
    </w:p>
    <w:p>
      <w:pPr>
        <w:spacing w:before="100" w:after="20"/>
      </w:pPr>
      <w:r>
        <w:rPr>
          <w:b/>
          <w:color w:val="1A2B4A"/>
          <w:sz w:val="26"/>
        </w:rPr>
        <w:t>В перевернутом положении:</w:t>
      </w:r>
    </w:p>
    <w:p>
      <w:pPr>
        <w:jc w:val="both"/>
      </w:pPr>
      <w:r>
        <w:rPr>
          <w:sz w:val="26"/>
        </w:rPr>
        <w:t>Застревание, невезение, сопротивление переменам, повторение ошибок. Колесо крутится, а ты пытаешься его остановить. Или ты ходишь по кругу: те же отношения, те же грабли, те же сценарии.</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Судьбоносная встреча, кармические отношения, поворот. Перевернутая: повторение одних и тех же сценариев.</w:t>
      </w:r>
    </w:p>
    <w:p>
      <w:pPr>
        <w:pStyle w:val="ListBullet"/>
        <w:spacing w:after="20"/>
        <w:ind w:left="340"/>
      </w:pPr>
      <w:r>
        <w:rPr>
          <w:b/>
          <w:sz w:val="26"/>
        </w:rPr>
        <w:t xml:space="preserve">Работа: </w:t>
      </w:r>
      <w:r>
        <w:rPr>
          <w:sz w:val="26"/>
        </w:rPr>
        <w:t>Перемены, шанс, новый цикл, увольнение, которое окажется благом.</w:t>
      </w:r>
    </w:p>
    <w:p>
      <w:pPr>
        <w:pStyle w:val="ListBullet"/>
        <w:spacing w:after="20"/>
        <w:ind w:left="340"/>
      </w:pPr>
      <w:r>
        <w:rPr>
          <w:b/>
          <w:sz w:val="26"/>
        </w:rPr>
        <w:t xml:space="preserve">Деньги: </w:t>
      </w:r>
      <w:r>
        <w:rPr>
          <w:sz w:val="26"/>
        </w:rPr>
        <w:t>То густо, то пусто. Не паникуй на спаде, не зазнавайся на подъеме.</w:t>
      </w:r>
    </w:p>
    <w:p>
      <w:pPr>
        <w:pStyle w:val="ListBullet"/>
        <w:spacing w:after="20"/>
        <w:ind w:left="340"/>
      </w:pPr>
      <w:r>
        <w:rPr>
          <w:b/>
          <w:sz w:val="26"/>
        </w:rPr>
        <w:t xml:space="preserve">Здоровье: </w:t>
      </w:r>
      <w:r>
        <w:rPr>
          <w:sz w:val="26"/>
        </w:rPr>
        <w:t>Циклы, ритмы, следи за режимом.</w:t>
      </w:r>
    </w:p>
    <w:p>
      <w:pPr>
        <w:pStyle w:val="ListBullet"/>
        <w:spacing w:after="20"/>
        <w:ind w:left="340"/>
      </w:pPr>
      <w:r>
        <w:rPr>
          <w:b/>
          <w:sz w:val="26"/>
        </w:rPr>
        <w:t xml:space="preserve">Духовное: </w:t>
      </w:r>
      <w:r>
        <w:rPr>
          <w:sz w:val="26"/>
        </w:rPr>
        <w:t>Принятие перемен как закона жизни.</w:t>
      </w:r>
    </w:p>
    <w:p>
      <w:pPr>
        <w:spacing w:before="100" w:after="20"/>
      </w:pPr>
      <w:r>
        <w:rPr>
          <w:b/>
          <w:color w:val="1A2B4A"/>
          <w:sz w:val="26"/>
        </w:rPr>
        <w:t>Совет карты:</w:t>
      </w:r>
    </w:p>
    <w:p>
      <w:pPr>
        <w:jc w:val="both"/>
      </w:pPr>
      <w:r>
        <w:rPr>
          <w:sz w:val="26"/>
        </w:rPr>
        <w:t>Не пытайся остановить колесо. Прыгай на него. Сезон сменился — смени и ты одежду. Все меняется — и это хорошо. Перевернутая: Ты ходишь по кругу, потому что боишься сойти.</w:t>
      </w:r>
    </w:p>
    <w:p>
      <w:pPr>
        <w:spacing w:before="160"/>
        <w:jc w:val="center"/>
      </w:pPr>
      <w:r>
        <w:rPr>
          <w:color w:val="C9B87A"/>
          <w:sz w:val="26"/>
        </w:rPr>
        <w:t>✦  ✦  ✦</w:t>
      </w:r>
    </w:p>
    <w:p>
      <w:r>
        <w:br w:type="page"/>
      </w:r>
    </w:p>
    <w:p>
      <w:pPr>
        <w:jc w:val="right"/>
      </w:pPr>
      <w:r>
        <w:rPr>
          <w:b/>
          <w:color w:val="999999"/>
          <w:sz w:val="19"/>
        </w:rPr>
        <w:t>ТАРО • 78 КАРТ  •  12 / 78</w:t>
      </w:r>
    </w:p>
    <w:p>
      <w:pPr>
        <w:spacing w:after="40"/>
      </w:pPr>
      <w:r>
        <w:rPr>
          <w:b/>
          <w:color w:val="1A2B4A"/>
          <w:sz w:val="38"/>
        </w:rPr>
        <w:t>XI — Справедливость</w:t>
      </w:r>
    </w:p>
    <w:p>
      <w:pPr>
        <w:spacing w:after="80"/>
      </w:pPr>
      <w:r>
        <w:rPr>
          <w:i/>
          <w:color w:val="8A6D2B"/>
          <w:sz w:val="26"/>
        </w:rPr>
        <w:t>Баланс • Ответственность • Закон • Правда</w:t>
      </w:r>
    </w:p>
    <w:p>
      <w:pPr>
        <w:spacing w:after="120"/>
      </w:pPr>
      <w:r>
        <w:rPr>
          <w:color w:val="C9B87A"/>
          <w:sz w:val="19"/>
        </w:rPr>
        <w:t>────────────────────────────────────────────────────────────────────────</w:t>
      </w:r>
    </w:p>
    <w:p>
      <w:pPr>
        <w:spacing w:before="100" w:after="20"/>
      </w:pPr>
      <w:r>
        <w:rPr>
          <w:b/>
          <w:color w:val="1A2B4A"/>
          <w:sz w:val="26"/>
        </w:rPr>
        <w:t>Как выглядит карта:</w:t>
      </w:r>
    </w:p>
    <w:p>
      <w:pPr>
        <w:jc w:val="both"/>
      </w:pPr>
      <w:r>
        <w:rPr>
          <w:sz w:val="26"/>
        </w:rPr>
        <w:t>Женщина с весами и мечом сидит на троне. Весы — это честный суд, меч — это решение, которое нельзя отменить. Ее глаза открыты. Она видит все как есть, без иллюзий и жалости. Между колоннами — завеса.</w:t>
      </w:r>
    </w:p>
    <w:p>
      <w:pPr>
        <w:spacing w:before="100" w:after="20"/>
      </w:pPr>
      <w:r>
        <w:rPr>
          <w:b/>
          <w:color w:val="1A2B4A"/>
          <w:sz w:val="26"/>
        </w:rPr>
        <w:t>В прямом положении:</w:t>
      </w:r>
    </w:p>
    <w:p>
      <w:pPr>
        <w:jc w:val="both"/>
      </w:pPr>
      <w:r>
        <w:rPr>
          <w:sz w:val="26"/>
        </w:rPr>
        <w:t>Справедливость, закон, карма, правда, баланс, ответственность. Время отвечать за свои поступки и требовать честного отношения к себе. Суд, документы, официальные дела, развод, раздел, договор. Все будет по справедливости — даже если тебе это не понравится. Справедливость не обещает, что будет хорошо. Она обещает, что будет честно.</w:t>
      </w:r>
    </w:p>
    <w:p>
      <w:pPr>
        <w:spacing w:before="100" w:after="20"/>
      </w:pPr>
      <w:r>
        <w:rPr>
          <w:b/>
          <w:color w:val="1A2B4A"/>
          <w:sz w:val="26"/>
        </w:rPr>
        <w:t>В перевернутом положении:</w:t>
      </w:r>
    </w:p>
    <w:p>
      <w:pPr>
        <w:jc w:val="both"/>
      </w:pPr>
      <w:r>
        <w:rPr>
          <w:sz w:val="26"/>
        </w:rPr>
        <w:t>Несправедливость, обман, самообман, дисбаланс. Ты обманываешь себя или других. Или тебя судят несправедливо. Или ты не хочешь видеть правду, потому что она требует действий.</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Честные отношения, брак, развод по закону, честный разговор. Перевернутая: несправедливость, обиды, «я все отдаю, а мне — ничего».</w:t>
      </w:r>
    </w:p>
    <w:p>
      <w:pPr>
        <w:pStyle w:val="ListBullet"/>
        <w:spacing w:after="20"/>
        <w:ind w:left="340"/>
      </w:pPr>
      <w:r>
        <w:rPr>
          <w:b/>
          <w:sz w:val="26"/>
        </w:rPr>
        <w:t xml:space="preserve">Работа: </w:t>
      </w:r>
      <w:r>
        <w:rPr>
          <w:sz w:val="26"/>
        </w:rPr>
        <w:t>Суд, документы, закон, проверка, аудит.</w:t>
      </w:r>
    </w:p>
    <w:p>
      <w:pPr>
        <w:pStyle w:val="ListBullet"/>
        <w:spacing w:after="20"/>
        <w:ind w:left="340"/>
      </w:pPr>
      <w:r>
        <w:rPr>
          <w:b/>
          <w:sz w:val="26"/>
        </w:rPr>
        <w:t xml:space="preserve">Деньги: </w:t>
      </w:r>
      <w:r>
        <w:rPr>
          <w:sz w:val="26"/>
        </w:rPr>
        <w:t>Честный расчет. Не пытайся обмануть систему — она тебя пересчитает.</w:t>
      </w:r>
    </w:p>
    <w:p>
      <w:pPr>
        <w:pStyle w:val="ListBullet"/>
        <w:spacing w:after="20"/>
        <w:ind w:left="340"/>
      </w:pPr>
      <w:r>
        <w:rPr>
          <w:b/>
          <w:sz w:val="26"/>
        </w:rPr>
        <w:t xml:space="preserve">Здоровье: </w:t>
      </w:r>
      <w:r>
        <w:rPr>
          <w:sz w:val="26"/>
        </w:rPr>
        <w:t>Баланс, гармония, проверь анализы, не занимайся самолечением.</w:t>
      </w:r>
    </w:p>
    <w:p>
      <w:pPr>
        <w:pStyle w:val="ListBullet"/>
        <w:spacing w:after="20"/>
        <w:ind w:left="340"/>
      </w:pPr>
      <w:r>
        <w:rPr>
          <w:b/>
          <w:sz w:val="26"/>
        </w:rPr>
        <w:t xml:space="preserve">Духовное: </w:t>
      </w:r>
      <w:r>
        <w:rPr>
          <w:sz w:val="26"/>
        </w:rPr>
        <w:t>Карма. Что посеешь, то и пожнешь.</w:t>
      </w:r>
    </w:p>
    <w:p>
      <w:pPr>
        <w:spacing w:before="100" w:after="20"/>
      </w:pPr>
      <w:r>
        <w:rPr>
          <w:b/>
          <w:color w:val="1A2B4A"/>
          <w:sz w:val="26"/>
        </w:rPr>
        <w:t>Совет карты:</w:t>
      </w:r>
    </w:p>
    <w:p>
      <w:pPr>
        <w:jc w:val="both"/>
      </w:pPr>
      <w:r>
        <w:rPr>
          <w:sz w:val="26"/>
        </w:rPr>
        <w:t>Будь честен. Весы все равно все взвесят. Скажи правду — сначала себе. Что посеешь, то и пожнешь. Перевернутая: Ты обманываешь сам себя.</w:t>
      </w:r>
    </w:p>
    <w:p>
      <w:pPr>
        <w:spacing w:before="160"/>
        <w:jc w:val="center"/>
      </w:pPr>
      <w:r>
        <w:rPr>
          <w:color w:val="C9B87A"/>
          <w:sz w:val="26"/>
        </w:rPr>
        <w:t>✦  ✦  ✦</w:t>
      </w:r>
    </w:p>
    <w:p>
      <w:r>
        <w:br w:type="page"/>
      </w:r>
    </w:p>
    <w:p>
      <w:pPr>
        <w:jc w:val="right"/>
      </w:pPr>
      <w:r>
        <w:rPr>
          <w:b/>
          <w:color w:val="999999"/>
          <w:sz w:val="19"/>
        </w:rPr>
        <w:t>ТАРО • 78 КАРТ  •  13 / 78</w:t>
      </w:r>
    </w:p>
    <w:p>
      <w:pPr>
        <w:spacing w:after="40"/>
      </w:pPr>
      <w:r>
        <w:rPr>
          <w:b/>
          <w:color w:val="1A2B4A"/>
          <w:sz w:val="38"/>
        </w:rPr>
        <w:t>XII — Повешенный</w:t>
      </w:r>
    </w:p>
    <w:p>
      <w:pPr>
        <w:spacing w:after="80"/>
      </w:pPr>
      <w:r>
        <w:rPr>
          <w:i/>
          <w:color w:val="8A6D2B"/>
          <w:sz w:val="26"/>
        </w:rPr>
        <w:t>Пауза • Жертва • Другой взгляд • Переосмысление</w:t>
      </w:r>
    </w:p>
    <w:p>
      <w:pPr>
        <w:spacing w:after="120"/>
      </w:pPr>
      <w:r>
        <w:rPr>
          <w:color w:val="C9B87A"/>
          <w:sz w:val="19"/>
        </w:rPr>
        <w:t>────────────────────────────────────────────────────────────────────────</w:t>
      </w:r>
    </w:p>
    <w:p>
      <w:pPr>
        <w:spacing w:before="100" w:after="20"/>
      </w:pPr>
      <w:r>
        <w:rPr>
          <w:b/>
          <w:color w:val="1A2B4A"/>
          <w:sz w:val="26"/>
        </w:rPr>
        <w:t>Как выглядит карта:</w:t>
      </w:r>
    </w:p>
    <w:p>
      <w:pPr>
        <w:jc w:val="both"/>
      </w:pPr>
      <w:r>
        <w:rPr>
          <w:sz w:val="26"/>
        </w:rPr>
        <w:t>Мужчина висит вниз головой на одной ноге. Другая нога согнута в колене, образуя цифру 4. Руки связаны за спиной. Но лицо спокойное, вокруг головы — нимб. Он не страдает, он смотрит на мир под другим углом. Он добровольно висит.</w:t>
      </w:r>
    </w:p>
    <w:p>
      <w:pPr>
        <w:spacing w:before="100" w:after="20"/>
      </w:pPr>
      <w:r>
        <w:rPr>
          <w:b/>
          <w:color w:val="1A2B4A"/>
          <w:sz w:val="26"/>
        </w:rPr>
        <w:t>В прямом положении:</w:t>
      </w:r>
    </w:p>
    <w:p>
      <w:pPr>
        <w:jc w:val="both"/>
      </w:pPr>
      <w:r>
        <w:rPr>
          <w:sz w:val="26"/>
        </w:rPr>
        <w:t>Пауза, жертва, другой взгляд, переосмысление, добровольная остановка. Время остановиться и посмотреть на все наоборот. То, что казалось тупиком, — это урок. Жертва ради большего: отказаться от малого, чтобы получить большое. Повешенный говорит: перестань дергаться, повиси и подумай.</w:t>
      </w:r>
    </w:p>
    <w:p>
      <w:pPr>
        <w:spacing w:before="100" w:after="20"/>
      </w:pPr>
      <w:r>
        <w:rPr>
          <w:b/>
          <w:color w:val="1A2B4A"/>
          <w:sz w:val="26"/>
        </w:rPr>
        <w:t>В перевернутом положении:</w:t>
      </w:r>
    </w:p>
    <w:p>
      <w:pPr>
        <w:jc w:val="both"/>
      </w:pPr>
      <w:r>
        <w:rPr>
          <w:sz w:val="26"/>
        </w:rPr>
        <w:t>Бессмысленная жертва, апатия, отказ отпустить прошлое, эгоизм. Ты висишь, но ничего не понимаешь. Жертвуешь собой ради тех, кто этого не ценит. Или ты висишь, потому что боишься спрыгнуть и пойти дальше.</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Пауза, жертва ради отношений, взгляд под другим углом. Перевернутая: зависимость, бесполезная жертва, «я все для тебя, а ты…».</w:t>
      </w:r>
    </w:p>
    <w:p>
      <w:pPr>
        <w:pStyle w:val="ListBullet"/>
        <w:spacing w:after="20"/>
        <w:ind w:left="340"/>
      </w:pPr>
      <w:r>
        <w:rPr>
          <w:b/>
          <w:sz w:val="26"/>
        </w:rPr>
        <w:t xml:space="preserve">Работа: </w:t>
      </w:r>
      <w:r>
        <w:rPr>
          <w:sz w:val="26"/>
        </w:rPr>
        <w:t>Застой, пауза, переосмысление, отпуск за свой счет, который нужен.</w:t>
      </w:r>
    </w:p>
    <w:p>
      <w:pPr>
        <w:pStyle w:val="ListBullet"/>
        <w:spacing w:after="20"/>
        <w:ind w:left="340"/>
      </w:pPr>
      <w:r>
        <w:rPr>
          <w:b/>
          <w:sz w:val="26"/>
        </w:rPr>
        <w:t xml:space="preserve">Деньги: </w:t>
      </w:r>
      <w:r>
        <w:rPr>
          <w:sz w:val="26"/>
        </w:rPr>
        <w:t>Потери ради урока. Не вкладывай в то, что висит.</w:t>
      </w:r>
    </w:p>
    <w:p>
      <w:pPr>
        <w:pStyle w:val="ListBullet"/>
        <w:spacing w:after="20"/>
        <w:ind w:left="340"/>
      </w:pPr>
      <w:r>
        <w:rPr>
          <w:b/>
          <w:sz w:val="26"/>
        </w:rPr>
        <w:t xml:space="preserve">Здоровье: </w:t>
      </w:r>
      <w:r>
        <w:rPr>
          <w:sz w:val="26"/>
        </w:rPr>
        <w:t>Отдых, пересмотр, подвешенное состояние. Дай телу паузу.</w:t>
      </w:r>
    </w:p>
    <w:p>
      <w:pPr>
        <w:pStyle w:val="ListBullet"/>
        <w:spacing w:after="20"/>
        <w:ind w:left="340"/>
      </w:pPr>
      <w:r>
        <w:rPr>
          <w:b/>
          <w:sz w:val="26"/>
        </w:rPr>
        <w:t xml:space="preserve">Духовное: </w:t>
      </w:r>
      <w:r>
        <w:rPr>
          <w:sz w:val="26"/>
        </w:rPr>
        <w:t>Сдача и принятие. Отпусти контроль.</w:t>
      </w:r>
    </w:p>
    <w:p>
      <w:pPr>
        <w:spacing w:before="100" w:after="20"/>
      </w:pPr>
      <w:r>
        <w:rPr>
          <w:b/>
          <w:color w:val="1A2B4A"/>
          <w:sz w:val="26"/>
        </w:rPr>
        <w:t>Совет карты:</w:t>
      </w:r>
    </w:p>
    <w:p>
      <w:pPr>
        <w:jc w:val="both"/>
      </w:pPr>
      <w:r>
        <w:rPr>
          <w:sz w:val="26"/>
        </w:rPr>
        <w:t>Остановись. Посмотри на мир вверх ногами. Что ты увидишь, если перестанешь сопротивляться? Иногда надо повисеть, чтобы увидеть ясно. Перевернутая: Ты висишь зря.</w:t>
      </w:r>
    </w:p>
    <w:p>
      <w:pPr>
        <w:spacing w:before="160"/>
        <w:jc w:val="center"/>
      </w:pPr>
      <w:r>
        <w:rPr>
          <w:color w:val="C9B87A"/>
          <w:sz w:val="26"/>
        </w:rPr>
        <w:t>✦  ✦  ✦</w:t>
      </w:r>
    </w:p>
    <w:p>
      <w:r>
        <w:br w:type="page"/>
      </w:r>
    </w:p>
    <w:p>
      <w:pPr>
        <w:jc w:val="right"/>
      </w:pPr>
      <w:r>
        <w:rPr>
          <w:b/>
          <w:color w:val="999999"/>
          <w:sz w:val="19"/>
        </w:rPr>
        <w:t>ТАРО • 78 КАРТ  •  14 / 78</w:t>
      </w:r>
    </w:p>
    <w:p>
      <w:pPr>
        <w:spacing w:after="40"/>
      </w:pPr>
      <w:r>
        <w:rPr>
          <w:b/>
          <w:color w:val="1A2B4A"/>
          <w:sz w:val="38"/>
        </w:rPr>
        <w:t>XIII — Смерть</w:t>
      </w:r>
    </w:p>
    <w:p>
      <w:pPr>
        <w:spacing w:after="80"/>
      </w:pPr>
      <w:r>
        <w:rPr>
          <w:i/>
          <w:color w:val="8A6D2B"/>
          <w:sz w:val="26"/>
        </w:rPr>
        <w:t>Конец • Трансформация • Перерождение • Отпускание</w:t>
      </w:r>
    </w:p>
    <w:p>
      <w:pPr>
        <w:spacing w:after="120"/>
      </w:pPr>
      <w:r>
        <w:rPr>
          <w:color w:val="C9B87A"/>
          <w:sz w:val="19"/>
        </w:rPr>
        <w:t>────────────────────────────────────────────────────────────────────────</w:t>
      </w:r>
    </w:p>
    <w:p>
      <w:pPr>
        <w:spacing w:before="100" w:after="20"/>
      </w:pPr>
      <w:r>
        <w:rPr>
          <w:b/>
          <w:color w:val="1A2B4A"/>
          <w:sz w:val="26"/>
        </w:rPr>
        <w:t>Как выглядит карта:</w:t>
      </w:r>
    </w:p>
    <w:p>
      <w:pPr>
        <w:jc w:val="both"/>
      </w:pPr>
      <w:r>
        <w:rPr>
          <w:sz w:val="26"/>
        </w:rPr>
        <w:t>Скелет на коне едет через поле. Под копытами — король, и ребенок, и священник. Смерть не выбирает. Но за ней — восход солнца, две башни и река. Старое умирает, чтобы родилось новое. Это не конец, это переход.</w:t>
      </w:r>
    </w:p>
    <w:p>
      <w:pPr>
        <w:spacing w:before="100" w:after="20"/>
      </w:pPr>
      <w:r>
        <w:rPr>
          <w:b/>
          <w:color w:val="1A2B4A"/>
          <w:sz w:val="26"/>
        </w:rPr>
        <w:t>В прямом положении:</w:t>
      </w:r>
    </w:p>
    <w:p>
      <w:pPr>
        <w:jc w:val="both"/>
      </w:pPr>
      <w:r>
        <w:rPr>
          <w:sz w:val="26"/>
        </w:rPr>
        <w:t>Конец, трансформация, перерождение. То, что умерло, уже не вернуть. И не надо. Это карта освобождения: конец отношений, работы, этапа жизни, старой версии себя. Больно, страшно, но это — дверь в новое. Смерть говорит: не пытайся реанимировать то, что уже пахнет. Похорони с благодарностью и иди дальше.</w:t>
      </w:r>
    </w:p>
    <w:p>
      <w:pPr>
        <w:spacing w:before="100" w:after="20"/>
      </w:pPr>
      <w:r>
        <w:rPr>
          <w:b/>
          <w:color w:val="1A2B4A"/>
          <w:sz w:val="26"/>
        </w:rPr>
        <w:t>В перевернутом положении:</w:t>
      </w:r>
    </w:p>
    <w:p>
      <w:pPr>
        <w:jc w:val="both"/>
      </w:pPr>
      <w:r>
        <w:rPr>
          <w:sz w:val="26"/>
        </w:rPr>
        <w:t>Застревание в прошлом, страх перемен, сопротивление смерти старого. Ты держишься за труп, который уже не оживить. Оттягиваешь конец, и от этого только больнее. Или ты боишься конца и делаешь вид, что ничего не происходит.</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Конец отношений, трансформация, новый этап. Перевернутая: цепляние за мертвые отношения.</w:t>
      </w:r>
    </w:p>
    <w:p>
      <w:pPr>
        <w:pStyle w:val="ListBullet"/>
        <w:spacing w:after="20"/>
        <w:ind w:left="340"/>
      </w:pPr>
      <w:r>
        <w:rPr>
          <w:b/>
          <w:sz w:val="26"/>
        </w:rPr>
        <w:t xml:space="preserve">Работа: </w:t>
      </w:r>
      <w:r>
        <w:rPr>
          <w:sz w:val="26"/>
        </w:rPr>
        <w:t>Увольнение, смена сферы, конец проекта. Не держись за должность, которая тебя убивает.</w:t>
      </w:r>
    </w:p>
    <w:p>
      <w:pPr>
        <w:pStyle w:val="ListBullet"/>
        <w:spacing w:after="20"/>
        <w:ind w:left="340"/>
      </w:pPr>
      <w:r>
        <w:rPr>
          <w:b/>
          <w:sz w:val="26"/>
        </w:rPr>
        <w:t xml:space="preserve">Деньги: </w:t>
      </w:r>
      <w:r>
        <w:rPr>
          <w:sz w:val="26"/>
        </w:rPr>
        <w:t>Потери, но и очищение. После конца — новые деньги.</w:t>
      </w:r>
    </w:p>
    <w:p>
      <w:pPr>
        <w:pStyle w:val="ListBullet"/>
        <w:spacing w:after="20"/>
        <w:ind w:left="340"/>
      </w:pPr>
      <w:r>
        <w:rPr>
          <w:b/>
          <w:sz w:val="26"/>
        </w:rPr>
        <w:t xml:space="preserve">Здоровье: </w:t>
      </w:r>
      <w:r>
        <w:rPr>
          <w:sz w:val="26"/>
        </w:rPr>
        <w:t>Кризис, но и исцеление через очищение. Отпусти то, что травит.</w:t>
      </w:r>
    </w:p>
    <w:p>
      <w:pPr>
        <w:pStyle w:val="ListBullet"/>
        <w:spacing w:after="20"/>
        <w:ind w:left="340"/>
      </w:pPr>
      <w:r>
        <w:rPr>
          <w:b/>
          <w:sz w:val="26"/>
        </w:rPr>
        <w:t xml:space="preserve">Духовное: </w:t>
      </w:r>
      <w:r>
        <w:rPr>
          <w:sz w:val="26"/>
        </w:rPr>
        <w:t>Перерождение. Ты — не то, что умерло.</w:t>
      </w:r>
    </w:p>
    <w:p>
      <w:pPr>
        <w:spacing w:before="100" w:after="20"/>
      </w:pPr>
      <w:r>
        <w:rPr>
          <w:b/>
          <w:color w:val="1A2B4A"/>
          <w:sz w:val="26"/>
        </w:rPr>
        <w:t>Совет карты:</w:t>
      </w:r>
    </w:p>
    <w:p>
      <w:pPr>
        <w:jc w:val="both"/>
      </w:pPr>
      <w:r>
        <w:rPr>
          <w:sz w:val="26"/>
        </w:rPr>
        <w:t>Отпусти то, что уже умерло. Новое уже идет. Скажи «спасибо и прощай». Конец — это начало. Перевернутая: Ты держишься за то, что уже мертво.</w:t>
      </w:r>
    </w:p>
    <w:p>
      <w:pPr>
        <w:spacing w:before="160"/>
        <w:jc w:val="center"/>
      </w:pPr>
      <w:r>
        <w:rPr>
          <w:color w:val="C9B87A"/>
          <w:sz w:val="26"/>
        </w:rPr>
        <w:t>✦  ✦  ✦</w:t>
      </w:r>
    </w:p>
    <w:p>
      <w:r>
        <w:br w:type="page"/>
      </w:r>
    </w:p>
    <w:p>
      <w:pPr>
        <w:jc w:val="right"/>
      </w:pPr>
      <w:r>
        <w:rPr>
          <w:b/>
          <w:color w:val="999999"/>
          <w:sz w:val="19"/>
        </w:rPr>
        <w:t>ТАРО • 78 КАРТ  •  15 / 78</w:t>
      </w:r>
    </w:p>
    <w:p>
      <w:pPr>
        <w:spacing w:after="40"/>
      </w:pPr>
      <w:r>
        <w:rPr>
          <w:b/>
          <w:color w:val="1A2B4A"/>
          <w:sz w:val="38"/>
        </w:rPr>
        <w:t>XIV — Умеренность</w:t>
      </w:r>
    </w:p>
    <w:p>
      <w:pPr>
        <w:spacing w:after="80"/>
      </w:pPr>
      <w:r>
        <w:rPr>
          <w:i/>
          <w:color w:val="8A6D2B"/>
          <w:sz w:val="26"/>
        </w:rPr>
        <w:t>Баланс • Терпение • Золотая середина • Исцеление</w:t>
      </w:r>
    </w:p>
    <w:p>
      <w:pPr>
        <w:spacing w:after="120"/>
      </w:pPr>
      <w:r>
        <w:rPr>
          <w:color w:val="C9B87A"/>
          <w:sz w:val="19"/>
        </w:rPr>
        <w:t>────────────────────────────────────────────────────────────────────────</w:t>
      </w:r>
    </w:p>
    <w:p>
      <w:pPr>
        <w:spacing w:before="100" w:after="20"/>
      </w:pPr>
      <w:r>
        <w:rPr>
          <w:b/>
          <w:color w:val="1A2B4A"/>
          <w:sz w:val="26"/>
        </w:rPr>
        <w:t>Как выглядит карта:</w:t>
      </w:r>
    </w:p>
    <w:p>
      <w:pPr>
        <w:jc w:val="both"/>
      </w:pPr>
      <w:r>
        <w:rPr>
          <w:sz w:val="26"/>
        </w:rPr>
        <w:t>Ангел с крыльями переливает воду из одной чаши в другую. Одна нога на земле, другая — в воде. За ним — дорога к солнцу, корона на горе. Все спокойно, все в меру. Ни много, ни мало — ровно столько, сколько нужно. Это алхимия.</w:t>
      </w:r>
    </w:p>
    <w:p>
      <w:pPr>
        <w:spacing w:before="100" w:after="20"/>
      </w:pPr>
      <w:r>
        <w:rPr>
          <w:b/>
          <w:color w:val="1A2B4A"/>
          <w:sz w:val="26"/>
        </w:rPr>
        <w:t>В прямом положении:</w:t>
      </w:r>
    </w:p>
    <w:p>
      <w:pPr>
        <w:jc w:val="both"/>
      </w:pPr>
      <w:r>
        <w:rPr>
          <w:sz w:val="26"/>
        </w:rPr>
        <w:t>Баланс, терпение, гармония, золотая середина, исцеление. Время не спешить, смешивать, искать баланс между работой и отдыхом, между сердцем и головой, между «да» и «нет». Все придет вовремя. Умеренность говорит: не рви, не жми, не спеши — смешай в правильной пропорции.</w:t>
      </w:r>
    </w:p>
    <w:p>
      <w:pPr>
        <w:spacing w:before="100" w:after="20"/>
      </w:pPr>
      <w:r>
        <w:rPr>
          <w:b/>
          <w:color w:val="1A2B4A"/>
          <w:sz w:val="26"/>
        </w:rPr>
        <w:t>В перевернутом положении:</w:t>
      </w:r>
    </w:p>
    <w:p>
      <w:pPr>
        <w:jc w:val="both"/>
      </w:pPr>
      <w:r>
        <w:rPr>
          <w:sz w:val="26"/>
        </w:rPr>
        <w:t>Дисбаланс, нетерпение, крайности. Ты либо перегибаешь, либо недодаешь. То густо, то пусто. Нет меры, нет терпения. То работаешь до ночи, то лежишь три дня. То любишь до удушья, то холоден.</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Гармоничные отношения, терпение, баланс. Перевернутая: дисбаланс, нетерпение, качели.</w:t>
      </w:r>
    </w:p>
    <w:p>
      <w:pPr>
        <w:pStyle w:val="ListBullet"/>
        <w:spacing w:after="20"/>
        <w:ind w:left="340"/>
      </w:pPr>
      <w:r>
        <w:rPr>
          <w:b/>
          <w:sz w:val="26"/>
        </w:rPr>
        <w:t xml:space="preserve">Работа: </w:t>
      </w:r>
      <w:r>
        <w:rPr>
          <w:sz w:val="26"/>
        </w:rPr>
        <w:t>Стабильность, постепенный рост. Не жди рывка — расти по чуть-чуть.</w:t>
      </w:r>
    </w:p>
    <w:p>
      <w:pPr>
        <w:pStyle w:val="ListBullet"/>
        <w:spacing w:after="20"/>
        <w:ind w:left="340"/>
      </w:pPr>
      <w:r>
        <w:rPr>
          <w:b/>
          <w:sz w:val="26"/>
        </w:rPr>
        <w:t xml:space="preserve">Деньги: </w:t>
      </w:r>
      <w:r>
        <w:rPr>
          <w:sz w:val="26"/>
        </w:rPr>
        <w:t>Баланс доходов и расходов. Не трать на эмоциях.</w:t>
      </w:r>
    </w:p>
    <w:p>
      <w:pPr>
        <w:pStyle w:val="ListBullet"/>
        <w:spacing w:after="20"/>
        <w:ind w:left="340"/>
      </w:pPr>
      <w:r>
        <w:rPr>
          <w:b/>
          <w:sz w:val="26"/>
        </w:rPr>
        <w:t xml:space="preserve">Здоровье: </w:t>
      </w:r>
      <w:r>
        <w:rPr>
          <w:sz w:val="26"/>
        </w:rPr>
        <w:t>Умеренность лечит: сон, вода, еда, движение — все в меру.</w:t>
      </w:r>
    </w:p>
    <w:p>
      <w:pPr>
        <w:pStyle w:val="ListBullet"/>
        <w:spacing w:after="20"/>
        <w:ind w:left="340"/>
      </w:pPr>
      <w:r>
        <w:rPr>
          <w:b/>
          <w:sz w:val="26"/>
        </w:rPr>
        <w:t xml:space="preserve">Духовное: </w:t>
      </w:r>
      <w:r>
        <w:rPr>
          <w:sz w:val="26"/>
        </w:rPr>
        <w:t>Срединный путь.</w:t>
      </w:r>
    </w:p>
    <w:p>
      <w:pPr>
        <w:spacing w:before="100" w:after="20"/>
      </w:pPr>
      <w:r>
        <w:rPr>
          <w:b/>
          <w:color w:val="1A2B4A"/>
          <w:sz w:val="26"/>
        </w:rPr>
        <w:t>Совет карты:</w:t>
      </w:r>
    </w:p>
    <w:p>
      <w:pPr>
        <w:jc w:val="both"/>
      </w:pPr>
      <w:r>
        <w:rPr>
          <w:sz w:val="26"/>
        </w:rPr>
        <w:t>Не спеши. Все смешается в нужной пропорции. Сделай сегодня на один шаг меньше, но каждый день. Гармония — это искусство меры. Перевернутая: Ты живешь в крайностях.</w:t>
      </w:r>
    </w:p>
    <w:p>
      <w:pPr>
        <w:spacing w:before="160"/>
        <w:jc w:val="center"/>
      </w:pPr>
      <w:r>
        <w:rPr>
          <w:color w:val="C9B87A"/>
          <w:sz w:val="26"/>
        </w:rPr>
        <w:t>✦  ✦  ✦</w:t>
      </w:r>
    </w:p>
    <w:p>
      <w:r>
        <w:br w:type="page"/>
      </w:r>
    </w:p>
    <w:p>
      <w:pPr>
        <w:jc w:val="right"/>
      </w:pPr>
      <w:r>
        <w:rPr>
          <w:b/>
          <w:color w:val="999999"/>
          <w:sz w:val="19"/>
        </w:rPr>
        <w:t>ТАРО • 78 КАРТ  •  16 / 78</w:t>
      </w:r>
    </w:p>
    <w:p>
      <w:pPr>
        <w:spacing w:after="40"/>
      </w:pPr>
      <w:r>
        <w:rPr>
          <w:b/>
          <w:color w:val="1A2B4A"/>
          <w:sz w:val="38"/>
        </w:rPr>
        <w:t>XV — Дьявол</w:t>
      </w:r>
    </w:p>
    <w:p>
      <w:pPr>
        <w:spacing w:after="80"/>
      </w:pPr>
      <w:r>
        <w:rPr>
          <w:i/>
          <w:color w:val="8A6D2B"/>
          <w:sz w:val="26"/>
        </w:rPr>
        <w:t>Зависимость • Страсть • Тень • Искушение</w:t>
      </w:r>
    </w:p>
    <w:p>
      <w:pPr>
        <w:spacing w:after="120"/>
      </w:pPr>
      <w:r>
        <w:rPr>
          <w:color w:val="C9B87A"/>
          <w:sz w:val="19"/>
        </w:rPr>
        <w:t>────────────────────────────────────────────────────────────────────────</w:t>
      </w:r>
    </w:p>
    <w:p>
      <w:pPr>
        <w:spacing w:before="100" w:after="20"/>
      </w:pPr>
      <w:r>
        <w:rPr>
          <w:b/>
          <w:color w:val="1A2B4A"/>
          <w:sz w:val="26"/>
        </w:rPr>
        <w:t>Как выглядит карта:</w:t>
      </w:r>
    </w:p>
    <w:p>
      <w:pPr>
        <w:jc w:val="both"/>
      </w:pPr>
      <w:r>
        <w:rPr>
          <w:sz w:val="26"/>
        </w:rPr>
        <w:t>Дьявол сидит на троне, а перед ним — мужчина и женщина, прикованные цепями. Но цепи свободны, они могут снять их в любой момент. Они сами выбрали остаться. У Дьявола — перевернутая пентаграмма, у людей — рога. Они стали похожи на него.</w:t>
      </w:r>
    </w:p>
    <w:p>
      <w:pPr>
        <w:spacing w:before="100" w:after="20"/>
      </w:pPr>
      <w:r>
        <w:rPr>
          <w:b/>
          <w:color w:val="1A2B4A"/>
          <w:sz w:val="26"/>
        </w:rPr>
        <w:t>В прямом положении:</w:t>
      </w:r>
    </w:p>
    <w:p>
      <w:pPr>
        <w:jc w:val="both"/>
      </w:pPr>
      <w:r>
        <w:rPr>
          <w:sz w:val="26"/>
        </w:rPr>
        <w:t>Зависимость, страсть, искушение, тень. Секс, деньги, власть, алкоголь, токсичные отношения, игромания, работа до изнеможения. Ты привязан к тому, что тебя разрушает, но тебе это нравится. Или ты боишься признаться, что сам держишь цепи. Дьявол говорит: посмотри честно, от чего ты зависишь.</w:t>
      </w:r>
    </w:p>
    <w:p>
      <w:pPr>
        <w:spacing w:before="100" w:after="20"/>
      </w:pPr>
      <w:r>
        <w:rPr>
          <w:b/>
          <w:color w:val="1A2B4A"/>
          <w:sz w:val="26"/>
        </w:rPr>
        <w:t>В перевернутом положении:</w:t>
      </w:r>
    </w:p>
    <w:p>
      <w:pPr>
        <w:jc w:val="both"/>
      </w:pPr>
      <w:r>
        <w:rPr>
          <w:sz w:val="26"/>
        </w:rPr>
        <w:t>Освобождение от зависимости, прозрение, разрыв цепей. Ты наконец видишь, что цепи — не настоящие. Или — ты еще глубже в зависимости, и уже не видишь выхода. Перевернутый Дьявол часто приходит, когда человек уже готов выйти, но боится.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Страсть, зависимость, токсичные отношения, секс без любви, ревность. Перевернутая: освобождение, разрыв, «я больше не могу так».</w:t>
      </w:r>
    </w:p>
    <w:p>
      <w:pPr>
        <w:pStyle w:val="ListBullet"/>
        <w:spacing w:after="20"/>
        <w:ind w:left="340"/>
      </w:pPr>
      <w:r>
        <w:rPr>
          <w:b/>
          <w:sz w:val="26"/>
        </w:rPr>
        <w:t xml:space="preserve">Работа: </w:t>
      </w:r>
      <w:r>
        <w:rPr>
          <w:sz w:val="26"/>
        </w:rPr>
        <w:t>Деньги ради денег, карьеризм, выгорание, токсичный начальник.</w:t>
      </w:r>
    </w:p>
    <w:p>
      <w:pPr>
        <w:pStyle w:val="ListBullet"/>
        <w:spacing w:after="20"/>
        <w:ind w:left="340"/>
      </w:pPr>
      <w:r>
        <w:rPr>
          <w:b/>
          <w:sz w:val="26"/>
        </w:rPr>
        <w:t xml:space="preserve">Деньги: </w:t>
      </w:r>
      <w:r>
        <w:rPr>
          <w:sz w:val="26"/>
        </w:rPr>
        <w:t>Большие деньги, но с ценой. Проверь, чем ты платишь.</w:t>
      </w:r>
    </w:p>
    <w:p>
      <w:pPr>
        <w:pStyle w:val="ListBullet"/>
        <w:spacing w:after="20"/>
        <w:ind w:left="340"/>
      </w:pPr>
      <w:r>
        <w:rPr>
          <w:b/>
          <w:sz w:val="26"/>
        </w:rPr>
        <w:t xml:space="preserve">Здоровье: </w:t>
      </w:r>
      <w:r>
        <w:rPr>
          <w:sz w:val="26"/>
        </w:rPr>
        <w:t>Зависимости, вредные привычки, переедание, бессонница от тревоги.</w:t>
      </w:r>
    </w:p>
    <w:p>
      <w:pPr>
        <w:pStyle w:val="ListBullet"/>
        <w:spacing w:after="20"/>
        <w:ind w:left="340"/>
      </w:pPr>
      <w:r>
        <w:rPr>
          <w:b/>
          <w:sz w:val="26"/>
        </w:rPr>
        <w:t xml:space="preserve">Духовное: </w:t>
      </w:r>
      <w:r>
        <w:rPr>
          <w:sz w:val="26"/>
        </w:rPr>
        <w:t>Встреча с тенью. Твоя тень — тоже ты.</w:t>
      </w:r>
    </w:p>
    <w:p>
      <w:pPr>
        <w:spacing w:before="100" w:after="20"/>
      </w:pPr>
      <w:r>
        <w:rPr>
          <w:b/>
          <w:color w:val="1A2B4A"/>
          <w:sz w:val="26"/>
        </w:rPr>
        <w:t>Совет карты:</w:t>
      </w:r>
    </w:p>
    <w:p>
      <w:pPr>
        <w:jc w:val="both"/>
      </w:pPr>
      <w:r>
        <w:rPr>
          <w:sz w:val="26"/>
        </w:rPr>
        <w:t>Посмотри на свои цепи. Ты сам их надел — ты сам их и снимешь. Назови свою зависимость по имени. Твоя тень — это тоже ты. Перевернутая: Цепи уже не держат, а ты все еще сидишь.</w:t>
      </w:r>
    </w:p>
    <w:p>
      <w:pPr>
        <w:spacing w:before="160"/>
        <w:jc w:val="center"/>
      </w:pPr>
      <w:r>
        <w:rPr>
          <w:color w:val="C9B87A"/>
          <w:sz w:val="26"/>
        </w:rPr>
        <w:t>✦  ✦  ✦</w:t>
      </w:r>
    </w:p>
    <w:p>
      <w:r>
        <w:br w:type="page"/>
      </w:r>
    </w:p>
    <w:p>
      <w:pPr>
        <w:jc w:val="right"/>
      </w:pPr>
      <w:r>
        <w:rPr>
          <w:b/>
          <w:color w:val="999999"/>
          <w:sz w:val="19"/>
        </w:rPr>
        <w:t>ТАРО • 78 КАРТ  •  17 / 78</w:t>
      </w:r>
    </w:p>
    <w:p>
      <w:pPr>
        <w:spacing w:after="40"/>
      </w:pPr>
      <w:r>
        <w:rPr>
          <w:b/>
          <w:color w:val="1A2B4A"/>
          <w:sz w:val="38"/>
        </w:rPr>
        <w:t>XVI — Башня</w:t>
      </w:r>
    </w:p>
    <w:p>
      <w:pPr>
        <w:spacing w:after="80"/>
      </w:pPr>
      <w:r>
        <w:rPr>
          <w:i/>
          <w:color w:val="8A6D2B"/>
          <w:sz w:val="26"/>
        </w:rPr>
        <w:t>Разрушение • Правда • Освобождение • Кризис</w:t>
      </w:r>
    </w:p>
    <w:p>
      <w:pPr>
        <w:spacing w:after="120"/>
      </w:pPr>
      <w:r>
        <w:rPr>
          <w:color w:val="C9B87A"/>
          <w:sz w:val="19"/>
        </w:rPr>
        <w:t>────────────────────────────────────────────────────────────────────────</w:t>
      </w:r>
    </w:p>
    <w:p>
      <w:pPr>
        <w:spacing w:before="100" w:after="20"/>
      </w:pPr>
      <w:r>
        <w:rPr>
          <w:b/>
          <w:color w:val="1A2B4A"/>
          <w:sz w:val="26"/>
        </w:rPr>
        <w:t>Как выглядит карта:</w:t>
      </w:r>
    </w:p>
    <w:p>
      <w:pPr>
        <w:jc w:val="both"/>
      </w:pPr>
      <w:r>
        <w:rPr>
          <w:sz w:val="26"/>
        </w:rPr>
        <w:t>Молния бьет в башню. Башня горит. Люди падают вниз. Корона слетает. Все, что строилось годами, рушится в один момент. Но это не катастрофа — это освобождение от лжи, на которой все держалось. Башня была построена на песке.</w:t>
      </w:r>
    </w:p>
    <w:p>
      <w:pPr>
        <w:spacing w:before="100" w:after="20"/>
      </w:pPr>
      <w:r>
        <w:rPr>
          <w:b/>
          <w:color w:val="1A2B4A"/>
          <w:sz w:val="26"/>
        </w:rPr>
        <w:t>В прямом положении:</w:t>
      </w:r>
    </w:p>
    <w:p>
      <w:pPr>
        <w:jc w:val="both"/>
      </w:pPr>
      <w:r>
        <w:rPr>
          <w:sz w:val="26"/>
        </w:rPr>
        <w:t>Разрушение, кризис, правда, освобождение. Все рушится: отношения, работа, планы, представления о себе. Больно, страшно, но это — правда. Башня была построена на лжи, и ей надо было упасть. После Башни всегда становится легче — даже если сначала кажется, что это конец света.</w:t>
      </w:r>
    </w:p>
    <w:p>
      <w:pPr>
        <w:spacing w:before="100" w:after="20"/>
      </w:pPr>
      <w:r>
        <w:rPr>
          <w:b/>
          <w:color w:val="1A2B4A"/>
          <w:sz w:val="26"/>
        </w:rPr>
        <w:t>В перевернутом положении:</w:t>
      </w:r>
    </w:p>
    <w:p>
      <w:pPr>
        <w:jc w:val="both"/>
      </w:pPr>
      <w:r>
        <w:rPr>
          <w:sz w:val="26"/>
        </w:rPr>
        <w:t>Оттягивание катастрофы, страх разрушения, внутренний кризис. Ты знаешь, что башня падает, но пытаешься подпереть ее, делать вид, что все нормально. Или разрушение уже внутри, но снаружи все еще стоит.</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Разрыв, скандал, правда, которая разрушает. Перевернутая: оттягивание разрыва, жизнь на руинах.</w:t>
      </w:r>
    </w:p>
    <w:p>
      <w:pPr>
        <w:pStyle w:val="ListBullet"/>
        <w:spacing w:after="20"/>
        <w:ind w:left="340"/>
      </w:pPr>
      <w:r>
        <w:rPr>
          <w:b/>
          <w:sz w:val="26"/>
        </w:rPr>
        <w:t xml:space="preserve">Работа: </w:t>
      </w:r>
      <w:r>
        <w:rPr>
          <w:sz w:val="26"/>
        </w:rPr>
        <w:t>Увольнение, крах проекта, кризис, проверка, которая все вскрыла.</w:t>
      </w:r>
    </w:p>
    <w:p>
      <w:pPr>
        <w:pStyle w:val="ListBullet"/>
        <w:spacing w:after="20"/>
        <w:ind w:left="340"/>
      </w:pPr>
      <w:r>
        <w:rPr>
          <w:b/>
          <w:sz w:val="26"/>
        </w:rPr>
        <w:t xml:space="preserve">Деньги: </w:t>
      </w:r>
      <w:r>
        <w:rPr>
          <w:sz w:val="26"/>
        </w:rPr>
        <w:t>Потери, кризис, крах схемы. Не пытайся спасти то, что уже горит.</w:t>
      </w:r>
    </w:p>
    <w:p>
      <w:pPr>
        <w:pStyle w:val="ListBullet"/>
        <w:spacing w:after="20"/>
        <w:ind w:left="340"/>
      </w:pPr>
      <w:r>
        <w:rPr>
          <w:b/>
          <w:sz w:val="26"/>
        </w:rPr>
        <w:t xml:space="preserve">Здоровье: </w:t>
      </w:r>
      <w:r>
        <w:rPr>
          <w:sz w:val="26"/>
        </w:rPr>
        <w:t>Кризис, но очищение. Тело говорит: хватит врать себе.</w:t>
      </w:r>
    </w:p>
    <w:p>
      <w:pPr>
        <w:pStyle w:val="ListBullet"/>
        <w:spacing w:after="20"/>
        <w:ind w:left="340"/>
      </w:pPr>
      <w:r>
        <w:rPr>
          <w:b/>
          <w:sz w:val="26"/>
        </w:rPr>
        <w:t xml:space="preserve">Духовное: </w:t>
      </w:r>
      <w:r>
        <w:rPr>
          <w:sz w:val="26"/>
        </w:rPr>
        <w:t>Пробуждение через разрушение.</w:t>
      </w:r>
    </w:p>
    <w:p>
      <w:pPr>
        <w:spacing w:before="100" w:after="20"/>
      </w:pPr>
      <w:r>
        <w:rPr>
          <w:b/>
          <w:color w:val="1A2B4A"/>
          <w:sz w:val="26"/>
        </w:rPr>
        <w:t>Совет карты:</w:t>
      </w:r>
    </w:p>
    <w:p>
      <w:pPr>
        <w:jc w:val="both"/>
      </w:pPr>
      <w:r>
        <w:rPr>
          <w:sz w:val="26"/>
        </w:rPr>
        <w:t>Не бойся падения. Падает только то, что было ложью. Собери то, что уцелело, — это и есть настоящее. Башня падает, чтобы ты увидел небо. Перевернутая: Ты держишь падающую башню.</w:t>
      </w:r>
    </w:p>
    <w:p>
      <w:pPr>
        <w:spacing w:before="160"/>
        <w:jc w:val="center"/>
      </w:pPr>
      <w:r>
        <w:rPr>
          <w:color w:val="C9B87A"/>
          <w:sz w:val="26"/>
        </w:rPr>
        <w:t>✦  ✦  ✦</w:t>
      </w:r>
    </w:p>
    <w:p>
      <w:r>
        <w:br w:type="page"/>
      </w:r>
    </w:p>
    <w:p>
      <w:pPr>
        <w:jc w:val="right"/>
      </w:pPr>
      <w:r>
        <w:rPr>
          <w:b/>
          <w:color w:val="999999"/>
          <w:sz w:val="19"/>
        </w:rPr>
        <w:t>ТАРО • 78 КАРТ  •  18 / 78</w:t>
      </w:r>
    </w:p>
    <w:p>
      <w:pPr>
        <w:spacing w:after="40"/>
      </w:pPr>
      <w:r>
        <w:rPr>
          <w:b/>
          <w:color w:val="1A2B4A"/>
          <w:sz w:val="38"/>
        </w:rPr>
        <w:t>XVII — Звезда</w:t>
      </w:r>
    </w:p>
    <w:p>
      <w:pPr>
        <w:spacing w:after="80"/>
      </w:pPr>
      <w:r>
        <w:rPr>
          <w:i/>
          <w:color w:val="8A6D2B"/>
          <w:sz w:val="26"/>
        </w:rPr>
        <w:t>Надежда • Свет • Вдохновение • Исцеление</w:t>
      </w:r>
    </w:p>
    <w:p>
      <w:pPr>
        <w:spacing w:after="120"/>
      </w:pPr>
      <w:r>
        <w:rPr>
          <w:color w:val="C9B87A"/>
          <w:sz w:val="19"/>
        </w:rPr>
        <w:t>────────────────────────────────────────────────────────────────────────</w:t>
      </w:r>
    </w:p>
    <w:p>
      <w:pPr>
        <w:spacing w:before="100" w:after="20"/>
      </w:pPr>
      <w:r>
        <w:rPr>
          <w:b/>
          <w:color w:val="1A2B4A"/>
          <w:sz w:val="26"/>
        </w:rPr>
        <w:t>Как выглядит карта:</w:t>
      </w:r>
    </w:p>
    <w:p>
      <w:pPr>
        <w:jc w:val="both"/>
      </w:pPr>
      <w:r>
        <w:rPr>
          <w:sz w:val="26"/>
        </w:rPr>
        <w:t>Девушка льет воду из двух кувшинов — один в реку, другой на землю. Над ней — большая звезда и семь маленьких. Ночь, но светло. Она нага, она чиста, она не боится. После Башни всегда приходит Звезда.</w:t>
      </w:r>
    </w:p>
    <w:p>
      <w:pPr>
        <w:spacing w:before="100" w:after="20"/>
      </w:pPr>
      <w:r>
        <w:rPr>
          <w:b/>
          <w:color w:val="1A2B4A"/>
          <w:sz w:val="26"/>
        </w:rPr>
        <w:t>В прямом положении:</w:t>
      </w:r>
    </w:p>
    <w:p>
      <w:pPr>
        <w:jc w:val="both"/>
      </w:pPr>
      <w:r>
        <w:rPr>
          <w:sz w:val="26"/>
        </w:rPr>
        <w:t>Надежда, свет, вдохновение, исцеление после разрушения. После самой темной ночи — рассвет. Ты снова веришь. Мечты, творчество, духовность, чистота, честность с собой. Время мечтать, исцеляться, делиться светом. Звезда говорит: твоя мечта — не наивность, а навигация.</w:t>
      </w:r>
    </w:p>
    <w:p>
      <w:pPr>
        <w:spacing w:before="100" w:after="20"/>
      </w:pPr>
      <w:r>
        <w:rPr>
          <w:b/>
          <w:color w:val="1A2B4A"/>
          <w:sz w:val="26"/>
        </w:rPr>
        <w:t>В перевернутом положении:</w:t>
      </w:r>
    </w:p>
    <w:p>
      <w:pPr>
        <w:jc w:val="both"/>
      </w:pPr>
      <w:r>
        <w:rPr>
          <w:sz w:val="26"/>
        </w:rPr>
        <w:t>Потеря надежды, разочарование, неверие в себя. Ты перестал мечтать. Свет есть, но ты закрыл глаза. Или ты ждешь чуда, а сам ничего не делаешь. Или ты разочаровался в людях и закрылся.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Надежда, романтика, исцеление, вера в любовь. Перевернутая: разочарование, «любви нет».</w:t>
      </w:r>
    </w:p>
    <w:p>
      <w:pPr>
        <w:pStyle w:val="ListBullet"/>
        <w:spacing w:after="20"/>
        <w:ind w:left="340"/>
      </w:pPr>
      <w:r>
        <w:rPr>
          <w:b/>
          <w:sz w:val="26"/>
        </w:rPr>
        <w:t xml:space="preserve">Работа: </w:t>
      </w:r>
      <w:r>
        <w:rPr>
          <w:sz w:val="26"/>
        </w:rPr>
        <w:t>Вдохновение, творчество, новые надежды, проект мечты.</w:t>
      </w:r>
    </w:p>
    <w:p>
      <w:pPr>
        <w:pStyle w:val="ListBullet"/>
        <w:spacing w:after="20"/>
        <w:ind w:left="340"/>
      </w:pPr>
      <w:r>
        <w:rPr>
          <w:b/>
          <w:sz w:val="26"/>
        </w:rPr>
        <w:t xml:space="preserve">Деньги: </w:t>
      </w:r>
      <w:r>
        <w:rPr>
          <w:sz w:val="26"/>
        </w:rPr>
        <w:t>Надежда на лучшее, но действуй. Мечта без действия — фантазия.</w:t>
      </w:r>
    </w:p>
    <w:p>
      <w:pPr>
        <w:pStyle w:val="ListBullet"/>
        <w:spacing w:after="20"/>
        <w:ind w:left="340"/>
      </w:pPr>
      <w:r>
        <w:rPr>
          <w:b/>
          <w:sz w:val="26"/>
        </w:rPr>
        <w:t xml:space="preserve">Здоровье: </w:t>
      </w:r>
      <w:r>
        <w:rPr>
          <w:sz w:val="26"/>
        </w:rPr>
        <w:t>Исцеление, восстановление, вера в выздоровление.</w:t>
      </w:r>
    </w:p>
    <w:p>
      <w:pPr>
        <w:pStyle w:val="ListBullet"/>
        <w:spacing w:after="20"/>
        <w:ind w:left="340"/>
      </w:pPr>
      <w:r>
        <w:rPr>
          <w:b/>
          <w:sz w:val="26"/>
        </w:rPr>
        <w:t xml:space="preserve">Духовное: </w:t>
      </w:r>
      <w:r>
        <w:rPr>
          <w:sz w:val="26"/>
        </w:rPr>
        <w:t>Связь с высшим, медитация, звезды.</w:t>
      </w:r>
    </w:p>
    <w:p>
      <w:pPr>
        <w:spacing w:before="100" w:after="20"/>
      </w:pPr>
      <w:r>
        <w:rPr>
          <w:b/>
          <w:color w:val="1A2B4A"/>
          <w:sz w:val="26"/>
        </w:rPr>
        <w:t>Совет карты:</w:t>
      </w:r>
    </w:p>
    <w:p>
      <w:pPr>
        <w:jc w:val="both"/>
      </w:pPr>
      <w:r>
        <w:rPr>
          <w:sz w:val="26"/>
        </w:rPr>
        <w:t>Верь. Звезда уже светит тебе. Запиши свою самую смелую мечту — и сделай к ней один шаг. После самой темной ночи — рассвет. Перевернутая: Ты перестал верить в свою звезду.</w:t>
      </w:r>
    </w:p>
    <w:p>
      <w:pPr>
        <w:spacing w:before="160"/>
        <w:jc w:val="center"/>
      </w:pPr>
      <w:r>
        <w:rPr>
          <w:color w:val="C9B87A"/>
          <w:sz w:val="26"/>
        </w:rPr>
        <w:t>✦  ✦  ✦</w:t>
      </w:r>
    </w:p>
    <w:p>
      <w:r>
        <w:br w:type="page"/>
      </w:r>
    </w:p>
    <w:p>
      <w:pPr>
        <w:jc w:val="right"/>
      </w:pPr>
      <w:r>
        <w:rPr>
          <w:b/>
          <w:color w:val="999999"/>
          <w:sz w:val="19"/>
        </w:rPr>
        <w:t>ТАРО • 78 КАРТ  •  19 / 78</w:t>
      </w:r>
    </w:p>
    <w:p>
      <w:pPr>
        <w:spacing w:after="40"/>
      </w:pPr>
      <w:r>
        <w:rPr>
          <w:b/>
          <w:color w:val="1A2B4A"/>
          <w:sz w:val="38"/>
        </w:rPr>
        <w:t>XVIII — Луна</w:t>
      </w:r>
    </w:p>
    <w:p>
      <w:pPr>
        <w:spacing w:after="80"/>
      </w:pPr>
      <w:r>
        <w:rPr>
          <w:i/>
          <w:color w:val="8A6D2B"/>
          <w:sz w:val="26"/>
        </w:rPr>
        <w:t>Страхи • Иллюзии • Подсознание • Туман</w:t>
      </w:r>
    </w:p>
    <w:p>
      <w:pPr>
        <w:spacing w:after="120"/>
      </w:pPr>
      <w:r>
        <w:rPr>
          <w:color w:val="C9B87A"/>
          <w:sz w:val="19"/>
        </w:rPr>
        <w:t>────────────────────────────────────────────────────────────────────────</w:t>
      </w:r>
    </w:p>
    <w:p>
      <w:pPr>
        <w:spacing w:before="100" w:after="20"/>
      </w:pPr>
      <w:r>
        <w:rPr>
          <w:b/>
          <w:color w:val="1A2B4A"/>
          <w:sz w:val="26"/>
        </w:rPr>
        <w:t>Как выглядит карта:</w:t>
      </w:r>
    </w:p>
    <w:p>
      <w:pPr>
        <w:jc w:val="both"/>
      </w:pPr>
      <w:r>
        <w:rPr>
          <w:sz w:val="26"/>
        </w:rPr>
        <w:t>Луна светит над водой. Собака и волк воют на нее. Рак выползает из воды. Две башни стоят по бокам дороги. Все туманно, все двоится. Ты не понимаешь, где правда, а где — твой страх. Дорога уходит вдаль, но ее не видно.</w:t>
      </w:r>
    </w:p>
    <w:p>
      <w:pPr>
        <w:spacing w:before="100" w:after="20"/>
      </w:pPr>
      <w:r>
        <w:rPr>
          <w:b/>
          <w:color w:val="1A2B4A"/>
          <w:sz w:val="26"/>
        </w:rPr>
        <w:t>В прямом положении:</w:t>
      </w:r>
    </w:p>
    <w:p>
      <w:pPr>
        <w:jc w:val="both"/>
      </w:pPr>
      <w:r>
        <w:rPr>
          <w:sz w:val="26"/>
        </w:rPr>
        <w:t>Страхи, иллюзии, подсознание, тревога, сны, тайны. Ты видишь не то, что есть, а то, чего боишься. Тайны, обман, неуверенность, ревность, сплетни. Дорога в тумане. Надо идти, но страшно. Луна говорит: не верь всему, что тебе кажется. Проверяй. Спрашивай. Не додумывай.</w:t>
      </w:r>
    </w:p>
    <w:p>
      <w:pPr>
        <w:spacing w:before="100" w:after="20"/>
      </w:pPr>
      <w:r>
        <w:rPr>
          <w:b/>
          <w:color w:val="1A2B4A"/>
          <w:sz w:val="26"/>
        </w:rPr>
        <w:t>В перевернутом положении:</w:t>
      </w:r>
    </w:p>
    <w:p>
      <w:pPr>
        <w:jc w:val="both"/>
      </w:pPr>
      <w:r>
        <w:rPr>
          <w:sz w:val="26"/>
        </w:rPr>
        <w:t>Прояснение, страхи уходят, иллюзии рассеиваются. Туман рассеивается, и ты видишь, что монстров нет. Или — ты еще глубже в иллюзиях, и не хочешь выходить, потому что в тумане удобнее прятаться.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Ревность, страхи, недосказанность, иллюзии, «мне кажется». Перевернутая: прояснение, разговор, правда.</w:t>
      </w:r>
    </w:p>
    <w:p>
      <w:pPr>
        <w:pStyle w:val="ListBullet"/>
        <w:spacing w:after="20"/>
        <w:ind w:left="340"/>
      </w:pPr>
      <w:r>
        <w:rPr>
          <w:b/>
          <w:sz w:val="26"/>
        </w:rPr>
        <w:t xml:space="preserve">Работа: </w:t>
      </w:r>
      <w:r>
        <w:rPr>
          <w:sz w:val="26"/>
        </w:rPr>
        <w:t>Интриги, неясность, обман, закулисные игры.</w:t>
      </w:r>
    </w:p>
    <w:p>
      <w:pPr>
        <w:pStyle w:val="ListBullet"/>
        <w:spacing w:after="20"/>
        <w:ind w:left="340"/>
      </w:pPr>
      <w:r>
        <w:rPr>
          <w:b/>
          <w:sz w:val="26"/>
        </w:rPr>
        <w:t xml:space="preserve">Деньги: </w:t>
      </w:r>
      <w:r>
        <w:rPr>
          <w:sz w:val="26"/>
        </w:rPr>
        <w:t>Не верь обещаниям. Проверяй документы, не давай в долг в тумане.</w:t>
      </w:r>
    </w:p>
    <w:p>
      <w:pPr>
        <w:pStyle w:val="ListBullet"/>
        <w:spacing w:after="20"/>
        <w:ind w:left="340"/>
      </w:pPr>
      <w:r>
        <w:rPr>
          <w:b/>
          <w:sz w:val="26"/>
        </w:rPr>
        <w:t xml:space="preserve">Здоровье: </w:t>
      </w:r>
      <w:r>
        <w:rPr>
          <w:sz w:val="26"/>
        </w:rPr>
        <w:t>Тревога, бессонница, психосоматика, страхи, которые живут в теле.</w:t>
      </w:r>
    </w:p>
    <w:p>
      <w:pPr>
        <w:pStyle w:val="ListBullet"/>
        <w:spacing w:after="20"/>
        <w:ind w:left="340"/>
      </w:pPr>
      <w:r>
        <w:rPr>
          <w:b/>
          <w:sz w:val="26"/>
        </w:rPr>
        <w:t xml:space="preserve">Духовное: </w:t>
      </w:r>
      <w:r>
        <w:rPr>
          <w:sz w:val="26"/>
        </w:rPr>
        <w:t>Работа с подсознанием, сны, терапия.</w:t>
      </w:r>
    </w:p>
    <w:p>
      <w:pPr>
        <w:spacing w:before="100" w:after="20"/>
      </w:pPr>
      <w:r>
        <w:rPr>
          <w:b/>
          <w:color w:val="1A2B4A"/>
          <w:sz w:val="26"/>
        </w:rPr>
        <w:t>Совет карты:</w:t>
      </w:r>
    </w:p>
    <w:p>
      <w:pPr>
        <w:jc w:val="both"/>
      </w:pPr>
      <w:r>
        <w:rPr>
          <w:sz w:val="26"/>
        </w:rPr>
        <w:t>Не верь своим страхам. Они — не реальность. Спроси прямо, вместо того чтобы додумывать. Твои страхи — это тени Луны. Перевернутая: Туман рассеивается.</w:t>
      </w:r>
    </w:p>
    <w:p>
      <w:pPr>
        <w:spacing w:before="160"/>
        <w:jc w:val="center"/>
      </w:pPr>
      <w:r>
        <w:rPr>
          <w:color w:val="C9B87A"/>
          <w:sz w:val="26"/>
        </w:rPr>
        <w:t>✦  ✦  ✦</w:t>
      </w:r>
    </w:p>
    <w:p>
      <w:r>
        <w:br w:type="page"/>
      </w:r>
    </w:p>
    <w:p>
      <w:pPr>
        <w:jc w:val="right"/>
      </w:pPr>
      <w:r>
        <w:rPr>
          <w:b/>
          <w:color w:val="999999"/>
          <w:sz w:val="19"/>
        </w:rPr>
        <w:t>ТАРО • 78 КАРТ  •  20 / 78</w:t>
      </w:r>
    </w:p>
    <w:p>
      <w:pPr>
        <w:spacing w:after="40"/>
      </w:pPr>
      <w:r>
        <w:rPr>
          <w:b/>
          <w:color w:val="1A2B4A"/>
          <w:sz w:val="38"/>
        </w:rPr>
        <w:t>XIX — Солнце</w:t>
      </w:r>
    </w:p>
    <w:p>
      <w:pPr>
        <w:spacing w:after="80"/>
      </w:pPr>
      <w:r>
        <w:rPr>
          <w:i/>
          <w:color w:val="8A6D2B"/>
          <w:sz w:val="26"/>
        </w:rPr>
        <w:t>Радость • Свет • Успех • Ясность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Ребенок на белой лошади едет под огромным солнцем. За ним — подсолнухи, стена, сад. Все светло, все радостно, все просто. Это самая светлая карта колоды. Здесь нет подвоха. Здесь — счастье.</w:t>
      </w:r>
    </w:p>
    <w:p>
      <w:pPr>
        <w:spacing w:before="100" w:after="20"/>
      </w:pPr>
      <w:r>
        <w:rPr>
          <w:b/>
          <w:color w:val="1A2B4A"/>
          <w:sz w:val="26"/>
        </w:rPr>
        <w:t>В прямом положении:</w:t>
      </w:r>
    </w:p>
    <w:p>
      <w:pPr>
        <w:jc w:val="both"/>
      </w:pPr>
      <w:r>
        <w:rPr>
          <w:sz w:val="26"/>
        </w:rPr>
        <w:t>Радость, успех, счастье, ясность, тепло, признание. Все получается. Любовь, дети, творчество, признание, деньги, здоровье. Ты светишься, и мир светится в ответ. Время радоваться и благодарить. Солнце говорит: ты заслужил это. Не стесняйся своего счастья.</w:t>
      </w:r>
    </w:p>
    <w:p>
      <w:pPr>
        <w:spacing w:before="100" w:after="20"/>
      </w:pPr>
      <w:r>
        <w:rPr>
          <w:b/>
          <w:color w:val="1A2B4A"/>
          <w:sz w:val="26"/>
        </w:rPr>
        <w:t>В перевернутом положении:</w:t>
      </w:r>
    </w:p>
    <w:p>
      <w:pPr>
        <w:jc w:val="both"/>
      </w:pPr>
      <w:r>
        <w:rPr>
          <w:sz w:val="26"/>
        </w:rPr>
        <w:t>Задержка радости, временное помутнение, непризнание, скромность, которая мешает. Солнце есть, но его закрыла тучка. Ты не веришь в свое счастье, или тебе не дают радоваться, или ты сам себе запрещаешь радоваться.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Счастье, свадьба, дети, тепло, открытая любовь. Перевернутая: временные трудности, но солнце рядом.</w:t>
      </w:r>
    </w:p>
    <w:p>
      <w:pPr>
        <w:pStyle w:val="ListBullet"/>
        <w:spacing w:after="20"/>
        <w:ind w:left="340"/>
      </w:pPr>
      <w:r>
        <w:rPr>
          <w:b/>
          <w:sz w:val="26"/>
        </w:rPr>
        <w:t xml:space="preserve">Работа: </w:t>
      </w:r>
      <w:r>
        <w:rPr>
          <w:sz w:val="26"/>
        </w:rPr>
        <w:t>Успех, признание, рост, повышение, проект, который заметили.</w:t>
      </w:r>
    </w:p>
    <w:p>
      <w:pPr>
        <w:pStyle w:val="ListBullet"/>
        <w:spacing w:after="20"/>
        <w:ind w:left="340"/>
      </w:pPr>
      <w:r>
        <w:rPr>
          <w:b/>
          <w:sz w:val="26"/>
        </w:rPr>
        <w:t xml:space="preserve">Деньги: </w:t>
      </w:r>
      <w:r>
        <w:rPr>
          <w:sz w:val="26"/>
        </w:rPr>
        <w:t>Прибыль, радость, щедрость. Деньги приходят легко, когда ты светишься.</w:t>
      </w:r>
    </w:p>
    <w:p>
      <w:pPr>
        <w:pStyle w:val="ListBullet"/>
        <w:spacing w:after="20"/>
        <w:ind w:left="340"/>
      </w:pPr>
      <w:r>
        <w:rPr>
          <w:b/>
          <w:sz w:val="26"/>
        </w:rPr>
        <w:t xml:space="preserve">Здоровье: </w:t>
      </w:r>
      <w:r>
        <w:rPr>
          <w:sz w:val="26"/>
        </w:rPr>
        <w:t>Выздоровление, энергия, сила, иммунитет.</w:t>
      </w:r>
    </w:p>
    <w:p>
      <w:pPr>
        <w:pStyle w:val="ListBullet"/>
        <w:spacing w:after="20"/>
        <w:ind w:left="340"/>
      </w:pPr>
      <w:r>
        <w:rPr>
          <w:b/>
          <w:sz w:val="26"/>
        </w:rPr>
        <w:t xml:space="preserve">Духовное: </w:t>
      </w:r>
      <w:r>
        <w:rPr>
          <w:sz w:val="26"/>
        </w:rPr>
        <w:t>Благодарность, свет, детская радость.</w:t>
      </w:r>
    </w:p>
    <w:p>
      <w:pPr>
        <w:spacing w:before="100" w:after="20"/>
      </w:pPr>
      <w:r>
        <w:rPr>
          <w:b/>
          <w:color w:val="1A2B4A"/>
          <w:sz w:val="26"/>
        </w:rPr>
        <w:t>Совет карты:</w:t>
      </w:r>
    </w:p>
    <w:p>
      <w:pPr>
        <w:jc w:val="both"/>
      </w:pPr>
      <w:r>
        <w:rPr>
          <w:sz w:val="26"/>
        </w:rPr>
        <w:t>Радуйся. Ты заслужил это солнце. Поделись светом — позвони тому, кого любишь. Ты — солнце для себя и для других. Перевернутая: Солнце есть, просто ты в тени.</w:t>
      </w:r>
    </w:p>
    <w:p>
      <w:pPr>
        <w:spacing w:before="160"/>
        <w:jc w:val="center"/>
      </w:pPr>
      <w:r>
        <w:rPr>
          <w:color w:val="C9B87A"/>
          <w:sz w:val="26"/>
        </w:rPr>
        <w:t>✦  ✦  ✦</w:t>
      </w:r>
    </w:p>
    <w:p>
      <w:r>
        <w:br w:type="page"/>
      </w:r>
    </w:p>
    <w:p>
      <w:pPr>
        <w:jc w:val="right"/>
      </w:pPr>
      <w:r>
        <w:rPr>
          <w:b/>
          <w:color w:val="999999"/>
          <w:sz w:val="19"/>
        </w:rPr>
        <w:t>ТАРО • 78 КАРТ  •  21 / 78</w:t>
      </w:r>
    </w:p>
    <w:p>
      <w:pPr>
        <w:spacing w:after="40"/>
      </w:pPr>
      <w:r>
        <w:rPr>
          <w:b/>
          <w:color w:val="1A2B4A"/>
          <w:sz w:val="38"/>
        </w:rPr>
        <w:t>XX — Страшный Суд</w:t>
      </w:r>
    </w:p>
    <w:p>
      <w:pPr>
        <w:spacing w:after="80"/>
      </w:pPr>
      <w:r>
        <w:rPr>
          <w:i/>
          <w:color w:val="8A6D2B"/>
          <w:sz w:val="26"/>
        </w:rPr>
        <w:t>Пробуждение • Прощение • Призыв • Второй шанс</w:t>
      </w:r>
    </w:p>
    <w:p>
      <w:pPr>
        <w:spacing w:after="120"/>
      </w:pPr>
      <w:r>
        <w:rPr>
          <w:color w:val="C9B87A"/>
          <w:sz w:val="19"/>
        </w:rPr>
        <w:t>────────────────────────────────────────────────────────────────────────</w:t>
      </w:r>
    </w:p>
    <w:p>
      <w:pPr>
        <w:spacing w:before="100" w:after="20"/>
      </w:pPr>
      <w:r>
        <w:rPr>
          <w:b/>
          <w:color w:val="1A2B4A"/>
          <w:sz w:val="26"/>
        </w:rPr>
        <w:t>Как выглядит карта:</w:t>
      </w:r>
    </w:p>
    <w:p>
      <w:pPr>
        <w:jc w:val="both"/>
      </w:pPr>
      <w:r>
        <w:rPr>
          <w:sz w:val="26"/>
        </w:rPr>
        <w:t>Ангел трубит в трубу, а мертвые встают из могил и тянут к нему руки. Это не конец, это — пробуждение. Время ответить за свою жизнь и начать новую. Горы, море, гробы открыты. Все слышат зов.</w:t>
      </w:r>
    </w:p>
    <w:p>
      <w:pPr>
        <w:spacing w:before="100" w:after="20"/>
      </w:pPr>
      <w:r>
        <w:rPr>
          <w:b/>
          <w:color w:val="1A2B4A"/>
          <w:sz w:val="26"/>
        </w:rPr>
        <w:t>В прямом положении:</w:t>
      </w:r>
    </w:p>
    <w:p>
      <w:pPr>
        <w:jc w:val="both"/>
      </w:pPr>
      <w:r>
        <w:rPr>
          <w:sz w:val="26"/>
        </w:rPr>
        <w:t>Пробуждение, прощение, призыв, второй шанс, подведение итогов. Время подвести итоги, простить себя и других, и начать заново. Карма, суд, важный звонок, решение, которое меняет все. Суд говорит: ты уже знаешь, что должен сделать. Сделай это.</w:t>
      </w:r>
    </w:p>
    <w:p>
      <w:pPr>
        <w:spacing w:before="100" w:after="20"/>
      </w:pPr>
      <w:r>
        <w:rPr>
          <w:b/>
          <w:color w:val="1A2B4A"/>
          <w:sz w:val="26"/>
        </w:rPr>
        <w:t>В перевернутом положении:</w:t>
      </w:r>
    </w:p>
    <w:p>
      <w:pPr>
        <w:jc w:val="both"/>
      </w:pPr>
      <w:r>
        <w:rPr>
          <w:sz w:val="26"/>
        </w:rPr>
        <w:t>Отказ от перемен, чувство вины, страх суда, самообвинение. Ты не хочешь слышать призыв. Или ты судишь себя и не можешь простить. Или ты боишься, что тебя осудят, и прячешься.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Прощение, второй шанс, возрождение, «давай попробуем снова — по-настоящему». Перевернутая: вина, непрощение, «я не могу себя простить».</w:t>
      </w:r>
    </w:p>
    <w:p>
      <w:pPr>
        <w:pStyle w:val="ListBullet"/>
        <w:spacing w:after="20"/>
        <w:ind w:left="340"/>
      </w:pPr>
      <w:r>
        <w:rPr>
          <w:b/>
          <w:sz w:val="26"/>
        </w:rPr>
        <w:t xml:space="preserve">Работа: </w:t>
      </w:r>
      <w:r>
        <w:rPr>
          <w:sz w:val="26"/>
        </w:rPr>
        <w:t>Итог, оценка, новый этап, важный звонок, предложение, которое меняет все.</w:t>
      </w:r>
    </w:p>
    <w:p>
      <w:pPr>
        <w:pStyle w:val="ListBullet"/>
        <w:spacing w:after="20"/>
        <w:ind w:left="340"/>
      </w:pPr>
      <w:r>
        <w:rPr>
          <w:b/>
          <w:sz w:val="26"/>
        </w:rPr>
        <w:t xml:space="preserve">Деньги: </w:t>
      </w:r>
      <w:r>
        <w:rPr>
          <w:sz w:val="26"/>
        </w:rPr>
        <w:t>Расчет, итог, расплата по старым долгам — и очищение.</w:t>
      </w:r>
    </w:p>
    <w:p>
      <w:pPr>
        <w:pStyle w:val="ListBullet"/>
        <w:spacing w:after="20"/>
        <w:ind w:left="340"/>
      </w:pPr>
      <w:r>
        <w:rPr>
          <w:b/>
          <w:sz w:val="26"/>
        </w:rPr>
        <w:t xml:space="preserve">Здоровье: </w:t>
      </w:r>
      <w:r>
        <w:rPr>
          <w:sz w:val="26"/>
        </w:rPr>
        <w:t>Исцеление через прощение. Прости тело, прости себя.</w:t>
      </w:r>
    </w:p>
    <w:p>
      <w:pPr>
        <w:pStyle w:val="ListBullet"/>
        <w:spacing w:after="20"/>
        <w:ind w:left="340"/>
      </w:pPr>
      <w:r>
        <w:rPr>
          <w:b/>
          <w:sz w:val="26"/>
        </w:rPr>
        <w:t xml:space="preserve">Духовное: </w:t>
      </w:r>
      <w:r>
        <w:rPr>
          <w:sz w:val="26"/>
        </w:rPr>
        <w:t>Покаяние, прощение, освобождение.</w:t>
      </w:r>
    </w:p>
    <w:p>
      <w:pPr>
        <w:spacing w:before="100" w:after="20"/>
      </w:pPr>
      <w:r>
        <w:rPr>
          <w:b/>
          <w:color w:val="1A2B4A"/>
          <w:sz w:val="26"/>
        </w:rPr>
        <w:t>Совет карты:</w:t>
      </w:r>
    </w:p>
    <w:p>
      <w:pPr>
        <w:jc w:val="both"/>
      </w:pPr>
      <w:r>
        <w:rPr>
          <w:sz w:val="26"/>
        </w:rPr>
        <w:t>Прости себя. Встань и иди дальше. Позвони тому, кого давно хотел простить. Тебя зовут к новой жизни. Перевернутая: Ты не слышишь зов, потому что винишь себя.</w:t>
      </w:r>
    </w:p>
    <w:p>
      <w:pPr>
        <w:spacing w:before="160"/>
        <w:jc w:val="center"/>
      </w:pPr>
      <w:r>
        <w:rPr>
          <w:color w:val="C9B87A"/>
          <w:sz w:val="26"/>
        </w:rPr>
        <w:t>✦  ✦  ✦</w:t>
      </w:r>
    </w:p>
    <w:p>
      <w:r>
        <w:br w:type="page"/>
      </w:r>
    </w:p>
    <w:p>
      <w:pPr>
        <w:jc w:val="right"/>
      </w:pPr>
      <w:r>
        <w:rPr>
          <w:b/>
          <w:color w:val="999999"/>
          <w:sz w:val="19"/>
        </w:rPr>
        <w:t>ТАРО • 78 КАРТ  •  22 / 78</w:t>
      </w:r>
    </w:p>
    <w:p>
      <w:pPr>
        <w:spacing w:after="40"/>
      </w:pPr>
      <w:r>
        <w:rPr>
          <w:b/>
          <w:color w:val="1A2B4A"/>
          <w:sz w:val="38"/>
        </w:rPr>
        <w:t>XXI — Мир</w:t>
      </w:r>
    </w:p>
    <w:p>
      <w:pPr>
        <w:spacing w:after="80"/>
      </w:pPr>
      <w:r>
        <w:rPr>
          <w:i/>
          <w:color w:val="8A6D2B"/>
          <w:sz w:val="26"/>
        </w:rPr>
        <w:t>Целостность • Завершение • Триумф • Гармония</w:t>
      </w:r>
    </w:p>
    <w:p>
      <w:pPr>
        <w:spacing w:after="120"/>
      </w:pPr>
      <w:r>
        <w:rPr>
          <w:color w:val="C9B87A"/>
          <w:sz w:val="19"/>
        </w:rPr>
        <w:t>────────────────────────────────────────────────────────────────────────</w:t>
      </w:r>
    </w:p>
    <w:p>
      <w:pPr>
        <w:spacing w:before="100" w:after="20"/>
      </w:pPr>
      <w:r>
        <w:rPr>
          <w:b/>
          <w:color w:val="1A2B4A"/>
          <w:sz w:val="26"/>
        </w:rPr>
        <w:t>Как выглядит карта:</w:t>
      </w:r>
    </w:p>
    <w:p>
      <w:pPr>
        <w:jc w:val="both"/>
      </w:pPr>
      <w:r>
        <w:rPr>
          <w:sz w:val="26"/>
        </w:rPr>
        <w:t>Женщина танцует внутри венка из лавра, в руках у нее — два жезла. Вокруг — четыре существа: ангел, орел, лев, бык. Все завершено. Все на своем месте. Путешествие окончено, и ты — дома. Ты прошел весь путь от Шута до Мира.</w:t>
      </w:r>
    </w:p>
    <w:p>
      <w:pPr>
        <w:spacing w:before="100" w:after="20"/>
      </w:pPr>
      <w:r>
        <w:rPr>
          <w:b/>
          <w:color w:val="1A2B4A"/>
          <w:sz w:val="26"/>
        </w:rPr>
        <w:t>В прямом положении:</w:t>
      </w:r>
    </w:p>
    <w:p>
      <w:pPr>
        <w:jc w:val="both"/>
      </w:pPr>
      <w:r>
        <w:rPr>
          <w:sz w:val="26"/>
        </w:rPr>
        <w:t>Целостность, завершение, триумф, гармония, успех, признание, путешествие. Конец пути, достижение цели, путешествие, переезд, международное признание. Ты собрал все кусочки в единое целое. Мир открыт тебе. Мир говорит: ты дошел. Празднуй.</w:t>
      </w:r>
    </w:p>
    <w:p>
      <w:pPr>
        <w:spacing w:before="100" w:after="20"/>
      </w:pPr>
      <w:r>
        <w:rPr>
          <w:b/>
          <w:color w:val="1A2B4A"/>
          <w:sz w:val="26"/>
        </w:rPr>
        <w:t>В перевернутом положении:</w:t>
      </w:r>
    </w:p>
    <w:p>
      <w:pPr>
        <w:jc w:val="both"/>
      </w:pPr>
      <w:r>
        <w:rPr>
          <w:sz w:val="26"/>
        </w:rPr>
        <w:t>Незавершенность, застревание, страх конца. Ты почти дошел, но не можешь поставить точку. Или ты боишься, что после завершения будет пустота. Или ты не позволяешь себе праздновать, сразу бежишь к новой цели.</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Гармония, целостность, отношения на новом уровне, «мы — одно целое, но каждый — целый». Перевернутая: незавершенность.</w:t>
      </w:r>
    </w:p>
    <w:p>
      <w:pPr>
        <w:pStyle w:val="ListBullet"/>
        <w:spacing w:after="20"/>
        <w:ind w:left="340"/>
      </w:pPr>
      <w:r>
        <w:rPr>
          <w:b/>
          <w:sz w:val="26"/>
        </w:rPr>
        <w:t xml:space="preserve">Работа: </w:t>
      </w:r>
      <w:r>
        <w:rPr>
          <w:sz w:val="26"/>
        </w:rPr>
        <w:t>Завершение проекта, успех, международное, признание, «я сделал это».</w:t>
      </w:r>
    </w:p>
    <w:p>
      <w:pPr>
        <w:pStyle w:val="ListBullet"/>
        <w:spacing w:after="20"/>
        <w:ind w:left="340"/>
      </w:pPr>
      <w:r>
        <w:rPr>
          <w:b/>
          <w:sz w:val="26"/>
        </w:rPr>
        <w:t xml:space="preserve">Деньги: </w:t>
      </w:r>
      <w:r>
        <w:rPr>
          <w:sz w:val="26"/>
        </w:rPr>
        <w:t>Полный успех, деньги, признание, награда.</w:t>
      </w:r>
    </w:p>
    <w:p>
      <w:pPr>
        <w:pStyle w:val="ListBullet"/>
        <w:spacing w:after="20"/>
        <w:ind w:left="340"/>
      </w:pPr>
      <w:r>
        <w:rPr>
          <w:b/>
          <w:sz w:val="26"/>
        </w:rPr>
        <w:t xml:space="preserve">Здоровье: </w:t>
      </w:r>
      <w:r>
        <w:rPr>
          <w:sz w:val="26"/>
        </w:rPr>
        <w:t>Целостность, гармония, выздоровление.</w:t>
      </w:r>
    </w:p>
    <w:p>
      <w:pPr>
        <w:pStyle w:val="ListBullet"/>
        <w:spacing w:after="20"/>
        <w:ind w:left="340"/>
      </w:pPr>
      <w:r>
        <w:rPr>
          <w:b/>
          <w:sz w:val="26"/>
        </w:rPr>
        <w:t xml:space="preserve">Духовное: </w:t>
      </w:r>
      <w:r>
        <w:rPr>
          <w:sz w:val="26"/>
        </w:rPr>
        <w:t>Просветление, единство, дом.</w:t>
      </w:r>
    </w:p>
    <w:p>
      <w:pPr>
        <w:spacing w:before="100" w:after="20"/>
      </w:pPr>
      <w:r>
        <w:rPr>
          <w:b/>
          <w:color w:val="1A2B4A"/>
          <w:sz w:val="26"/>
        </w:rPr>
        <w:t>Совет карты:</w:t>
      </w:r>
    </w:p>
    <w:p>
      <w:pPr>
        <w:jc w:val="both"/>
      </w:pPr>
      <w:r>
        <w:rPr>
          <w:sz w:val="26"/>
        </w:rPr>
        <w:t>Ты дошел. Празднуй. Мир — твой. Не беги дальше — побудь в этом моменте. Ты — целый мир. Перевернутая: Ты почти дошел — сделай последний шаг.</w:t>
      </w:r>
    </w:p>
    <w:p>
      <w:pPr>
        <w:spacing w:before="160"/>
        <w:jc w:val="center"/>
      </w:pPr>
      <w:r>
        <w:rPr>
          <w:color w:val="C9B87A"/>
          <w:sz w:val="26"/>
        </w:rPr>
        <w:t>✦  ✦  ✦</w:t>
      </w:r>
    </w:p>
    <w:p>
      <w:r>
        <w:br w:type="page"/>
      </w:r>
    </w:p>
    <w:p>
      <w:pPr>
        <w:jc w:val="right"/>
      </w:pPr>
      <w:r>
        <w:rPr>
          <w:b/>
          <w:color w:val="999999"/>
          <w:sz w:val="19"/>
        </w:rPr>
        <w:t>ТАРО • 78 КАРТ  •  23 / 78</w:t>
      </w:r>
    </w:p>
    <w:p>
      <w:pPr>
        <w:spacing w:after="40"/>
      </w:pPr>
      <w:r>
        <w:rPr>
          <w:b/>
          <w:color w:val="1A2B4A"/>
          <w:sz w:val="38"/>
        </w:rPr>
        <w:t>Туз Жезлы</w:t>
      </w:r>
    </w:p>
    <w:p>
      <w:pPr>
        <w:spacing w:after="80"/>
      </w:pPr>
      <w:r>
        <w:rPr>
          <w:i/>
          <w:color w:val="8A6D2B"/>
          <w:sz w:val="26"/>
        </w:rPr>
        <w:t>Огонь: действие, страсть, энергия, воля, карьера, амбиции, вдохновение. Жезлы — это то, что ты делаешь.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Рука из облака держит цветущий жезл. Искра, идея, желание. Это огонь, который только зажгли.</w:t>
      </w:r>
    </w:p>
    <w:p>
      <w:pPr>
        <w:spacing w:before="100" w:after="20"/>
      </w:pPr>
      <w:r>
        <w:rPr>
          <w:b/>
          <w:color w:val="1A2B4A"/>
          <w:sz w:val="26"/>
        </w:rPr>
        <w:t>В прямом положении:</w:t>
      </w:r>
    </w:p>
    <w:p>
      <w:pPr>
        <w:jc w:val="both"/>
      </w:pPr>
      <w:r>
        <w:rPr>
          <w:sz w:val="26"/>
        </w:rPr>
        <w:t>Начало, шанс, дар, чистая энергия масти, семя, из которого вырастет все. Это подарок Вселенной — бери. В масти Жезлов это проявляется так: Рука из облака держит цветущий жезл. Искра, идея, желание. Это огонь, который только зажгли. Карта говорит: энергия масти сейчас активна, не подавляй ее. Если ты в прямом положении — действуй, чувствуй, думай или строй — в зависимости от масти. Это не случайный шанс, а закономерный этап. Ты уже прошел предыдущие ступени, и теперь тебе открывается следующая.</w:t>
      </w:r>
    </w:p>
    <w:p>
      <w:pPr>
        <w:spacing w:before="100" w:after="20"/>
      </w:pPr>
      <w:r>
        <w:rPr>
          <w:b/>
          <w:color w:val="1A2B4A"/>
          <w:sz w:val="26"/>
        </w:rPr>
        <w:t>В перевернутом положении:</w:t>
      </w:r>
    </w:p>
    <w:p>
      <w:pPr>
        <w:jc w:val="both"/>
      </w:pPr>
      <w:r>
        <w:rPr>
          <w:sz w:val="26"/>
        </w:rPr>
        <w:t>Упущенный шанс, блокировка, страх начать, семя, которое не посадили. В перевернутом положении карта Туз Жезлы говорит о том, что энергия масти заблокирована или искажена. Ты либо боишься проявить ее, либо перегибаешь. Посмотри честно: где ты сдаешь, а где — перегибаешь? Перевернутая карта — не приговор, а подсказка: здесь нужно починить, замедлиться или, наоборот, решиться.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Вспышка страсти, желание, новый роман, искра. Перевернутая: искра не зажглась, страх, выгорание.</w:t>
      </w:r>
    </w:p>
    <w:p>
      <w:pPr>
        <w:pStyle w:val="ListBullet"/>
        <w:spacing w:after="20"/>
        <w:ind w:left="340"/>
      </w:pPr>
      <w:r>
        <w:rPr>
          <w:b/>
          <w:sz w:val="26"/>
        </w:rPr>
        <w:t xml:space="preserve">Работа: </w:t>
      </w:r>
      <w:r>
        <w:rPr>
          <w:sz w:val="26"/>
        </w:rPr>
        <w:t>Идея, стартап, новый проект, вдохновение. Начинай, пока горит.</w:t>
      </w:r>
    </w:p>
    <w:p>
      <w:pPr>
        <w:pStyle w:val="ListBullet"/>
        <w:spacing w:after="20"/>
        <w:ind w:left="340"/>
      </w:pPr>
      <w:r>
        <w:rPr>
          <w:b/>
          <w:sz w:val="26"/>
        </w:rPr>
        <w:t xml:space="preserve">Деньги: </w:t>
      </w:r>
      <w:r>
        <w:rPr>
          <w:sz w:val="26"/>
        </w:rPr>
        <w:t>Шанс через инициативу. Деньги придут, если действовать быстро.</w:t>
      </w:r>
    </w:p>
    <w:p>
      <w:pPr>
        <w:pStyle w:val="ListBullet"/>
        <w:spacing w:after="20"/>
        <w:ind w:left="340"/>
      </w:pPr>
      <w:r>
        <w:rPr>
          <w:b/>
          <w:sz w:val="26"/>
        </w:rPr>
        <w:t xml:space="preserve">Здоровье: </w:t>
      </w:r>
      <w:r>
        <w:rPr>
          <w:sz w:val="26"/>
        </w:rPr>
        <w:t>Прилив сил, энергия, желание жить. Береги огонь — не сжигай себя.</w:t>
      </w:r>
    </w:p>
    <w:p>
      <w:pPr>
        <w:pStyle w:val="ListBullet"/>
        <w:spacing w:after="20"/>
        <w:ind w:left="340"/>
      </w:pPr>
      <w:r>
        <w:rPr>
          <w:b/>
          <w:sz w:val="26"/>
        </w:rPr>
        <w:t xml:space="preserve">Духовное: </w:t>
      </w:r>
      <w:r>
        <w:rPr>
          <w:sz w:val="26"/>
        </w:rPr>
        <w:t>Импульс души. Твоя идея — не случайна.</w:t>
      </w:r>
    </w:p>
    <w:p>
      <w:pPr>
        <w:spacing w:before="100" w:after="20"/>
      </w:pPr>
      <w:r>
        <w:rPr>
          <w:b/>
          <w:color w:val="1A2B4A"/>
          <w:sz w:val="26"/>
        </w:rPr>
        <w:t>Совет карты:</w:t>
      </w:r>
    </w:p>
    <w:p>
      <w:pPr>
        <w:jc w:val="both"/>
      </w:pPr>
      <w:r>
        <w:rPr>
          <w:sz w:val="26"/>
        </w:rPr>
        <w:t>Действуй. Не жди идеального момента — создай его. Для карты Туз Жезлы это значит: Начало, шанс, дар, чистая энергия масти, семя, из которого вырастет все. Это подарок Вселенной — бери. Не жди, пока станет идеально — начни с того, что есть. Один маленький шаг в энергии этой карты уже меняет все. Прямая: Начало, шанс, дар, чистая энергия масти, семя, из которого вырастет все. Это подарок Вселенной — бери. Перевернутая: Упущенный шанс, блокировка, страх начать, семя, которое не посадили.</w:t>
      </w:r>
    </w:p>
    <w:p>
      <w:pPr>
        <w:spacing w:before="160"/>
        <w:jc w:val="center"/>
      </w:pPr>
      <w:r>
        <w:rPr>
          <w:color w:val="C9B87A"/>
          <w:sz w:val="26"/>
        </w:rPr>
        <w:t>✦  ✦  ✦</w:t>
      </w:r>
    </w:p>
    <w:p>
      <w:r>
        <w:br w:type="page"/>
      </w:r>
    </w:p>
    <w:p>
      <w:pPr>
        <w:jc w:val="right"/>
      </w:pPr>
      <w:r>
        <w:rPr>
          <w:b/>
          <w:color w:val="999999"/>
          <w:sz w:val="19"/>
        </w:rPr>
        <w:t>ТАРО • 78 КАРТ  •  24 / 78</w:t>
      </w:r>
    </w:p>
    <w:p>
      <w:pPr>
        <w:spacing w:after="40"/>
      </w:pPr>
      <w:r>
        <w:rPr>
          <w:b/>
          <w:color w:val="1A2B4A"/>
          <w:sz w:val="38"/>
        </w:rPr>
        <w:t>Двойка Жезлы</w:t>
      </w:r>
    </w:p>
    <w:p>
      <w:pPr>
        <w:spacing w:after="80"/>
      </w:pPr>
      <w:r>
        <w:rPr>
          <w:i/>
          <w:color w:val="8A6D2B"/>
          <w:sz w:val="26"/>
        </w:rPr>
        <w:t>Огонь: действие, страсть, энергия, воля, карьера, амбиции, вдохновение. Жезлы — это то, что ты делаешь.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Человек на крыше замка держит глобус, в другой руке — жезл. Выбор, планирование, мир в руках.</w:t>
      </w:r>
    </w:p>
    <w:p>
      <w:pPr>
        <w:spacing w:before="100" w:after="20"/>
      </w:pPr>
      <w:r>
        <w:rPr>
          <w:b/>
          <w:color w:val="1A2B4A"/>
          <w:sz w:val="26"/>
        </w:rPr>
        <w:t>В прямом положении:</w:t>
      </w:r>
    </w:p>
    <w:p>
      <w:pPr>
        <w:jc w:val="both"/>
      </w:pPr>
      <w:r>
        <w:rPr>
          <w:sz w:val="26"/>
        </w:rPr>
        <w:t>Выбор, планирование, баланс двух сил, перекресток, мир в руках. Ты стоишь на пороге и решаешь — остаться или идти дальше. В масти Жезлов это проявляется так: Человек на крыше замка держит глобус, в другой руке — жезл. Выбор, планирование, мир в руках. Карта говорит: энергия масти сейчас активна, не подавляй ее. Если ты в прямом положении — действуй, чувствуй, думай или строй — в зависимости от масти. Это не случайный шанс, а закономерный этап. Ты уже прошел предыдущие ступени, и теперь тебе открывается следующая.</w:t>
      </w:r>
    </w:p>
    <w:p>
      <w:pPr>
        <w:spacing w:before="100" w:after="20"/>
      </w:pPr>
      <w:r>
        <w:rPr>
          <w:b/>
          <w:color w:val="1A2B4A"/>
          <w:sz w:val="26"/>
        </w:rPr>
        <w:t>В перевернутом положении:</w:t>
      </w:r>
    </w:p>
    <w:p>
      <w:pPr>
        <w:jc w:val="both"/>
      </w:pPr>
      <w:r>
        <w:rPr>
          <w:sz w:val="26"/>
        </w:rPr>
        <w:t>Нерешительность, страх выбора, дисбаланс, топтание на перекрестке. В перевернутом положении карта Двойка Жезлы говорит о том, что энергия масти заблокирована или искажена. Ты либо боишься проявить ее, либо перегибаешь. Посмотри честно: где ты сдаешь, а где — перегибаешь? Перевернутая карта — не приговор, а подсказка: здесь нужно починить, замедлиться или, наоборот, решиться.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Выбор, совместные планы, «остаться или идти дальше». Перевернутая: страх выбора, топтание.</w:t>
      </w:r>
    </w:p>
    <w:p>
      <w:pPr>
        <w:pStyle w:val="ListBullet"/>
        <w:spacing w:after="20"/>
        <w:ind w:left="340"/>
      </w:pPr>
      <w:r>
        <w:rPr>
          <w:b/>
          <w:sz w:val="26"/>
        </w:rPr>
        <w:t xml:space="preserve">Работа: </w:t>
      </w:r>
      <w:r>
        <w:rPr>
          <w:sz w:val="26"/>
        </w:rPr>
        <w:t>Расширение, стратегия, выход на новый рынок. Планируй по-крупному.</w:t>
      </w:r>
    </w:p>
    <w:p>
      <w:pPr>
        <w:pStyle w:val="ListBullet"/>
        <w:spacing w:after="20"/>
        <w:ind w:left="340"/>
      </w:pPr>
      <w:r>
        <w:rPr>
          <w:b/>
          <w:sz w:val="26"/>
        </w:rPr>
        <w:t xml:space="preserve">Деньги: </w:t>
      </w:r>
      <w:r>
        <w:rPr>
          <w:sz w:val="26"/>
        </w:rPr>
        <w:t>Планирование инвестиций. Не трать — инвестируй.</w:t>
      </w:r>
    </w:p>
    <w:p>
      <w:pPr>
        <w:pStyle w:val="ListBullet"/>
        <w:spacing w:after="20"/>
        <w:ind w:left="340"/>
      </w:pPr>
      <w:r>
        <w:rPr>
          <w:b/>
          <w:sz w:val="26"/>
        </w:rPr>
        <w:t xml:space="preserve">Здоровье: </w:t>
      </w:r>
      <w:r>
        <w:rPr>
          <w:sz w:val="26"/>
        </w:rPr>
        <w:t>Выбор образа жизни. Тело ждет решения.</w:t>
      </w:r>
    </w:p>
    <w:p>
      <w:pPr>
        <w:pStyle w:val="ListBullet"/>
        <w:spacing w:after="20"/>
        <w:ind w:left="340"/>
      </w:pPr>
      <w:r>
        <w:rPr>
          <w:b/>
          <w:sz w:val="26"/>
        </w:rPr>
        <w:t xml:space="preserve">Духовное: </w:t>
      </w:r>
      <w:r>
        <w:rPr>
          <w:sz w:val="26"/>
        </w:rPr>
        <w:t>Точка выбора. Ты уже знаешь, куда хочешь.</w:t>
      </w:r>
    </w:p>
    <w:p>
      <w:pPr>
        <w:spacing w:before="100" w:after="20"/>
      </w:pPr>
      <w:r>
        <w:rPr>
          <w:b/>
          <w:color w:val="1A2B4A"/>
          <w:sz w:val="26"/>
        </w:rPr>
        <w:t>Совет карты:</w:t>
      </w:r>
    </w:p>
    <w:p>
      <w:pPr>
        <w:jc w:val="both"/>
      </w:pPr>
      <w:r>
        <w:rPr>
          <w:sz w:val="26"/>
        </w:rPr>
        <w:t>Действуй. Не жди идеального момента — создай его. Для карты Двойка Жезлы это значит: Выбор, планирование, баланс двух сил, перекресток, мир в руках. Ты стоишь на пороге и решаешь — остаться или идти дальше. Не жди, пока станет идеально — начни с того, что есть. Один маленький шаг в энергии этой карты уже меняет все. Прямая: Выбор, планирование, баланс двух сил, перекресток, мир в руках. Ты стоишь на пороге и решаешь — остаться или идти дальше. Перевернутая: Нерешительность, страх выбора, дисбаланс, топтание на перекрестке.</w:t>
      </w:r>
    </w:p>
    <w:p>
      <w:pPr>
        <w:spacing w:before="160"/>
        <w:jc w:val="center"/>
      </w:pPr>
      <w:r>
        <w:rPr>
          <w:color w:val="C9B87A"/>
          <w:sz w:val="26"/>
        </w:rPr>
        <w:t>✦  ✦  ✦</w:t>
      </w:r>
    </w:p>
    <w:p>
      <w:r>
        <w:br w:type="page"/>
      </w:r>
    </w:p>
    <w:p>
      <w:pPr>
        <w:jc w:val="right"/>
      </w:pPr>
      <w:r>
        <w:rPr>
          <w:b/>
          <w:color w:val="999999"/>
          <w:sz w:val="19"/>
        </w:rPr>
        <w:t>ТАРО • 78 КАРТ  •  25 / 78</w:t>
      </w:r>
    </w:p>
    <w:p>
      <w:pPr>
        <w:spacing w:after="40"/>
      </w:pPr>
      <w:r>
        <w:rPr>
          <w:b/>
          <w:color w:val="1A2B4A"/>
          <w:sz w:val="38"/>
        </w:rPr>
        <w:t>Тройка Жезлы</w:t>
      </w:r>
    </w:p>
    <w:p>
      <w:pPr>
        <w:spacing w:after="80"/>
      </w:pPr>
      <w:r>
        <w:rPr>
          <w:i/>
          <w:color w:val="8A6D2B"/>
          <w:sz w:val="26"/>
        </w:rPr>
        <w:t>Огонь: действие, страсть, энергия, воля, карьера, амбиции, вдохновение. Жезлы — это то, что ты делаешь.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Человек смотрит на корабли, которые возвращаются с товаром. Ожидание плодов, расширение, торговля.</w:t>
      </w:r>
    </w:p>
    <w:p>
      <w:pPr>
        <w:spacing w:before="100" w:after="20"/>
      </w:pPr>
      <w:r>
        <w:rPr>
          <w:b/>
          <w:color w:val="1A2B4A"/>
          <w:sz w:val="26"/>
        </w:rPr>
        <w:t>В прямом положении:</w:t>
      </w:r>
    </w:p>
    <w:p>
      <w:pPr>
        <w:jc w:val="both"/>
      </w:pPr>
      <w:r>
        <w:rPr>
          <w:sz w:val="26"/>
        </w:rPr>
        <w:t>Рост, сотрудничество, первые плоды, радость, команда. То, что ты начал, начинает давать результат. Празднуй первые всходы. В масти Жезлов это проявляется так: Человек смотрит на корабли, которые возвращаются с товаром. Ожидание плодов, расширение, торговля. Карта говорит: энергия масти сейчас активна, не подавляй ее. Если ты в прямом положении — действуй, чувствуй, думай или строй — в зависимости от масти. Это не случайный шанс, а закономерный этап. Ты уже прошел предыдущие ступени, и теперь тебе открывается следующая.</w:t>
      </w:r>
    </w:p>
    <w:p>
      <w:pPr>
        <w:spacing w:before="100" w:after="20"/>
      </w:pPr>
      <w:r>
        <w:rPr>
          <w:b/>
          <w:color w:val="1A2B4A"/>
          <w:sz w:val="26"/>
        </w:rPr>
        <w:t>В перевернутом положении:</w:t>
      </w:r>
    </w:p>
    <w:p>
      <w:pPr>
        <w:jc w:val="both"/>
      </w:pPr>
      <w:r>
        <w:rPr>
          <w:sz w:val="26"/>
        </w:rPr>
        <w:t>Задержка роста, конфликты в команде, разочарование, праздник, который не случился. В перевернутом положении карта Тройка Жезлы говорит о том, что энергия масти заблокирована или искажена. Ты либо боишься проявить ее, либо перегибаешь. Посмотри честно: где ты сдаешь, а где — перегибаешь? Перевернутая карта — не приговор, а подсказка: здесь нужно починить, замедлиться или, наоборот, решиться.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Отношения растут, совместные планы сбываются.</w:t>
      </w:r>
    </w:p>
    <w:p>
      <w:pPr>
        <w:pStyle w:val="ListBullet"/>
        <w:spacing w:after="20"/>
        <w:ind w:left="340"/>
      </w:pPr>
      <w:r>
        <w:rPr>
          <w:b/>
          <w:sz w:val="26"/>
        </w:rPr>
        <w:t xml:space="preserve">Работа: </w:t>
      </w:r>
      <w:r>
        <w:rPr>
          <w:sz w:val="26"/>
        </w:rPr>
        <w:t>Первые результаты, выход на новый уровень, ожидание плодов.</w:t>
      </w:r>
    </w:p>
    <w:p>
      <w:pPr>
        <w:pStyle w:val="ListBullet"/>
        <w:spacing w:after="20"/>
        <w:ind w:left="340"/>
      </w:pPr>
      <w:r>
        <w:rPr>
          <w:b/>
          <w:sz w:val="26"/>
        </w:rPr>
        <w:t xml:space="preserve">Деньги: </w:t>
      </w:r>
      <w:r>
        <w:rPr>
          <w:sz w:val="26"/>
        </w:rPr>
        <w:t>Рост, прибыль от вложенного. Жди корабли — они уже плывут.</w:t>
      </w:r>
    </w:p>
    <w:p>
      <w:pPr>
        <w:pStyle w:val="ListBullet"/>
        <w:spacing w:after="20"/>
        <w:ind w:left="340"/>
      </w:pPr>
      <w:r>
        <w:rPr>
          <w:b/>
          <w:sz w:val="26"/>
        </w:rPr>
        <w:t xml:space="preserve">Здоровье: </w:t>
      </w:r>
      <w:r>
        <w:rPr>
          <w:sz w:val="26"/>
        </w:rPr>
        <w:t>Улучшение, восстановление.</w:t>
      </w:r>
    </w:p>
    <w:p>
      <w:pPr>
        <w:pStyle w:val="ListBullet"/>
        <w:spacing w:after="20"/>
        <w:ind w:left="340"/>
      </w:pPr>
      <w:r>
        <w:rPr>
          <w:b/>
          <w:sz w:val="26"/>
        </w:rPr>
        <w:t xml:space="preserve">Духовное: </w:t>
      </w:r>
      <w:r>
        <w:rPr>
          <w:sz w:val="26"/>
        </w:rPr>
        <w:t>Терпение и вера.</w:t>
      </w:r>
    </w:p>
    <w:p>
      <w:pPr>
        <w:spacing w:before="100" w:after="20"/>
      </w:pPr>
      <w:r>
        <w:rPr>
          <w:b/>
          <w:color w:val="1A2B4A"/>
          <w:sz w:val="26"/>
        </w:rPr>
        <w:t>Совет карты:</w:t>
      </w:r>
    </w:p>
    <w:p>
      <w:pPr>
        <w:jc w:val="both"/>
      </w:pPr>
      <w:r>
        <w:rPr>
          <w:sz w:val="26"/>
        </w:rPr>
        <w:t>Действуй. Не жди идеального момента — создай его. Для карты Тройка Жезлы это значит: Рост, сотрудничество, первые плоды, радость, команда. То, что ты начал, начинает давать результат. Празднуй первые всходы. Не жди, пока станет идеально — начни с того, что есть. Один маленький шаг в энергии этой карты уже меняет все. Прямая: Рост, сотрудничество, первые плоды, радость, команда. То, что ты начал, начинает давать результат. Празднуй первые всходы. Перевернутая: Задержка роста, конфликты в команде, разочарование, праздник, который не случился.</w:t>
      </w:r>
    </w:p>
    <w:p>
      <w:pPr>
        <w:spacing w:before="160"/>
        <w:jc w:val="center"/>
      </w:pPr>
      <w:r>
        <w:rPr>
          <w:color w:val="C9B87A"/>
          <w:sz w:val="26"/>
        </w:rPr>
        <w:t>✦  ✦  ✦</w:t>
      </w:r>
    </w:p>
    <w:p>
      <w:r>
        <w:br w:type="page"/>
      </w:r>
    </w:p>
    <w:p>
      <w:pPr>
        <w:jc w:val="right"/>
      </w:pPr>
      <w:r>
        <w:rPr>
          <w:b/>
          <w:color w:val="999999"/>
          <w:sz w:val="19"/>
        </w:rPr>
        <w:t>ТАРО • 78 КАРТ  •  26 / 78</w:t>
      </w:r>
    </w:p>
    <w:p>
      <w:pPr>
        <w:spacing w:after="40"/>
      </w:pPr>
      <w:r>
        <w:rPr>
          <w:b/>
          <w:color w:val="1A2B4A"/>
          <w:sz w:val="38"/>
        </w:rPr>
        <w:t>Четверка Жезлы</w:t>
      </w:r>
    </w:p>
    <w:p>
      <w:pPr>
        <w:spacing w:after="80"/>
      </w:pPr>
      <w:r>
        <w:rPr>
          <w:i/>
          <w:color w:val="8A6D2B"/>
          <w:sz w:val="26"/>
        </w:rPr>
        <w:t>Огонь: действие, страсть, энергия, воля, карьера, амбиции, вдохновение. Жезлы — это то, что ты делаешь.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Праздник, гирлянды, четыре жезла, дом, свадьба, стабильность. Радость и опора.</w:t>
      </w:r>
    </w:p>
    <w:p>
      <w:pPr>
        <w:spacing w:before="100" w:after="20"/>
      </w:pPr>
      <w:r>
        <w:rPr>
          <w:b/>
          <w:color w:val="1A2B4A"/>
          <w:sz w:val="26"/>
        </w:rPr>
        <w:t>В прямом положении:</w:t>
      </w:r>
    </w:p>
    <w:p>
      <w:pPr>
        <w:jc w:val="both"/>
      </w:pPr>
      <w:r>
        <w:rPr>
          <w:sz w:val="26"/>
        </w:rPr>
        <w:t>Стабильность, пауза, отдых, фундамент, структура, дом. Время остановиться и укрепить то, что есть. В масти Жезлов это проявляется так: Праздник, гирлянды, четыре жезла, дом, свадьба, стабильность. Радость и опора. Карта говорит: энергия масти сейчас активна, не подавляй ее. Если ты в прямом положении — действуй, чувствуй, думай или строй — в зависимости от масти. Это не случайный шанс, а закономерный этап. Ты уже прошел предыдущие ступени, и теперь тебе открывается следующая.</w:t>
      </w:r>
    </w:p>
    <w:p>
      <w:pPr>
        <w:spacing w:before="100" w:after="20"/>
      </w:pPr>
      <w:r>
        <w:rPr>
          <w:b/>
          <w:color w:val="1A2B4A"/>
          <w:sz w:val="26"/>
        </w:rPr>
        <w:t>В перевернутом положении:</w:t>
      </w:r>
    </w:p>
    <w:p>
      <w:pPr>
        <w:jc w:val="both"/>
      </w:pPr>
      <w:r>
        <w:rPr>
          <w:sz w:val="26"/>
        </w:rPr>
        <w:t>Застой, скука, страх выйти из стабильности, тюрьма из комфорта. В перевернутом положении карта Четверка Жезлы говорит о том, что энергия масти заблокирована или искажена. Ты либо боишься проявить ее, либо перегибаешь. Посмотри честно: где ты сдаешь, а где — перегибаешь? Перевернутая карта — не приговор, а подсказка: здесь нужно починить, замедлиться или, наоборот, решиться.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Свадьба, дом, праздник, стабильность. Перевернутая: праздник без радости.</w:t>
      </w:r>
    </w:p>
    <w:p>
      <w:pPr>
        <w:pStyle w:val="ListBullet"/>
        <w:spacing w:after="20"/>
        <w:ind w:left="340"/>
      </w:pPr>
      <w:r>
        <w:rPr>
          <w:b/>
          <w:sz w:val="26"/>
        </w:rPr>
        <w:t xml:space="preserve">Работа: </w:t>
      </w:r>
      <w:r>
        <w:rPr>
          <w:sz w:val="26"/>
        </w:rPr>
        <w:t>Стабильность, команда, праздник, завершение этапа.</w:t>
      </w:r>
    </w:p>
    <w:p>
      <w:pPr>
        <w:pStyle w:val="ListBullet"/>
        <w:spacing w:after="20"/>
        <w:ind w:left="340"/>
      </w:pPr>
      <w:r>
        <w:rPr>
          <w:b/>
          <w:sz w:val="26"/>
        </w:rPr>
        <w:t xml:space="preserve">Деньги: </w:t>
      </w:r>
      <w:r>
        <w:rPr>
          <w:sz w:val="26"/>
        </w:rPr>
        <w:t>Стабильность, фундамент.</w:t>
      </w:r>
    </w:p>
    <w:p>
      <w:pPr>
        <w:pStyle w:val="ListBullet"/>
        <w:spacing w:after="20"/>
        <w:ind w:left="340"/>
      </w:pPr>
      <w:r>
        <w:rPr>
          <w:b/>
          <w:sz w:val="26"/>
        </w:rPr>
        <w:t xml:space="preserve">Здоровье: </w:t>
      </w:r>
      <w:r>
        <w:rPr>
          <w:sz w:val="26"/>
        </w:rPr>
        <w:t>Хорошо, стабильно, отдых.</w:t>
      </w:r>
    </w:p>
    <w:p>
      <w:pPr>
        <w:pStyle w:val="ListBullet"/>
        <w:spacing w:after="20"/>
        <w:ind w:left="340"/>
      </w:pPr>
      <w:r>
        <w:rPr>
          <w:b/>
          <w:sz w:val="26"/>
        </w:rPr>
        <w:t xml:space="preserve">Духовное: </w:t>
      </w:r>
      <w:r>
        <w:rPr>
          <w:sz w:val="26"/>
        </w:rPr>
        <w:t>Благодарность за дом.</w:t>
      </w:r>
    </w:p>
    <w:p>
      <w:pPr>
        <w:spacing w:before="100" w:after="20"/>
      </w:pPr>
      <w:r>
        <w:rPr>
          <w:b/>
          <w:color w:val="1A2B4A"/>
          <w:sz w:val="26"/>
        </w:rPr>
        <w:t>Совет карты:</w:t>
      </w:r>
    </w:p>
    <w:p>
      <w:pPr>
        <w:jc w:val="both"/>
      </w:pPr>
      <w:r>
        <w:rPr>
          <w:sz w:val="26"/>
        </w:rPr>
        <w:t>Действуй. Не жди идеального момента — создай его. Для карты Четверка Жезлы это значит: Стабильность, пауза, отдых, фундамент, структура, дом. Время остановиться и укрепить то, что есть. Не жди, пока станет идеально — начни с того, что есть. Один маленький шаг в энергии этой карты уже меняет все. Прямая: Стабильность, пауза, отдых, фундамент, структура, дом. Время остановиться и укрепить то, что есть. Перевернутая: Застой, скука, страх выйти из стабильности, тюрьма из комфорта.</w:t>
      </w:r>
    </w:p>
    <w:p>
      <w:pPr>
        <w:spacing w:before="160"/>
        <w:jc w:val="center"/>
      </w:pPr>
      <w:r>
        <w:rPr>
          <w:color w:val="C9B87A"/>
          <w:sz w:val="26"/>
        </w:rPr>
        <w:t>✦  ✦  ✦</w:t>
      </w:r>
    </w:p>
    <w:p>
      <w:r>
        <w:br w:type="page"/>
      </w:r>
    </w:p>
    <w:p>
      <w:pPr>
        <w:jc w:val="right"/>
      </w:pPr>
      <w:r>
        <w:rPr>
          <w:b/>
          <w:color w:val="999999"/>
          <w:sz w:val="19"/>
        </w:rPr>
        <w:t>ТАРО • 78 КАРТ  •  27 / 78</w:t>
      </w:r>
    </w:p>
    <w:p>
      <w:pPr>
        <w:spacing w:after="40"/>
      </w:pPr>
      <w:r>
        <w:rPr>
          <w:b/>
          <w:color w:val="1A2B4A"/>
          <w:sz w:val="38"/>
        </w:rPr>
        <w:t>Пятерка Жезлы</w:t>
      </w:r>
    </w:p>
    <w:p>
      <w:pPr>
        <w:spacing w:after="80"/>
      </w:pPr>
      <w:r>
        <w:rPr>
          <w:i/>
          <w:color w:val="8A6D2B"/>
          <w:sz w:val="26"/>
        </w:rPr>
        <w:t>Огонь: действие, страсть, энергия, воля, карьера, амбиции, вдохновение. Жезлы — это то, что ты делаешь.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Пять человек дерутся палками, каждый за себя. Конфликт, конкуренция, борьба мнений.</w:t>
      </w:r>
    </w:p>
    <w:p>
      <w:pPr>
        <w:spacing w:before="100" w:after="20"/>
      </w:pPr>
      <w:r>
        <w:rPr>
          <w:b/>
          <w:color w:val="1A2B4A"/>
          <w:sz w:val="26"/>
        </w:rPr>
        <w:t>В прямом положении:</w:t>
      </w:r>
    </w:p>
    <w:p>
      <w:pPr>
        <w:jc w:val="both"/>
      </w:pPr>
      <w:r>
        <w:rPr>
          <w:sz w:val="26"/>
        </w:rPr>
        <w:t>Конфликт, кризис, борьба, потери, испытание. Точка, где проверяется, насколько ты крепок. Неприятно, но это рост. В масти Жезлов это проявляется так: Пять человек дерутся палками, каждый за себя. Конфликт, конкуренция, борьба мнений. Карта говорит: энергия масти сейчас активна, не подавляй ее. Если ты в прямом положении — действуй, чувствуй, думай или строй — в зависимости от масти. Это не случайный шанс, а закономерный этап. Ты уже прошел предыдущие ступени, и теперь тебе открывается следующая.</w:t>
      </w:r>
    </w:p>
    <w:p>
      <w:pPr>
        <w:spacing w:before="100" w:after="20"/>
      </w:pPr>
      <w:r>
        <w:rPr>
          <w:b/>
          <w:color w:val="1A2B4A"/>
          <w:sz w:val="26"/>
        </w:rPr>
        <w:t>В перевернутом положении:</w:t>
      </w:r>
    </w:p>
    <w:p>
      <w:pPr>
        <w:jc w:val="both"/>
      </w:pPr>
      <w:r>
        <w:rPr>
          <w:sz w:val="26"/>
        </w:rPr>
        <w:t>Выход из кризиса, примирение, конец борьбы — или еще глубже в конфликт, если не остановиться. В перевернутом положении карта Пятерка Жезлы говорит о том, что энергия масти заблокирована или искажена. Ты либо боишься проявить ее, либо перегибаешь. Посмотри честно: где ты сдаешь, а где — перегибаешь? Перевернутая карта — не приговор, а подсказка: здесь нужно починить, замедлиться или, наоборот, решиться.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Ссоры, борьба, кто прав. Перевернутая: примирение после ссоры.</w:t>
      </w:r>
    </w:p>
    <w:p>
      <w:pPr>
        <w:pStyle w:val="ListBullet"/>
        <w:spacing w:after="20"/>
        <w:ind w:left="340"/>
      </w:pPr>
      <w:r>
        <w:rPr>
          <w:b/>
          <w:sz w:val="26"/>
        </w:rPr>
        <w:t xml:space="preserve">Работа: </w:t>
      </w:r>
      <w:r>
        <w:rPr>
          <w:sz w:val="26"/>
        </w:rPr>
        <w:t>Конкуренция, интриги, борьба за место.</w:t>
      </w:r>
    </w:p>
    <w:p>
      <w:pPr>
        <w:pStyle w:val="ListBullet"/>
        <w:spacing w:after="20"/>
        <w:ind w:left="340"/>
      </w:pPr>
      <w:r>
        <w:rPr>
          <w:b/>
          <w:sz w:val="26"/>
        </w:rPr>
        <w:t xml:space="preserve">Деньги: </w:t>
      </w:r>
      <w:r>
        <w:rPr>
          <w:sz w:val="26"/>
        </w:rPr>
        <w:t>Борьба за деньги, раздел.</w:t>
      </w:r>
    </w:p>
    <w:p>
      <w:pPr>
        <w:pStyle w:val="ListBullet"/>
        <w:spacing w:after="20"/>
        <w:ind w:left="340"/>
      </w:pPr>
      <w:r>
        <w:rPr>
          <w:b/>
          <w:sz w:val="26"/>
        </w:rPr>
        <w:t xml:space="preserve">Здоровье: </w:t>
      </w:r>
      <w:r>
        <w:rPr>
          <w:sz w:val="26"/>
        </w:rPr>
        <w:t>Стресс, напряжение, конфликты бьют по телу.</w:t>
      </w:r>
    </w:p>
    <w:p>
      <w:pPr>
        <w:pStyle w:val="ListBullet"/>
        <w:spacing w:after="20"/>
        <w:ind w:left="340"/>
      </w:pPr>
      <w:r>
        <w:rPr>
          <w:b/>
          <w:sz w:val="26"/>
        </w:rPr>
        <w:t xml:space="preserve">Духовное: </w:t>
      </w:r>
      <w:r>
        <w:rPr>
          <w:sz w:val="26"/>
        </w:rPr>
        <w:t>Урок: не все битвы стоит выигрывать.</w:t>
      </w:r>
    </w:p>
    <w:p>
      <w:pPr>
        <w:spacing w:before="100" w:after="20"/>
      </w:pPr>
      <w:r>
        <w:rPr>
          <w:b/>
          <w:color w:val="1A2B4A"/>
          <w:sz w:val="26"/>
        </w:rPr>
        <w:t>Совет карты:</w:t>
      </w:r>
    </w:p>
    <w:p>
      <w:pPr>
        <w:jc w:val="both"/>
      </w:pPr>
      <w:r>
        <w:rPr>
          <w:sz w:val="26"/>
        </w:rPr>
        <w:t>Действуй. Не жди идеального момента — создай его. Для карты Пятерка Жезлы это значит: Конфликт, кризис, борьба, потери, испытание. Точка, где проверяется, насколько ты крепок. Неприятно, но это рост. Не жди, пока станет идеально — начни с того, что есть. Один маленький шаг в энергии этой карты уже меняет все. Прямая: Конфликт, кризис, борьба, потери, испытание. Точка, где проверяется, насколько ты крепок. Неприятно, но это рост. Перевернутая: Выход из кризиса, примирение, конец борьбы — или еще глубже в конфликт, если не остановиться.</w:t>
      </w:r>
    </w:p>
    <w:p>
      <w:pPr>
        <w:spacing w:before="160"/>
        <w:jc w:val="center"/>
      </w:pPr>
      <w:r>
        <w:rPr>
          <w:color w:val="C9B87A"/>
          <w:sz w:val="26"/>
        </w:rPr>
        <w:t>✦  ✦  ✦</w:t>
      </w:r>
    </w:p>
    <w:p>
      <w:r>
        <w:br w:type="page"/>
      </w:r>
    </w:p>
    <w:p>
      <w:pPr>
        <w:jc w:val="right"/>
      </w:pPr>
      <w:r>
        <w:rPr>
          <w:b/>
          <w:color w:val="999999"/>
          <w:sz w:val="19"/>
        </w:rPr>
        <w:t>ТАРО • 78 КАРТ  •  28 / 78</w:t>
      </w:r>
    </w:p>
    <w:p>
      <w:pPr>
        <w:spacing w:after="40"/>
      </w:pPr>
      <w:r>
        <w:rPr>
          <w:b/>
          <w:color w:val="1A2B4A"/>
          <w:sz w:val="38"/>
        </w:rPr>
        <w:t>Шестерка Жезлы</w:t>
      </w:r>
    </w:p>
    <w:p>
      <w:pPr>
        <w:spacing w:after="80"/>
      </w:pPr>
      <w:r>
        <w:rPr>
          <w:i/>
          <w:color w:val="8A6D2B"/>
          <w:sz w:val="26"/>
        </w:rPr>
        <w:t>Огонь: действие, страсть, энергия, воля, карьера, амбиции, вдохновение. Жезлы — это то, что ты делаешь.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Победитель на коне с венком, толпа приветствует. Триумф, признание, победа.</w:t>
      </w:r>
    </w:p>
    <w:p>
      <w:pPr>
        <w:spacing w:before="100" w:after="20"/>
      </w:pPr>
      <w:r>
        <w:rPr>
          <w:b/>
          <w:color w:val="1A2B4A"/>
          <w:sz w:val="26"/>
        </w:rPr>
        <w:t>В прямом положении:</w:t>
      </w:r>
    </w:p>
    <w:p>
      <w:pPr>
        <w:jc w:val="both"/>
      </w:pPr>
      <w:r>
        <w:rPr>
          <w:sz w:val="26"/>
        </w:rPr>
        <w:t>Гармония, помощь, прошлое, победа, движение вперед. Баланс между брать и давать, между прошлым и будущим. В масти Жезлов это проявляется так: Победитель на коне с венком, толпа приветствует. Триумф, признание, победа. Карта говорит: энергия масти сейчас активна, не подавляй ее. Если ты в прямом положении — действуй, чувствуй, думай или строй — в зависимости от масти. Это не случайный шанс, а закономерный этап. Ты уже прошел предыдущие ступени, и теперь тебе открывается следующая.</w:t>
      </w:r>
    </w:p>
    <w:p>
      <w:pPr>
        <w:spacing w:before="100" w:after="20"/>
      </w:pPr>
      <w:r>
        <w:rPr>
          <w:b/>
          <w:color w:val="1A2B4A"/>
          <w:sz w:val="26"/>
        </w:rPr>
        <w:t>В перевернутом положении:</w:t>
      </w:r>
    </w:p>
    <w:p>
      <w:pPr>
        <w:jc w:val="both"/>
      </w:pPr>
      <w:r>
        <w:rPr>
          <w:sz w:val="26"/>
        </w:rPr>
        <w:t>Застревание в прошлом, зависимость от помощи, ностальгия, которая не отпускает. В перевернутом положении карта Шестерка Жезлы говорит о том, что энергия масти заблокирована или искажена. Ты либо боишься проявить ее, либо перегибаешь. Посмотри честно: где ты сдаешь, а где — перегибаешь? Перевернутая карта — не приговор, а подсказка: здесь нужно починить, замедлиться или, наоборот, решиться.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Признание, победа, тебя заметили. Перевернутая: непризнание.</w:t>
      </w:r>
    </w:p>
    <w:p>
      <w:pPr>
        <w:pStyle w:val="ListBullet"/>
        <w:spacing w:after="20"/>
        <w:ind w:left="340"/>
      </w:pPr>
      <w:r>
        <w:rPr>
          <w:b/>
          <w:sz w:val="26"/>
        </w:rPr>
        <w:t xml:space="preserve">Работа: </w:t>
      </w:r>
      <w:r>
        <w:rPr>
          <w:sz w:val="26"/>
        </w:rPr>
        <w:t>Успех, повышение, признание, награда.</w:t>
      </w:r>
    </w:p>
    <w:p>
      <w:pPr>
        <w:pStyle w:val="ListBullet"/>
        <w:spacing w:after="20"/>
        <w:ind w:left="340"/>
      </w:pPr>
      <w:r>
        <w:rPr>
          <w:b/>
          <w:sz w:val="26"/>
        </w:rPr>
        <w:t xml:space="preserve">Деньги: </w:t>
      </w:r>
      <w:r>
        <w:rPr>
          <w:sz w:val="26"/>
        </w:rPr>
        <w:t>Прибыль, премия, успех.</w:t>
      </w:r>
    </w:p>
    <w:p>
      <w:pPr>
        <w:pStyle w:val="ListBullet"/>
        <w:spacing w:after="20"/>
        <w:ind w:left="340"/>
      </w:pPr>
      <w:r>
        <w:rPr>
          <w:b/>
          <w:sz w:val="26"/>
        </w:rPr>
        <w:t xml:space="preserve">Здоровье: </w:t>
      </w:r>
      <w:r>
        <w:rPr>
          <w:sz w:val="26"/>
        </w:rPr>
        <w:t>Выздоровление, победа над болезнью.</w:t>
      </w:r>
    </w:p>
    <w:p>
      <w:pPr>
        <w:pStyle w:val="ListBullet"/>
        <w:spacing w:after="20"/>
        <w:ind w:left="340"/>
      </w:pPr>
      <w:r>
        <w:rPr>
          <w:b/>
          <w:sz w:val="26"/>
        </w:rPr>
        <w:t xml:space="preserve">Духовное: </w:t>
      </w:r>
      <w:r>
        <w:rPr>
          <w:sz w:val="26"/>
        </w:rPr>
        <w:t>Принимай признание без стеснения.</w:t>
      </w:r>
    </w:p>
    <w:p>
      <w:pPr>
        <w:spacing w:before="100" w:after="20"/>
      </w:pPr>
      <w:r>
        <w:rPr>
          <w:b/>
          <w:color w:val="1A2B4A"/>
          <w:sz w:val="26"/>
        </w:rPr>
        <w:t>Совет карты:</w:t>
      </w:r>
    </w:p>
    <w:p>
      <w:pPr>
        <w:jc w:val="both"/>
      </w:pPr>
      <w:r>
        <w:rPr>
          <w:sz w:val="26"/>
        </w:rPr>
        <w:t>Действуй. Не жди идеального момента — создай его. Для карты Шестерка Жезлы это значит: Гармония, помощь, прошлое, победа, движение вперед. Баланс между брать и давать, между прошлым и будущим. Не жди, пока станет идеально — начни с того, что есть. Один маленький шаг в энергии этой карты уже меняет все. Прямая: Гармония, помощь, прошлое, победа, движение вперед. Баланс между брать и давать, между прошлым и будущим. Перевернутая: Застревание в прошлом, зависимость от помощи, ностальгия, которая не отпускает.</w:t>
      </w:r>
    </w:p>
    <w:p>
      <w:pPr>
        <w:spacing w:before="160"/>
        <w:jc w:val="center"/>
      </w:pPr>
      <w:r>
        <w:rPr>
          <w:color w:val="C9B87A"/>
          <w:sz w:val="26"/>
        </w:rPr>
        <w:t>✦  ✦  ✦</w:t>
      </w:r>
    </w:p>
    <w:p>
      <w:r>
        <w:br w:type="page"/>
      </w:r>
    </w:p>
    <w:p>
      <w:pPr>
        <w:jc w:val="right"/>
      </w:pPr>
      <w:r>
        <w:rPr>
          <w:b/>
          <w:color w:val="999999"/>
          <w:sz w:val="19"/>
        </w:rPr>
        <w:t>ТАРО • 78 КАРТ  •  29 / 78</w:t>
      </w:r>
    </w:p>
    <w:p>
      <w:pPr>
        <w:spacing w:after="40"/>
      </w:pPr>
      <w:r>
        <w:rPr>
          <w:b/>
          <w:color w:val="1A2B4A"/>
          <w:sz w:val="38"/>
        </w:rPr>
        <w:t>Семерка Жезлы</w:t>
      </w:r>
    </w:p>
    <w:p>
      <w:pPr>
        <w:spacing w:after="80"/>
      </w:pPr>
      <w:r>
        <w:rPr>
          <w:i/>
          <w:color w:val="8A6D2B"/>
          <w:sz w:val="26"/>
        </w:rPr>
        <w:t>Огонь: действие, страсть, энергия, воля, карьера, амбиции, вдохновение. Жезлы — это то, что ты делаешь.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Человек на холме отбивается от шести жезлов сверху. Защита своей позиции, один против всех.</w:t>
      </w:r>
    </w:p>
    <w:p>
      <w:pPr>
        <w:spacing w:before="100" w:after="20"/>
      </w:pPr>
      <w:r>
        <w:rPr>
          <w:b/>
          <w:color w:val="1A2B4A"/>
          <w:sz w:val="26"/>
        </w:rPr>
        <w:t>В прямом положении:</w:t>
      </w:r>
    </w:p>
    <w:p>
      <w:pPr>
        <w:jc w:val="both"/>
      </w:pPr>
      <w:r>
        <w:rPr>
          <w:sz w:val="26"/>
        </w:rPr>
        <w:t>Борьба, защита, испытание, стратегия, выдержка. Тебе придется отстаивать свое. Не сдавайся, но и не дерись вслепую. В масти Жезлов это проявляется так: Человек на холме отбивается от шести жезлов сверху. Защита своей позиции, один против всех. Карта говорит: энергия масти сейчас активна, не подавляй ее. Если ты в прямом положении — действуй, чувствуй, думай или строй — в зависимости от масти. Это не случайный шанс, а закономерный этап. Ты уже прошел предыдущие ступени, и теперь тебе открывается следующая.</w:t>
      </w:r>
    </w:p>
    <w:p>
      <w:pPr>
        <w:spacing w:before="100" w:after="20"/>
      </w:pPr>
      <w:r>
        <w:rPr>
          <w:b/>
          <w:color w:val="1A2B4A"/>
          <w:sz w:val="26"/>
        </w:rPr>
        <w:t>В перевернутом положении:</w:t>
      </w:r>
    </w:p>
    <w:p>
      <w:pPr>
        <w:jc w:val="both"/>
      </w:pPr>
      <w:r>
        <w:rPr>
          <w:sz w:val="26"/>
        </w:rPr>
        <w:t>Сдача, страх бороться, поражение, бегство с поля боя. В перевернутом положении карта Семерка Жезлы говорит о том, что энергия масти заблокирована или искажена. Ты либо боишься проявить ее, либо перегибаешь. Посмотри честно: где ты сдаешь, а где — перегибаешь? Перевернутая карта — не приговор, а подсказка: здесь нужно починить, замедлиться или, наоборот, решиться.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Защита отношений, «я не отдам свое».</w:t>
      </w:r>
    </w:p>
    <w:p>
      <w:pPr>
        <w:pStyle w:val="ListBullet"/>
        <w:spacing w:after="20"/>
        <w:ind w:left="340"/>
      </w:pPr>
      <w:r>
        <w:rPr>
          <w:b/>
          <w:sz w:val="26"/>
        </w:rPr>
        <w:t xml:space="preserve">Работа: </w:t>
      </w:r>
      <w:r>
        <w:rPr>
          <w:sz w:val="26"/>
        </w:rPr>
        <w:t>Защита проекта, позиции, отстаивание идеи.</w:t>
      </w:r>
    </w:p>
    <w:p>
      <w:pPr>
        <w:pStyle w:val="ListBullet"/>
        <w:spacing w:after="20"/>
        <w:ind w:left="340"/>
      </w:pPr>
      <w:r>
        <w:rPr>
          <w:b/>
          <w:sz w:val="26"/>
        </w:rPr>
        <w:t xml:space="preserve">Деньги: </w:t>
      </w:r>
      <w:r>
        <w:rPr>
          <w:sz w:val="26"/>
        </w:rPr>
        <w:t>Борьба за доход, защита денег.</w:t>
      </w:r>
    </w:p>
    <w:p>
      <w:pPr>
        <w:pStyle w:val="ListBullet"/>
        <w:spacing w:after="20"/>
        <w:ind w:left="340"/>
      </w:pPr>
      <w:r>
        <w:rPr>
          <w:b/>
          <w:sz w:val="26"/>
        </w:rPr>
        <w:t xml:space="preserve">Здоровье: </w:t>
      </w:r>
      <w:r>
        <w:rPr>
          <w:sz w:val="26"/>
        </w:rPr>
        <w:t>Иммунитет, защита тела.</w:t>
      </w:r>
    </w:p>
    <w:p>
      <w:pPr>
        <w:pStyle w:val="ListBullet"/>
        <w:spacing w:after="20"/>
        <w:ind w:left="340"/>
      </w:pPr>
      <w:r>
        <w:rPr>
          <w:b/>
          <w:sz w:val="26"/>
        </w:rPr>
        <w:t xml:space="preserve">Духовное: </w:t>
      </w:r>
      <w:r>
        <w:rPr>
          <w:sz w:val="26"/>
        </w:rPr>
        <w:t>Стойкость. Ты сильнее, чем думаешь.</w:t>
      </w:r>
    </w:p>
    <w:p>
      <w:pPr>
        <w:spacing w:before="100" w:after="20"/>
      </w:pPr>
      <w:r>
        <w:rPr>
          <w:b/>
          <w:color w:val="1A2B4A"/>
          <w:sz w:val="26"/>
        </w:rPr>
        <w:t>Совет карты:</w:t>
      </w:r>
    </w:p>
    <w:p>
      <w:pPr>
        <w:jc w:val="both"/>
      </w:pPr>
      <w:r>
        <w:rPr>
          <w:sz w:val="26"/>
        </w:rPr>
        <w:t>Действуй. Не жди идеального момента — создай его. Для карты Семерка Жезлы это значит: Борьба, защита, испытание, стратегия, выдержка. Тебе придется отстаивать свое. Не сдавайся, но и не дерись вслепую. Не жди, пока станет идеально — начни с того, что есть. Один маленький шаг в энергии этой карты уже меняет все. Прямая: Борьба, защита, испытание, стратегия, выдержка. Тебе придется отстаивать свое. Не сдавайся, но и не дерись вслепую. Перевернутая: Сдача, страх бороться, поражение, бегство с поля боя.</w:t>
      </w:r>
    </w:p>
    <w:p>
      <w:pPr>
        <w:spacing w:before="160"/>
        <w:jc w:val="center"/>
      </w:pPr>
      <w:r>
        <w:rPr>
          <w:color w:val="C9B87A"/>
          <w:sz w:val="26"/>
        </w:rPr>
        <w:t>✦  ✦  ✦</w:t>
      </w:r>
    </w:p>
    <w:p>
      <w:r>
        <w:br w:type="page"/>
      </w:r>
    </w:p>
    <w:p>
      <w:pPr>
        <w:jc w:val="right"/>
      </w:pPr>
      <w:r>
        <w:rPr>
          <w:b/>
          <w:color w:val="999999"/>
          <w:sz w:val="19"/>
        </w:rPr>
        <w:t>ТАРО • 78 КАРТ  •  30 / 78</w:t>
      </w:r>
    </w:p>
    <w:p>
      <w:pPr>
        <w:spacing w:after="40"/>
      </w:pPr>
      <w:r>
        <w:rPr>
          <w:b/>
          <w:color w:val="1A2B4A"/>
          <w:sz w:val="38"/>
        </w:rPr>
        <w:t>Восьмерка Жезлы</w:t>
      </w:r>
    </w:p>
    <w:p>
      <w:pPr>
        <w:spacing w:after="80"/>
      </w:pPr>
      <w:r>
        <w:rPr>
          <w:i/>
          <w:color w:val="8A6D2B"/>
          <w:sz w:val="26"/>
        </w:rPr>
        <w:t>Огонь: действие, страсть, энергия, воля, карьера, амбиции, вдохновение. Жезлы — это то, что ты делаешь.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Восемь жезлов летят по небу. Скорость, новости, движение, стрелы летят к цели.</w:t>
      </w:r>
    </w:p>
    <w:p>
      <w:pPr>
        <w:spacing w:before="100" w:after="20"/>
      </w:pPr>
      <w:r>
        <w:rPr>
          <w:b/>
          <w:color w:val="1A2B4A"/>
          <w:sz w:val="26"/>
        </w:rPr>
        <w:t>В прямом положении:</w:t>
      </w:r>
    </w:p>
    <w:p>
      <w:pPr>
        <w:jc w:val="both"/>
      </w:pPr>
      <w:r>
        <w:rPr>
          <w:sz w:val="26"/>
        </w:rPr>
        <w:t>Движение, скорость, перемены, действие, прогресс. Все ускоряется. Не тормози — поток уже несет тебя. В масти Жезлов это проявляется так: Восемь жезлов летят по небу. Скорость, новости, движение, стрелы летят к цели. Карта говорит: энергия масти сейчас активна, не подавляй ее. Если ты в прямом положении — действуй, чувствуй, думай или строй — в зависимости от масти. Это не случайный шанс, а закономерный этап. Ты уже прошел предыдущие ступени, и теперь тебе открывается следующая.</w:t>
      </w:r>
    </w:p>
    <w:p>
      <w:pPr>
        <w:spacing w:before="100" w:after="20"/>
      </w:pPr>
      <w:r>
        <w:rPr>
          <w:b/>
          <w:color w:val="1A2B4A"/>
          <w:sz w:val="26"/>
        </w:rPr>
        <w:t>В перевернутом положении:</w:t>
      </w:r>
    </w:p>
    <w:p>
      <w:pPr>
        <w:jc w:val="both"/>
      </w:pPr>
      <w:r>
        <w:rPr>
          <w:sz w:val="26"/>
        </w:rPr>
        <w:t>Застой, промедление, страх движения, упущенное время. В перевернутом положении карта Восьмерка Жезлы говорит о том, что энергия масти заблокирована или искажена. Ты либо боишься проявить ее, либо перегибаешь. Посмотри честно: где ты сдаешь, а где — перегибаешь? Перевернутая карта — не приговор, а подсказка: здесь нужно починить, замедлиться или, наоборот, решиться.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Быстрые события, сообщение, встреча.</w:t>
      </w:r>
    </w:p>
    <w:p>
      <w:pPr>
        <w:pStyle w:val="ListBullet"/>
        <w:spacing w:after="20"/>
        <w:ind w:left="340"/>
      </w:pPr>
      <w:r>
        <w:rPr>
          <w:b/>
          <w:sz w:val="26"/>
        </w:rPr>
        <w:t xml:space="preserve">Работа: </w:t>
      </w:r>
      <w:r>
        <w:rPr>
          <w:sz w:val="26"/>
        </w:rPr>
        <w:t>Срочные новости, рывок, командировка.</w:t>
      </w:r>
    </w:p>
    <w:p>
      <w:pPr>
        <w:pStyle w:val="ListBullet"/>
        <w:spacing w:after="20"/>
        <w:ind w:left="340"/>
      </w:pPr>
      <w:r>
        <w:rPr>
          <w:b/>
          <w:sz w:val="26"/>
        </w:rPr>
        <w:t xml:space="preserve">Деньги: </w:t>
      </w:r>
      <w:r>
        <w:rPr>
          <w:sz w:val="26"/>
        </w:rPr>
        <w:t>Быстрые деньги, перевод, новость.</w:t>
      </w:r>
    </w:p>
    <w:p>
      <w:pPr>
        <w:pStyle w:val="ListBullet"/>
        <w:spacing w:after="20"/>
        <w:ind w:left="340"/>
      </w:pPr>
      <w:r>
        <w:rPr>
          <w:b/>
          <w:sz w:val="26"/>
        </w:rPr>
        <w:t xml:space="preserve">Здоровье: </w:t>
      </w:r>
      <w:r>
        <w:rPr>
          <w:sz w:val="26"/>
        </w:rPr>
        <w:t>Быстрое восстановление, энергия.</w:t>
      </w:r>
    </w:p>
    <w:p>
      <w:pPr>
        <w:pStyle w:val="ListBullet"/>
        <w:spacing w:after="20"/>
        <w:ind w:left="340"/>
      </w:pPr>
      <w:r>
        <w:rPr>
          <w:b/>
          <w:sz w:val="26"/>
        </w:rPr>
        <w:t xml:space="preserve">Духовное: </w:t>
      </w:r>
      <w:r>
        <w:rPr>
          <w:sz w:val="26"/>
        </w:rPr>
        <w:t>Поток. Не тормози.</w:t>
      </w:r>
    </w:p>
    <w:p>
      <w:pPr>
        <w:spacing w:before="100" w:after="20"/>
      </w:pPr>
      <w:r>
        <w:rPr>
          <w:b/>
          <w:color w:val="1A2B4A"/>
          <w:sz w:val="26"/>
        </w:rPr>
        <w:t>Совет карты:</w:t>
      </w:r>
    </w:p>
    <w:p>
      <w:pPr>
        <w:jc w:val="both"/>
      </w:pPr>
      <w:r>
        <w:rPr>
          <w:sz w:val="26"/>
        </w:rPr>
        <w:t>Действуй. Не жди идеального момента — создай его. Для карты Восьмерка Жезлы это значит: Движение, скорость, перемены, действие, прогресс. Все ускоряется. Не тормози — поток уже несет тебя. Не жди, пока станет идеально — начни с того, что есть. Один маленький шаг в энергии этой карты уже меняет все. Прямая: Движение, скорость, перемены, действие, прогресс. Все ускоряется. Не тормози — поток уже несет тебя. Перевернутая: Застой, промедление, страх движения, упущенное время.</w:t>
      </w:r>
    </w:p>
    <w:p>
      <w:pPr>
        <w:spacing w:before="160"/>
        <w:jc w:val="center"/>
      </w:pPr>
      <w:r>
        <w:rPr>
          <w:color w:val="C9B87A"/>
          <w:sz w:val="26"/>
        </w:rPr>
        <w:t>✦  ✦  ✦</w:t>
      </w:r>
    </w:p>
    <w:p>
      <w:r>
        <w:br w:type="page"/>
      </w:r>
    </w:p>
    <w:p>
      <w:pPr>
        <w:jc w:val="right"/>
      </w:pPr>
      <w:r>
        <w:rPr>
          <w:b/>
          <w:color w:val="999999"/>
          <w:sz w:val="19"/>
        </w:rPr>
        <w:t>ТАРО • 78 КАРТ  •  31 / 78</w:t>
      </w:r>
    </w:p>
    <w:p>
      <w:pPr>
        <w:spacing w:after="40"/>
      </w:pPr>
      <w:r>
        <w:rPr>
          <w:b/>
          <w:color w:val="1A2B4A"/>
          <w:sz w:val="38"/>
        </w:rPr>
        <w:t>Девятка Жезлы</w:t>
      </w:r>
    </w:p>
    <w:p>
      <w:pPr>
        <w:spacing w:after="80"/>
      </w:pPr>
      <w:r>
        <w:rPr>
          <w:i/>
          <w:color w:val="8A6D2B"/>
          <w:sz w:val="26"/>
        </w:rPr>
        <w:t>Огонь: действие, страсть, энергия, воля, карьера, амбиции, вдохновение. Жезлы — это то, что ты делаешь.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Раненый воин держится за жезл, за спиной — восемь жезлов как забор. Выдержка, граница.</w:t>
      </w:r>
    </w:p>
    <w:p>
      <w:pPr>
        <w:spacing w:before="100" w:after="20"/>
      </w:pPr>
      <w:r>
        <w:rPr>
          <w:b/>
          <w:color w:val="1A2B4A"/>
          <w:sz w:val="26"/>
        </w:rPr>
        <w:t>В прямом положении:</w:t>
      </w:r>
    </w:p>
    <w:p>
      <w:pPr>
        <w:jc w:val="both"/>
      </w:pPr>
      <w:r>
        <w:rPr>
          <w:sz w:val="26"/>
        </w:rPr>
        <w:t>Завершение, мудрость, защита, одиночество, итоги, почти финиш. Ты близок к цели, но устал. Держись. В масти Жезлов это проявляется так: Раненый воин держится за жезл, за спиной — восемь жезлов как забор. Выдержка, граница. Карта говорит: энергия масти сейчас активна, не подавляй ее. Если ты в прямом положении — действуй, чувствуй, думай или строй — в зависимости от масти. Это не случайный шанс, а закономерный этап. Ты уже прошел предыдущие ступени, и теперь тебе открывается следующая.</w:t>
      </w:r>
    </w:p>
    <w:p>
      <w:pPr>
        <w:spacing w:before="100" w:after="20"/>
      </w:pPr>
      <w:r>
        <w:rPr>
          <w:b/>
          <w:color w:val="1A2B4A"/>
          <w:sz w:val="26"/>
        </w:rPr>
        <w:t>В перевернутом положении:</w:t>
      </w:r>
    </w:p>
    <w:p>
      <w:pPr>
        <w:jc w:val="both"/>
      </w:pPr>
      <w:r>
        <w:rPr>
          <w:sz w:val="26"/>
        </w:rPr>
        <w:t>Тревога, страх, бессонница, истощение, защита, которая превратилась в клетку. В перевернутом положении карта Девятка Жезлы говорит о том, что энергия масти заблокирована или искажена. Ты либо боишься проявить ее, либо перегибаешь. Посмотри честно: где ты сдаешь, а где — перегибаешь? Перевернутая карта — не приговор, а подсказка: здесь нужно починить, замедлиться или, наоборот, решиться.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Защита, усталость, «я уже обжигался».</w:t>
      </w:r>
    </w:p>
    <w:p>
      <w:pPr>
        <w:pStyle w:val="ListBullet"/>
        <w:spacing w:after="20"/>
        <w:ind w:left="340"/>
      </w:pPr>
      <w:r>
        <w:rPr>
          <w:b/>
          <w:sz w:val="26"/>
        </w:rPr>
        <w:t xml:space="preserve">Работа: </w:t>
      </w:r>
      <w:r>
        <w:rPr>
          <w:sz w:val="26"/>
        </w:rPr>
        <w:t>Выгорание, но держишься. Границы.</w:t>
      </w:r>
    </w:p>
    <w:p>
      <w:pPr>
        <w:pStyle w:val="ListBullet"/>
        <w:spacing w:after="20"/>
        <w:ind w:left="340"/>
      </w:pPr>
      <w:r>
        <w:rPr>
          <w:b/>
          <w:sz w:val="26"/>
        </w:rPr>
        <w:t xml:space="preserve">Деньги: </w:t>
      </w:r>
      <w:r>
        <w:rPr>
          <w:sz w:val="26"/>
        </w:rPr>
        <w:t>Защита доходов, осторожность.</w:t>
      </w:r>
    </w:p>
    <w:p>
      <w:pPr>
        <w:pStyle w:val="ListBullet"/>
        <w:spacing w:after="20"/>
        <w:ind w:left="340"/>
      </w:pPr>
      <w:r>
        <w:rPr>
          <w:b/>
          <w:sz w:val="26"/>
        </w:rPr>
        <w:t xml:space="preserve">Здоровье: </w:t>
      </w:r>
      <w:r>
        <w:rPr>
          <w:sz w:val="26"/>
        </w:rPr>
        <w:t>Усталость, хронический стресс. Отдохни.</w:t>
      </w:r>
    </w:p>
    <w:p>
      <w:pPr>
        <w:pStyle w:val="ListBullet"/>
        <w:spacing w:after="20"/>
        <w:ind w:left="340"/>
      </w:pPr>
      <w:r>
        <w:rPr>
          <w:b/>
          <w:sz w:val="26"/>
        </w:rPr>
        <w:t xml:space="preserve">Духовное: </w:t>
      </w:r>
      <w:r>
        <w:rPr>
          <w:sz w:val="26"/>
        </w:rPr>
        <w:t>Границы как любовь к себе.</w:t>
      </w:r>
    </w:p>
    <w:p>
      <w:pPr>
        <w:spacing w:before="100" w:after="20"/>
      </w:pPr>
      <w:r>
        <w:rPr>
          <w:b/>
          <w:color w:val="1A2B4A"/>
          <w:sz w:val="26"/>
        </w:rPr>
        <w:t>Совет карты:</w:t>
      </w:r>
    </w:p>
    <w:p>
      <w:pPr>
        <w:jc w:val="both"/>
      </w:pPr>
      <w:r>
        <w:rPr>
          <w:sz w:val="26"/>
        </w:rPr>
        <w:t>Действуй. Не жди идеального момента — создай его. Для карты Девятка Жезлы это значит: Завершение, мудрость, защита, одиночество, итоги, почти финиш. Ты близок к цели, но устал. Держись. Не жди, пока станет идеально — начни с того, что есть. Один маленький шаг в энергии этой карты уже меняет все. Прямая: Завершение, мудрость, защита, одиночество, итоги, почти финиш. Ты близок к цели, но устал. Держись. Перевернутая: Тревога, страх, бессонница, истощение, защита, которая превратилась в клетку.</w:t>
      </w:r>
    </w:p>
    <w:p>
      <w:pPr>
        <w:spacing w:before="160"/>
        <w:jc w:val="center"/>
      </w:pPr>
      <w:r>
        <w:rPr>
          <w:color w:val="C9B87A"/>
          <w:sz w:val="26"/>
        </w:rPr>
        <w:t>✦  ✦  ✦</w:t>
      </w:r>
    </w:p>
    <w:p>
      <w:r>
        <w:br w:type="page"/>
      </w:r>
    </w:p>
    <w:p>
      <w:pPr>
        <w:jc w:val="right"/>
      </w:pPr>
      <w:r>
        <w:rPr>
          <w:b/>
          <w:color w:val="999999"/>
          <w:sz w:val="19"/>
        </w:rPr>
        <w:t>ТАРО • 78 КАРТ  •  32 / 78</w:t>
      </w:r>
    </w:p>
    <w:p>
      <w:pPr>
        <w:spacing w:after="40"/>
      </w:pPr>
      <w:r>
        <w:rPr>
          <w:b/>
          <w:color w:val="1A2B4A"/>
          <w:sz w:val="38"/>
        </w:rPr>
        <w:t>Десятка Жезлы</w:t>
      </w:r>
    </w:p>
    <w:p>
      <w:pPr>
        <w:spacing w:after="80"/>
      </w:pPr>
      <w:r>
        <w:rPr>
          <w:i/>
          <w:color w:val="8A6D2B"/>
          <w:sz w:val="26"/>
        </w:rPr>
        <w:t>Огонь: действие, страсть, энергия, воля, карьера, амбиции, вдохновение. Жезлы — это то, что ты делаешь.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Человек несет десять тяжелых жезлов, согнувшись. Перегруз, ответственность, ноша.</w:t>
      </w:r>
    </w:p>
    <w:p>
      <w:pPr>
        <w:spacing w:before="100" w:after="20"/>
      </w:pPr>
      <w:r>
        <w:rPr>
          <w:b/>
          <w:color w:val="1A2B4A"/>
          <w:sz w:val="26"/>
        </w:rPr>
        <w:t>В прямом положении:</w:t>
      </w:r>
    </w:p>
    <w:p>
      <w:pPr>
        <w:jc w:val="both"/>
      </w:pPr>
      <w:r>
        <w:rPr>
          <w:sz w:val="26"/>
        </w:rPr>
        <w:t>Завершение цикла, перегруз, итог, переход к новому. То, что было, закончилось. Собери урожай и отпусти. В масти Жезлов это проявляется так: Человек несет десять тяжелых жезлов, согнувшись. Перегруз, ответственность, ноша. Карта говорит: энергия масти сейчас активна, не подавляй ее. Если ты в прямом положении — действуй, чувствуй, думай или строй — в зависимости от масти. Это не случайный шанс, а закономерный этап. Ты уже прошел предыдущие ступени, и теперь тебе открывается следующая.</w:t>
      </w:r>
    </w:p>
    <w:p>
      <w:pPr>
        <w:spacing w:before="100" w:after="20"/>
      </w:pPr>
      <w:r>
        <w:rPr>
          <w:b/>
          <w:color w:val="1A2B4A"/>
          <w:sz w:val="26"/>
        </w:rPr>
        <w:t>В перевернутом положении:</w:t>
      </w:r>
    </w:p>
    <w:p>
      <w:pPr>
        <w:jc w:val="both"/>
      </w:pPr>
      <w:r>
        <w:rPr>
          <w:sz w:val="26"/>
        </w:rPr>
        <w:t>Облегчение, сброс груза, конец тяжести — если отпустишь. Или груз, который ты тащишь дальше. В перевернутом положении карта Десятка Жезлы говорит о том, что энергия масти заблокирована или искажена. Ты либо боишься проявить ее, либо перегибаешь. Посмотри честно: где ты сдаешь, а где — перегибаешь? Перевернутая карта — не приговор, а подсказка: здесь нужно починить, замедлиться или, наоборот, решиться.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Тащишь все на себе, устал.</w:t>
      </w:r>
    </w:p>
    <w:p>
      <w:pPr>
        <w:pStyle w:val="ListBullet"/>
        <w:spacing w:after="20"/>
        <w:ind w:left="340"/>
      </w:pPr>
      <w:r>
        <w:rPr>
          <w:b/>
          <w:sz w:val="26"/>
        </w:rPr>
        <w:t xml:space="preserve">Работа: </w:t>
      </w:r>
      <w:r>
        <w:rPr>
          <w:sz w:val="26"/>
        </w:rPr>
        <w:t>Перегруз, слишком много задач.</w:t>
      </w:r>
    </w:p>
    <w:p>
      <w:pPr>
        <w:pStyle w:val="ListBullet"/>
        <w:spacing w:after="20"/>
        <w:ind w:left="340"/>
      </w:pPr>
      <w:r>
        <w:rPr>
          <w:b/>
          <w:sz w:val="26"/>
        </w:rPr>
        <w:t xml:space="preserve">Деньги: </w:t>
      </w:r>
      <w:r>
        <w:rPr>
          <w:sz w:val="26"/>
        </w:rPr>
        <w:t>Тяжело, но скоро конец. Делегируй.</w:t>
      </w:r>
    </w:p>
    <w:p>
      <w:pPr>
        <w:pStyle w:val="ListBullet"/>
        <w:spacing w:after="20"/>
        <w:ind w:left="340"/>
      </w:pPr>
      <w:r>
        <w:rPr>
          <w:b/>
          <w:sz w:val="26"/>
        </w:rPr>
        <w:t xml:space="preserve">Здоровье: </w:t>
      </w:r>
      <w:r>
        <w:rPr>
          <w:sz w:val="26"/>
        </w:rPr>
        <w:t>Перегрузка, спина, плечи. Сбрось груз.</w:t>
      </w:r>
    </w:p>
    <w:p>
      <w:pPr>
        <w:pStyle w:val="ListBullet"/>
        <w:spacing w:after="20"/>
        <w:ind w:left="340"/>
      </w:pPr>
      <w:r>
        <w:rPr>
          <w:b/>
          <w:sz w:val="26"/>
        </w:rPr>
        <w:t xml:space="preserve">Духовное: </w:t>
      </w:r>
      <w:r>
        <w:rPr>
          <w:sz w:val="26"/>
        </w:rPr>
        <w:t>Отпусти то, что не твое.</w:t>
      </w:r>
    </w:p>
    <w:p>
      <w:pPr>
        <w:spacing w:before="100" w:after="20"/>
      </w:pPr>
      <w:r>
        <w:rPr>
          <w:b/>
          <w:color w:val="1A2B4A"/>
          <w:sz w:val="26"/>
        </w:rPr>
        <w:t>Совет карты:</w:t>
      </w:r>
    </w:p>
    <w:p>
      <w:pPr>
        <w:jc w:val="both"/>
      </w:pPr>
      <w:r>
        <w:rPr>
          <w:sz w:val="26"/>
        </w:rPr>
        <w:t>Действуй. Не жди идеального момента — создай его. Для карты Десятка Жезлы это значит: Завершение цикла, перегруз, итог, переход к новому. То, что было, закончилось. Собери урожай и отпусти. Не жди, пока станет идеально — начни с того, что есть. Один маленький шаг в энергии этой карты уже меняет все. Прямая: Завершение цикла, перегруз, итог, переход к новому. То, что было, закончилось. Собери урожай и отпусти. Перевернутая: Облегчение, сброс груза, конец тяжести — если отпустишь. Или груз, который ты тащишь дальше.</w:t>
      </w:r>
    </w:p>
    <w:p>
      <w:pPr>
        <w:spacing w:before="160"/>
        <w:jc w:val="center"/>
      </w:pPr>
      <w:r>
        <w:rPr>
          <w:color w:val="C9B87A"/>
          <w:sz w:val="26"/>
        </w:rPr>
        <w:t>✦  ✦  ✦</w:t>
      </w:r>
    </w:p>
    <w:p>
      <w:r>
        <w:br w:type="page"/>
      </w:r>
    </w:p>
    <w:p>
      <w:pPr>
        <w:jc w:val="right"/>
      </w:pPr>
      <w:r>
        <w:rPr>
          <w:b/>
          <w:color w:val="999999"/>
          <w:sz w:val="19"/>
        </w:rPr>
        <w:t>ТАРО • 78 КАРТ  •  33 / 78</w:t>
      </w:r>
    </w:p>
    <w:p>
      <w:pPr>
        <w:spacing w:after="40"/>
      </w:pPr>
      <w:r>
        <w:rPr>
          <w:b/>
          <w:color w:val="1A2B4A"/>
          <w:sz w:val="38"/>
        </w:rPr>
        <w:t>Паж Жезлы</w:t>
      </w:r>
    </w:p>
    <w:p>
      <w:pPr>
        <w:spacing w:after="80"/>
      </w:pPr>
      <w:r>
        <w:rPr>
          <w:i/>
          <w:color w:val="8A6D2B"/>
          <w:sz w:val="26"/>
        </w:rPr>
        <w:t>Огонь: действие, страсть, энергия, воля, карьера, амбиции, вдохновение. Жезлы — это то, что ты делаешь.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Юноша с жезлом смотрит вдаль с любопытством. Новость, идея, молодой энергичный человек.</w:t>
      </w:r>
    </w:p>
    <w:p>
      <w:pPr>
        <w:spacing w:before="100" w:after="20"/>
      </w:pPr>
      <w:r>
        <w:rPr>
          <w:b/>
          <w:color w:val="1A2B4A"/>
          <w:sz w:val="26"/>
        </w:rPr>
        <w:t>В прямом положении:</w:t>
      </w:r>
    </w:p>
    <w:p>
      <w:pPr>
        <w:jc w:val="both"/>
      </w:pPr>
      <w:r>
        <w:rPr>
          <w:sz w:val="26"/>
        </w:rPr>
        <w:t>Ученик, новость, любопытство, начало изучения, молодой человек, гонец. Весть, которая меняет планы. В масти Жезлов это проявляется так: Юноша с жезлом смотрит вдаль с любопытством. Новость, идея, молодой энергичный человек. Карта говорит: энергия масти сейчас активна, не подавляй ее. Если ты в прямом положении — действуй, чувствуй, думай или строй — в зависимости от масти. Это не случайный шанс, а закономерный этап. Ты уже прошел предыдущие ступени, и теперь тебе открывается следующая.</w:t>
      </w:r>
    </w:p>
    <w:p>
      <w:pPr>
        <w:spacing w:before="100" w:after="20"/>
      </w:pPr>
      <w:r>
        <w:rPr>
          <w:b/>
          <w:color w:val="1A2B4A"/>
          <w:sz w:val="26"/>
        </w:rPr>
        <w:t>В перевернутом положении:</w:t>
      </w:r>
    </w:p>
    <w:p>
      <w:pPr>
        <w:jc w:val="both"/>
      </w:pPr>
      <w:r>
        <w:rPr>
          <w:sz w:val="26"/>
        </w:rPr>
        <w:t>Незрелость, плохие новости, инфантильность, сплетни. В перевернутом положении карта Паж Жезлы говорит о том, что энергия масти заблокирована или искажена. Ты либо боишься проявить ее, либо перегибаешь. Посмотри честно: где ты сдаешь, а где — перегибаешь? Перевернутая карта — не приговор, а подсказка: здесь нужно починить, замедлиться или, наоборот, решиться.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Флирт, новость, легкость.</w:t>
      </w:r>
    </w:p>
    <w:p>
      <w:pPr>
        <w:pStyle w:val="ListBullet"/>
        <w:spacing w:after="20"/>
        <w:ind w:left="340"/>
      </w:pPr>
      <w:r>
        <w:rPr>
          <w:b/>
          <w:sz w:val="26"/>
        </w:rPr>
        <w:t xml:space="preserve">Работа: </w:t>
      </w:r>
      <w:r>
        <w:rPr>
          <w:sz w:val="26"/>
        </w:rPr>
        <w:t>Новая идея, стажер, начало.</w:t>
      </w:r>
    </w:p>
    <w:p>
      <w:pPr>
        <w:pStyle w:val="ListBullet"/>
        <w:spacing w:after="20"/>
        <w:ind w:left="340"/>
      </w:pPr>
      <w:r>
        <w:rPr>
          <w:b/>
          <w:sz w:val="26"/>
        </w:rPr>
        <w:t xml:space="preserve">Деньги: </w:t>
      </w:r>
      <w:r>
        <w:rPr>
          <w:sz w:val="26"/>
        </w:rPr>
        <w:t>Новость о деньгах.</w:t>
      </w:r>
    </w:p>
    <w:p>
      <w:pPr>
        <w:pStyle w:val="ListBullet"/>
        <w:spacing w:after="20"/>
        <w:ind w:left="340"/>
      </w:pPr>
      <w:r>
        <w:rPr>
          <w:b/>
          <w:sz w:val="26"/>
        </w:rPr>
        <w:t xml:space="preserve">Здоровье: </w:t>
      </w:r>
      <w:r>
        <w:rPr>
          <w:sz w:val="26"/>
        </w:rPr>
        <w:t>Энергия, молодость.</w:t>
      </w:r>
    </w:p>
    <w:p>
      <w:pPr>
        <w:pStyle w:val="ListBullet"/>
        <w:spacing w:after="20"/>
        <w:ind w:left="340"/>
      </w:pPr>
      <w:r>
        <w:rPr>
          <w:b/>
          <w:sz w:val="26"/>
        </w:rPr>
        <w:t xml:space="preserve">Духовное: </w:t>
      </w:r>
      <w:r>
        <w:rPr>
          <w:sz w:val="26"/>
        </w:rPr>
        <w:t>Любопытство как путь.</w:t>
      </w:r>
    </w:p>
    <w:p>
      <w:pPr>
        <w:spacing w:before="100" w:after="20"/>
      </w:pPr>
      <w:r>
        <w:rPr>
          <w:b/>
          <w:color w:val="1A2B4A"/>
          <w:sz w:val="26"/>
        </w:rPr>
        <w:t>Совет карты:</w:t>
      </w:r>
    </w:p>
    <w:p>
      <w:pPr>
        <w:jc w:val="both"/>
      </w:pPr>
      <w:r>
        <w:rPr>
          <w:sz w:val="26"/>
        </w:rPr>
        <w:t>Действуй. Не жди идеального момента — создай его. Для карты Паж Жезлы это значит: Ученик, новость, любопытство, начало изучения, молодой человек, гонец. Весть, которая меняет планы. Не жди, пока станет идеально — начни с того, что есть. Один маленький шаг в энергии этой карты уже меняет все. Прямая: Ученик, новость, любопытство, начало изучения, молодой человек, гонец. Весть, которая меняет планы. Перевернутая: Незрелость, плохие новости, инфантильность, сплетни.</w:t>
      </w:r>
    </w:p>
    <w:p>
      <w:pPr>
        <w:spacing w:before="160"/>
        <w:jc w:val="center"/>
      </w:pPr>
      <w:r>
        <w:rPr>
          <w:color w:val="C9B87A"/>
          <w:sz w:val="26"/>
        </w:rPr>
        <w:t>✦  ✦  ✦</w:t>
      </w:r>
    </w:p>
    <w:p>
      <w:r>
        <w:br w:type="page"/>
      </w:r>
    </w:p>
    <w:p>
      <w:pPr>
        <w:jc w:val="right"/>
      </w:pPr>
      <w:r>
        <w:rPr>
          <w:b/>
          <w:color w:val="999999"/>
          <w:sz w:val="19"/>
        </w:rPr>
        <w:t>ТАРО • 78 КАРТ  •  34 / 78</w:t>
      </w:r>
    </w:p>
    <w:p>
      <w:pPr>
        <w:spacing w:after="40"/>
      </w:pPr>
      <w:r>
        <w:rPr>
          <w:b/>
          <w:color w:val="1A2B4A"/>
          <w:sz w:val="38"/>
        </w:rPr>
        <w:t>Рыцарь Жезлы</w:t>
      </w:r>
    </w:p>
    <w:p>
      <w:pPr>
        <w:spacing w:after="80"/>
      </w:pPr>
      <w:r>
        <w:rPr>
          <w:i/>
          <w:color w:val="8A6D2B"/>
          <w:sz w:val="26"/>
        </w:rPr>
        <w:t>Огонь: действие, страсть, энергия, воля, карьера, амбиции, вдохновение. Жезлы — это то, что ты делаешь.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Рыцарь мчится на коне, жезл поднят. Страсть, рывок, авантюра, огонь.</w:t>
      </w:r>
    </w:p>
    <w:p>
      <w:pPr>
        <w:spacing w:before="100" w:after="20"/>
      </w:pPr>
      <w:r>
        <w:rPr>
          <w:b/>
          <w:color w:val="1A2B4A"/>
          <w:sz w:val="26"/>
        </w:rPr>
        <w:t>В прямом положении:</w:t>
      </w:r>
    </w:p>
    <w:p>
      <w:pPr>
        <w:jc w:val="both"/>
      </w:pPr>
      <w:r>
        <w:rPr>
          <w:sz w:val="26"/>
        </w:rPr>
        <w:t>Действие, движение, страсть, воин, защитник, рывок. Энергия, которая не сидит на месте. В масти Жезлов это проявляется так: Рыцарь мчится на коне, жезл поднят. Страсть, рывок, авантюра, огонь. Карта говорит: энергия масти сейчас активна, не подавляй ее. Если ты в прямом положении — действуй, чувствуй, думай или строй — в зависимости от масти. Это не случайный шанс, а закономерный этап. Ты уже прошел предыдущие ступени, и теперь тебе открывается следующая.</w:t>
      </w:r>
    </w:p>
    <w:p>
      <w:pPr>
        <w:spacing w:before="100" w:after="20"/>
      </w:pPr>
      <w:r>
        <w:rPr>
          <w:b/>
          <w:color w:val="1A2B4A"/>
          <w:sz w:val="26"/>
        </w:rPr>
        <w:t>В перевернутом положении:</w:t>
      </w:r>
    </w:p>
    <w:p>
      <w:pPr>
        <w:jc w:val="both"/>
      </w:pPr>
      <w:r>
        <w:rPr>
          <w:sz w:val="26"/>
        </w:rPr>
        <w:t>Импульсивность, агрессия, бегство, крайности, рыцарь без цели. В перевернутом положении карта Рыцарь Жезлы говорит о том, что энергия масти заблокирована или искажена. Ты либо боишься проявить ее, либо перегибаешь. Посмотри честно: где ты сдаешь, а где — перегибаешь? Перевернутая карта — не приговор, а подсказка: здесь нужно починить, замедлиться или, наоборот, решиться.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Страстный роман, рывок, авантюра.</w:t>
      </w:r>
    </w:p>
    <w:p>
      <w:pPr>
        <w:pStyle w:val="ListBullet"/>
        <w:spacing w:after="20"/>
        <w:ind w:left="340"/>
      </w:pPr>
      <w:r>
        <w:rPr>
          <w:b/>
          <w:sz w:val="26"/>
        </w:rPr>
        <w:t xml:space="preserve">Работа: </w:t>
      </w:r>
      <w:r>
        <w:rPr>
          <w:sz w:val="26"/>
        </w:rPr>
        <w:t>Рывок, смелость, командировка.</w:t>
      </w:r>
    </w:p>
    <w:p>
      <w:pPr>
        <w:pStyle w:val="ListBullet"/>
        <w:spacing w:after="20"/>
        <w:ind w:left="340"/>
      </w:pPr>
      <w:r>
        <w:rPr>
          <w:b/>
          <w:sz w:val="26"/>
        </w:rPr>
        <w:t xml:space="preserve">Деньги: </w:t>
      </w:r>
      <w:r>
        <w:rPr>
          <w:sz w:val="26"/>
        </w:rPr>
        <w:t>Риск, быстрые деньги, но осторожно.</w:t>
      </w:r>
    </w:p>
    <w:p>
      <w:pPr>
        <w:pStyle w:val="ListBullet"/>
        <w:spacing w:after="20"/>
        <w:ind w:left="340"/>
      </w:pPr>
      <w:r>
        <w:rPr>
          <w:b/>
          <w:sz w:val="26"/>
        </w:rPr>
        <w:t xml:space="preserve">Здоровье: </w:t>
      </w:r>
      <w:r>
        <w:rPr>
          <w:sz w:val="26"/>
        </w:rPr>
        <w:t>Активность, спорт, адреналин.</w:t>
      </w:r>
    </w:p>
    <w:p>
      <w:pPr>
        <w:pStyle w:val="ListBullet"/>
        <w:spacing w:after="20"/>
        <w:ind w:left="340"/>
      </w:pPr>
      <w:r>
        <w:rPr>
          <w:b/>
          <w:sz w:val="26"/>
        </w:rPr>
        <w:t xml:space="preserve">Духовное: </w:t>
      </w:r>
      <w:r>
        <w:rPr>
          <w:sz w:val="26"/>
        </w:rPr>
        <w:t>Страсть как топливо.</w:t>
      </w:r>
    </w:p>
    <w:p>
      <w:pPr>
        <w:spacing w:before="100" w:after="20"/>
      </w:pPr>
      <w:r>
        <w:rPr>
          <w:b/>
          <w:color w:val="1A2B4A"/>
          <w:sz w:val="26"/>
        </w:rPr>
        <w:t>Совет карты:</w:t>
      </w:r>
    </w:p>
    <w:p>
      <w:pPr>
        <w:jc w:val="both"/>
      </w:pPr>
      <w:r>
        <w:rPr>
          <w:sz w:val="26"/>
        </w:rPr>
        <w:t>Действуй. Не жди идеального момента — создай его. Для карты Рыцарь Жезлы это значит: Действие, движение, страсть, воин, защитник, рывок. Энергия, которая не сидит на месте. Не жди, пока станет идеально — начни с того, что есть. Один маленький шаг в энергии этой карты уже меняет все. Прямая: Действие, движение, страсть, воин, защитник, рывок. Энергия, которая не сидит на месте. Перевернутая: Импульсивность, агрессия, бегство, крайности, рыцарь без цели.</w:t>
      </w:r>
    </w:p>
    <w:p>
      <w:pPr>
        <w:spacing w:before="160"/>
        <w:jc w:val="center"/>
      </w:pPr>
      <w:r>
        <w:rPr>
          <w:color w:val="C9B87A"/>
          <w:sz w:val="26"/>
        </w:rPr>
        <w:t>✦  ✦  ✦</w:t>
      </w:r>
    </w:p>
    <w:p>
      <w:r>
        <w:br w:type="page"/>
      </w:r>
    </w:p>
    <w:p>
      <w:pPr>
        <w:jc w:val="right"/>
      </w:pPr>
      <w:r>
        <w:rPr>
          <w:b/>
          <w:color w:val="999999"/>
          <w:sz w:val="19"/>
        </w:rPr>
        <w:t>ТАРО • 78 КАРТ  •  35 / 78</w:t>
      </w:r>
    </w:p>
    <w:p>
      <w:pPr>
        <w:spacing w:after="40"/>
      </w:pPr>
      <w:r>
        <w:rPr>
          <w:b/>
          <w:color w:val="1A2B4A"/>
          <w:sz w:val="38"/>
        </w:rPr>
        <w:t>Королева Жезлы</w:t>
      </w:r>
    </w:p>
    <w:p>
      <w:pPr>
        <w:spacing w:after="80"/>
      </w:pPr>
      <w:r>
        <w:rPr>
          <w:i/>
          <w:color w:val="8A6D2B"/>
          <w:sz w:val="26"/>
        </w:rPr>
        <w:t>Огонь: действие, страсть, энергия, воля, карьера, амбиции, вдохновение. Жезлы — это то, что ты делаешь.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Королева с кошкой у ног и подсолнухом в руке. Харизма, тепло, уверенность, магнетизм.</w:t>
      </w:r>
    </w:p>
    <w:p>
      <w:pPr>
        <w:spacing w:before="100" w:after="20"/>
      </w:pPr>
      <w:r>
        <w:rPr>
          <w:b/>
          <w:color w:val="1A2B4A"/>
          <w:sz w:val="26"/>
        </w:rPr>
        <w:t>В прямом положении:</w:t>
      </w:r>
    </w:p>
    <w:p>
      <w:pPr>
        <w:jc w:val="both"/>
      </w:pPr>
      <w:r>
        <w:rPr>
          <w:sz w:val="26"/>
        </w:rPr>
        <w:t>Зрелая женская энергия, забота, мудрость, внутренняя сила, хозяйка своей масти. В масти Жезлов это проявляется так: Королева с кошкой у ног и подсолнухом в руке. Харизма, тепло, уверенность, магнетизм. Карта говорит: энергия масти сейчас активна, не подавляй ее. Если ты в прямом положении — действуй, чувствуй, думай или строй — в зависимости от масти. Это не случайный шанс, а закономерный этап. Ты уже прошел предыдущие ступени, и теперь тебе открывается следующая.</w:t>
      </w:r>
    </w:p>
    <w:p>
      <w:pPr>
        <w:spacing w:before="100" w:after="20"/>
      </w:pPr>
      <w:r>
        <w:rPr>
          <w:b/>
          <w:color w:val="1A2B4A"/>
          <w:sz w:val="26"/>
        </w:rPr>
        <w:t>В перевернутом положении:</w:t>
      </w:r>
    </w:p>
    <w:p>
      <w:pPr>
        <w:jc w:val="both"/>
      </w:pPr>
      <w:r>
        <w:rPr>
          <w:sz w:val="26"/>
        </w:rPr>
        <w:t>Холодность, контроль, манипуляция, эмоциональность, которая душит. В перевернутом положении карта Королева Жезлы говорит о том, что энергия масти заблокирована или искажена. Ты либо боишься проявить ее, либо перегибаешь. Посмотри честно: где ты сдаешь, а где — перегибаешь? Перевернутая карта — не приговор, а подсказка: здесь нужно починить, замедлиться или, наоборот, решиться.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Страстная, теплая женщина, харизма.</w:t>
      </w:r>
    </w:p>
    <w:p>
      <w:pPr>
        <w:pStyle w:val="ListBullet"/>
        <w:spacing w:after="20"/>
        <w:ind w:left="340"/>
      </w:pPr>
      <w:r>
        <w:rPr>
          <w:b/>
          <w:sz w:val="26"/>
        </w:rPr>
        <w:t xml:space="preserve">Работа: </w:t>
      </w:r>
      <w:r>
        <w:rPr>
          <w:sz w:val="26"/>
        </w:rPr>
        <w:t>Лидер, вдохновитель, харизматичный руководитель.</w:t>
      </w:r>
    </w:p>
    <w:p>
      <w:pPr>
        <w:pStyle w:val="ListBullet"/>
        <w:spacing w:after="20"/>
        <w:ind w:left="340"/>
      </w:pPr>
      <w:r>
        <w:rPr>
          <w:b/>
          <w:sz w:val="26"/>
        </w:rPr>
        <w:t xml:space="preserve">Деньги: </w:t>
      </w:r>
      <w:r>
        <w:rPr>
          <w:sz w:val="26"/>
        </w:rPr>
        <w:t>Щедрость, умение зарабатывать через людей.</w:t>
      </w:r>
    </w:p>
    <w:p>
      <w:pPr>
        <w:pStyle w:val="ListBullet"/>
        <w:spacing w:after="20"/>
        <w:ind w:left="340"/>
      </w:pPr>
      <w:r>
        <w:rPr>
          <w:b/>
          <w:sz w:val="26"/>
        </w:rPr>
        <w:t xml:space="preserve">Здоровье: </w:t>
      </w:r>
      <w:r>
        <w:rPr>
          <w:sz w:val="26"/>
        </w:rPr>
        <w:t>Энергия, тепло, сексуальность.</w:t>
      </w:r>
    </w:p>
    <w:p>
      <w:pPr>
        <w:pStyle w:val="ListBullet"/>
        <w:spacing w:after="20"/>
        <w:ind w:left="340"/>
      </w:pPr>
      <w:r>
        <w:rPr>
          <w:b/>
          <w:sz w:val="26"/>
        </w:rPr>
        <w:t xml:space="preserve">Духовное: </w:t>
      </w:r>
      <w:r>
        <w:rPr>
          <w:sz w:val="26"/>
        </w:rPr>
        <w:t>Магнетизм.</w:t>
      </w:r>
    </w:p>
    <w:p>
      <w:pPr>
        <w:spacing w:before="100" w:after="20"/>
      </w:pPr>
      <w:r>
        <w:rPr>
          <w:b/>
          <w:color w:val="1A2B4A"/>
          <w:sz w:val="26"/>
        </w:rPr>
        <w:t>Совет карты:</w:t>
      </w:r>
    </w:p>
    <w:p>
      <w:pPr>
        <w:jc w:val="both"/>
      </w:pPr>
      <w:r>
        <w:rPr>
          <w:sz w:val="26"/>
        </w:rPr>
        <w:t>Действуй. Не жди идеального момента — создай его. Для карты Королева Жезлы это значит: Зрелая женская энергия, забота, мудрость, внутренняя сила, хозяйка своей масти. Не жди, пока станет идеально — начни с того, что есть. Один маленький шаг в энергии этой карты уже меняет все. Прямая: Зрелая женская энергия, забота, мудрость, внутренняя сила, хозяйка своей масти. Перевернутая: Холодность, контроль, манипуляция, эмоциональность, которая душит.</w:t>
      </w:r>
    </w:p>
    <w:p>
      <w:pPr>
        <w:spacing w:before="160"/>
        <w:jc w:val="center"/>
      </w:pPr>
      <w:r>
        <w:rPr>
          <w:color w:val="C9B87A"/>
          <w:sz w:val="26"/>
        </w:rPr>
        <w:t>✦  ✦  ✦</w:t>
      </w:r>
    </w:p>
    <w:p>
      <w:r>
        <w:br w:type="page"/>
      </w:r>
    </w:p>
    <w:p>
      <w:pPr>
        <w:jc w:val="right"/>
      </w:pPr>
      <w:r>
        <w:rPr>
          <w:b/>
          <w:color w:val="999999"/>
          <w:sz w:val="19"/>
        </w:rPr>
        <w:t>ТАРО • 78 КАРТ  •  36 / 78</w:t>
      </w:r>
    </w:p>
    <w:p>
      <w:pPr>
        <w:spacing w:after="40"/>
      </w:pPr>
      <w:r>
        <w:rPr>
          <w:b/>
          <w:color w:val="1A2B4A"/>
          <w:sz w:val="38"/>
        </w:rPr>
        <w:t>Король Жезлы</w:t>
      </w:r>
    </w:p>
    <w:p>
      <w:pPr>
        <w:spacing w:after="80"/>
      </w:pPr>
      <w:r>
        <w:rPr>
          <w:i/>
          <w:color w:val="8A6D2B"/>
          <w:sz w:val="26"/>
        </w:rPr>
        <w:t>Огонь: действие, страсть, энергия, воля, карьера, амбиции, вдохновение. Жезлы — это то, что ты делаешь.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Король на троне с львом, жезл в руке, огонь вокруг. Лидер, видение, власть.</w:t>
      </w:r>
    </w:p>
    <w:p>
      <w:pPr>
        <w:spacing w:before="100" w:after="20"/>
      </w:pPr>
      <w:r>
        <w:rPr>
          <w:b/>
          <w:color w:val="1A2B4A"/>
          <w:sz w:val="26"/>
        </w:rPr>
        <w:t>В прямом положении:</w:t>
      </w:r>
    </w:p>
    <w:p>
      <w:pPr>
        <w:jc w:val="both"/>
      </w:pPr>
      <w:r>
        <w:rPr>
          <w:sz w:val="26"/>
        </w:rPr>
        <w:t>Зрелая мужская энергия, власть, контроль, мастерство, лидер, хозяин своей масти. В масти Жезлов это проявляется так: Король на троне с львом, жезл в руке, огонь вокруг. Лидер, видение, власть. Карта говорит: энергия масти сейчас активна, не подавляй ее. Если ты в прямом положении — действуй, чувствуй, думай или строй — в зависимости от масти. Это не случайный шанс, а закономерный этап. Ты уже прошел предыдущие ступени, и теперь тебе открывается следующая.</w:t>
      </w:r>
    </w:p>
    <w:p>
      <w:pPr>
        <w:spacing w:before="100" w:after="20"/>
      </w:pPr>
      <w:r>
        <w:rPr>
          <w:b/>
          <w:color w:val="1A2B4A"/>
          <w:sz w:val="26"/>
        </w:rPr>
        <w:t>В перевернутом положении:</w:t>
      </w:r>
    </w:p>
    <w:p>
      <w:pPr>
        <w:jc w:val="both"/>
      </w:pPr>
      <w:r>
        <w:rPr>
          <w:sz w:val="26"/>
        </w:rPr>
        <w:t>Тиран или слабак, злоупотребление властью, безответственность. В перевернутом положении карта Король Жезлы говорит о том, что энергия масти заблокирована или искажена. Ты либо боишься проявить ее, либо перегибаешь. Посмотри честно: где ты сдаешь, а где — перегибаешь? Перевернутая карта — не приговор, а подсказка: здесь нужно починить, замедлиться или, наоборот, решиться.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Надежный, страстный партнер, лидер.</w:t>
      </w:r>
    </w:p>
    <w:p>
      <w:pPr>
        <w:pStyle w:val="ListBullet"/>
        <w:spacing w:after="20"/>
        <w:ind w:left="340"/>
      </w:pPr>
      <w:r>
        <w:rPr>
          <w:b/>
          <w:sz w:val="26"/>
        </w:rPr>
        <w:t xml:space="preserve">Работа: </w:t>
      </w:r>
      <w:r>
        <w:rPr>
          <w:sz w:val="26"/>
        </w:rPr>
        <w:t>Лидер, предприниматель, визионер.</w:t>
      </w:r>
    </w:p>
    <w:p>
      <w:pPr>
        <w:pStyle w:val="ListBullet"/>
        <w:spacing w:after="20"/>
        <w:ind w:left="340"/>
      </w:pPr>
      <w:r>
        <w:rPr>
          <w:b/>
          <w:sz w:val="26"/>
        </w:rPr>
        <w:t xml:space="preserve">Деньги: </w:t>
      </w:r>
      <w:r>
        <w:rPr>
          <w:sz w:val="26"/>
        </w:rPr>
        <w:t>Власть над деньгами, масштаб.</w:t>
      </w:r>
    </w:p>
    <w:p>
      <w:pPr>
        <w:pStyle w:val="ListBullet"/>
        <w:spacing w:after="20"/>
        <w:ind w:left="340"/>
      </w:pPr>
      <w:r>
        <w:rPr>
          <w:b/>
          <w:sz w:val="26"/>
        </w:rPr>
        <w:t xml:space="preserve">Здоровье: </w:t>
      </w:r>
      <w:r>
        <w:rPr>
          <w:sz w:val="26"/>
        </w:rPr>
        <w:t>Сила, выносливость.</w:t>
      </w:r>
    </w:p>
    <w:p>
      <w:pPr>
        <w:pStyle w:val="ListBullet"/>
        <w:spacing w:after="20"/>
        <w:ind w:left="340"/>
      </w:pPr>
      <w:r>
        <w:rPr>
          <w:b/>
          <w:sz w:val="26"/>
        </w:rPr>
        <w:t xml:space="preserve">Духовное: </w:t>
      </w:r>
      <w:r>
        <w:rPr>
          <w:sz w:val="26"/>
        </w:rPr>
        <w:t>Лидерство как служение.</w:t>
      </w:r>
    </w:p>
    <w:p>
      <w:pPr>
        <w:spacing w:before="100" w:after="20"/>
      </w:pPr>
      <w:r>
        <w:rPr>
          <w:b/>
          <w:color w:val="1A2B4A"/>
          <w:sz w:val="26"/>
        </w:rPr>
        <w:t>Совет карты:</w:t>
      </w:r>
    </w:p>
    <w:p>
      <w:pPr>
        <w:jc w:val="both"/>
      </w:pPr>
      <w:r>
        <w:rPr>
          <w:sz w:val="26"/>
        </w:rPr>
        <w:t>Действуй. Не жди идеального момента — создай его. Для карты Король Жезлы это значит: Зрелая мужская энергия, власть, контроль, мастерство, лидер, хозяин своей масти. Не жди, пока станет идеально — начни с того, что есть. Один маленький шаг в энергии этой карты уже меняет все. Прямая: Зрелая мужская энергия, власть, контроль, мастерство, лидер, хозяин своей масти. Перевернутая: Тиран или слабак, злоупотребление властью, безответственность.</w:t>
      </w:r>
    </w:p>
    <w:p>
      <w:pPr>
        <w:spacing w:before="160"/>
        <w:jc w:val="center"/>
      </w:pPr>
      <w:r>
        <w:rPr>
          <w:color w:val="C9B87A"/>
          <w:sz w:val="26"/>
        </w:rPr>
        <w:t>✦  ✦  ✦</w:t>
      </w:r>
    </w:p>
    <w:p>
      <w:r>
        <w:br w:type="page"/>
      </w:r>
    </w:p>
    <w:p>
      <w:pPr>
        <w:jc w:val="right"/>
      </w:pPr>
      <w:r>
        <w:rPr>
          <w:b/>
          <w:color w:val="999999"/>
          <w:sz w:val="19"/>
        </w:rPr>
        <w:t>ТАРО • 78 КАРТ  •  37 / 78</w:t>
      </w:r>
    </w:p>
    <w:p>
      <w:pPr>
        <w:spacing w:after="40"/>
      </w:pPr>
      <w:r>
        <w:rPr>
          <w:b/>
          <w:color w:val="1A2B4A"/>
          <w:sz w:val="38"/>
        </w:rPr>
        <w:t>Туз Кубки</w:t>
      </w:r>
    </w:p>
    <w:p>
      <w:pPr>
        <w:spacing w:after="80"/>
      </w:pPr>
      <w:r>
        <w:rPr>
          <w:i/>
          <w:color w:val="8A6D2B"/>
          <w:sz w:val="26"/>
        </w:rPr>
        <w:t>Вода: чувства, любовь, эмоции, интуиция, семья, творчество, душа. Кубки — это то, что ты чувствуешь.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Рука из облака держит чашу, из которой льется вода, голубь летит вниз. Переполненное сердце.</w:t>
      </w:r>
    </w:p>
    <w:p>
      <w:pPr>
        <w:spacing w:before="100" w:after="20"/>
      </w:pPr>
      <w:r>
        <w:rPr>
          <w:b/>
          <w:color w:val="1A2B4A"/>
          <w:sz w:val="26"/>
        </w:rPr>
        <w:t>В прямом положении:</w:t>
      </w:r>
    </w:p>
    <w:p>
      <w:pPr>
        <w:jc w:val="both"/>
      </w:pPr>
      <w:r>
        <w:rPr>
          <w:sz w:val="26"/>
        </w:rPr>
        <w:t>Начало, шанс, дар, чистая энергия масти, семя, из которого вырастет все. Это подарок Вселенной — бери. В масти Кубков это проявляется так: Рука из облака держит чашу, из которой льется вода, голубь летит вниз. Переполненное сердце. Карта говорит: энергия масти сейчас активна, не подавляй ее. Если ты в прямом положении — действуй, чувствуй, думай или строй — в зависимости от масти. Это не случайный шанс, а закономерный этап. Ты уже прошел предыдущие ступени, и теперь тебе открывается следующая.</w:t>
      </w:r>
    </w:p>
    <w:p>
      <w:pPr>
        <w:spacing w:before="100" w:after="20"/>
      </w:pPr>
      <w:r>
        <w:rPr>
          <w:b/>
          <w:color w:val="1A2B4A"/>
          <w:sz w:val="26"/>
        </w:rPr>
        <w:t>В перевернутом положении:</w:t>
      </w:r>
    </w:p>
    <w:p>
      <w:pPr>
        <w:jc w:val="both"/>
      </w:pPr>
      <w:r>
        <w:rPr>
          <w:sz w:val="26"/>
        </w:rPr>
        <w:t>Упущенный шанс, блокировка, страх начать, семя, которое не посадили. В перевернутом положении карта Туз Кубки говорит о том, что энергия масти заблокирована или искажена. Ты либо боишься проявить ее, либо перегибаешь. Посмотри честно: где ты сдаешь, а где — перегибаешь? Перевернутая карта — не приговор, а подсказка: здесь нужно починить, замедлиться или, наоборот, решиться.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Любовь: чувства, эмоции, отношения. Карта Туз Кубков в любви говорит о начало, шанс, дар, чистая энергия масти, семя, из которого вырастет все. это подарок вселенной — бери.</w:t>
      </w:r>
    </w:p>
    <w:p>
      <w:pPr>
        <w:pStyle w:val="ListBullet"/>
        <w:spacing w:after="20"/>
        <w:ind w:left="340"/>
      </w:pPr>
      <w:r>
        <w:rPr>
          <w:b/>
          <w:sz w:val="26"/>
        </w:rPr>
        <w:t xml:space="preserve">Работа: </w:t>
      </w:r>
      <w:r>
        <w:rPr>
          <w:sz w:val="26"/>
        </w:rPr>
        <w:t xml:space="preserve">Работа: работа через чувства, творчество, людей. </w:t>
      </w:r>
    </w:p>
    <w:p>
      <w:pPr>
        <w:pStyle w:val="ListBullet"/>
        <w:spacing w:after="20"/>
        <w:ind w:left="340"/>
      </w:pPr>
      <w:r>
        <w:rPr>
          <w:b/>
          <w:sz w:val="26"/>
        </w:rPr>
        <w:t xml:space="preserve">Деньги: </w:t>
      </w:r>
      <w:r>
        <w:rPr>
          <w:sz w:val="26"/>
        </w:rPr>
        <w:t xml:space="preserve">Деньги: деньги через людей и эмоции. </w:t>
      </w:r>
    </w:p>
    <w:p>
      <w:pPr>
        <w:pStyle w:val="ListBullet"/>
        <w:spacing w:after="20"/>
        <w:ind w:left="340"/>
      </w:pPr>
      <w:r>
        <w:rPr>
          <w:b/>
          <w:sz w:val="26"/>
        </w:rPr>
        <w:t xml:space="preserve">Здоровье: </w:t>
      </w:r>
      <w:r>
        <w:rPr>
          <w:sz w:val="26"/>
        </w:rPr>
        <w:t xml:space="preserve">Здоровье: эмоциональное здоровье, чувствительность. </w:t>
      </w:r>
    </w:p>
    <w:p>
      <w:pPr>
        <w:pStyle w:val="ListBullet"/>
        <w:spacing w:after="20"/>
        <w:ind w:left="340"/>
      </w:pPr>
      <w:r>
        <w:rPr>
          <w:b/>
          <w:sz w:val="26"/>
        </w:rPr>
        <w:t xml:space="preserve">Духовное: </w:t>
      </w:r>
      <w:r>
        <w:rPr>
          <w:sz w:val="26"/>
        </w:rPr>
        <w:t>Духовное: сердце как компас.</w:t>
      </w:r>
    </w:p>
    <w:p>
      <w:pPr>
        <w:spacing w:before="100" w:after="20"/>
      </w:pPr>
      <w:r>
        <w:rPr>
          <w:b/>
          <w:color w:val="1A2B4A"/>
          <w:sz w:val="26"/>
        </w:rPr>
        <w:t>Совет карты:</w:t>
      </w:r>
    </w:p>
    <w:p>
      <w:pPr>
        <w:jc w:val="both"/>
      </w:pPr>
      <w:r>
        <w:rPr>
          <w:sz w:val="26"/>
        </w:rPr>
        <w:t>Слушай сердце. Позволь себе чувствовать. Для карты Туз Кубки это значит: Начало, шанс, дар, чистая энергия масти, семя, из которого вырастет все. Это подарок Вселенной — бери. Не жди, пока станет идеально — начни с того, что есть. Один маленький шаг в энергии этой карты уже меняет все. Прямая: Начало, шанс, дар, чистая энергия масти, семя, из которого вырастет все. Это подарок Вселенной — бери. Перевернутая: Упущенный шанс, блокировка, страх начать, семя, которое не посадили.</w:t>
      </w:r>
    </w:p>
    <w:p>
      <w:pPr>
        <w:spacing w:before="160"/>
        <w:jc w:val="center"/>
      </w:pPr>
      <w:r>
        <w:rPr>
          <w:color w:val="C9B87A"/>
          <w:sz w:val="26"/>
        </w:rPr>
        <w:t>✦  ✦  ✦</w:t>
      </w:r>
    </w:p>
    <w:p>
      <w:r>
        <w:br w:type="page"/>
      </w:r>
    </w:p>
    <w:p>
      <w:pPr>
        <w:jc w:val="right"/>
      </w:pPr>
      <w:r>
        <w:rPr>
          <w:b/>
          <w:color w:val="999999"/>
          <w:sz w:val="19"/>
        </w:rPr>
        <w:t>ТАРО • 78 КАРТ  •  38 / 78</w:t>
      </w:r>
    </w:p>
    <w:p>
      <w:pPr>
        <w:spacing w:after="40"/>
      </w:pPr>
      <w:r>
        <w:rPr>
          <w:b/>
          <w:color w:val="1A2B4A"/>
          <w:sz w:val="38"/>
        </w:rPr>
        <w:t>Двойка Кубки</w:t>
      </w:r>
    </w:p>
    <w:p>
      <w:pPr>
        <w:spacing w:after="80"/>
      </w:pPr>
      <w:r>
        <w:rPr>
          <w:i/>
          <w:color w:val="8A6D2B"/>
          <w:sz w:val="26"/>
        </w:rPr>
        <w:t>Вода: чувства, любовь, эмоции, интуиция, семья, творчество, душа. Кубки — это то, что ты чувствуешь.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Мужчина и женщина обмениваются кубками, над ними — кадуцей. Взаимность, союз.</w:t>
      </w:r>
    </w:p>
    <w:p>
      <w:pPr>
        <w:spacing w:before="100" w:after="20"/>
      </w:pPr>
      <w:r>
        <w:rPr>
          <w:b/>
          <w:color w:val="1A2B4A"/>
          <w:sz w:val="26"/>
        </w:rPr>
        <w:t>В прямом положении:</w:t>
      </w:r>
    </w:p>
    <w:p>
      <w:pPr>
        <w:jc w:val="both"/>
      </w:pPr>
      <w:r>
        <w:rPr>
          <w:sz w:val="26"/>
        </w:rPr>
        <w:t>Выбор, планирование, баланс двух сил, перекресток, мир в руках. Ты стоишь на пороге и решаешь — остаться или идти дальше. В масти Кубков это проявляется так: Мужчина и женщина обмениваются кубками, над ними — кадуцей. Взаимность, союз. Карта говорит: энергия масти сейчас активна, не подавляй ее. Если ты в прямом положении — действуй, чувствуй, думай или строй — в зависимости от масти. Это не случайный шанс, а закономерный этап. Ты уже прошел предыдущие ступени, и теперь тебе открывается следующая.</w:t>
      </w:r>
    </w:p>
    <w:p>
      <w:pPr>
        <w:spacing w:before="100" w:after="20"/>
      </w:pPr>
      <w:r>
        <w:rPr>
          <w:b/>
          <w:color w:val="1A2B4A"/>
          <w:sz w:val="26"/>
        </w:rPr>
        <w:t>В перевернутом положении:</w:t>
      </w:r>
    </w:p>
    <w:p>
      <w:pPr>
        <w:jc w:val="both"/>
      </w:pPr>
      <w:r>
        <w:rPr>
          <w:sz w:val="26"/>
        </w:rPr>
        <w:t>Нерешительность, страх выбора, дисбаланс, топтание на перекрестке. В перевернутом положении карта Двойка Кубки говорит о том, что энергия масти заблокирована или искажена. Ты либо боишься проявить ее, либо перегибаешь. Посмотри честно: где ты сдаешь, а где — перегибаешь? Перевернутая карта — не приговор, а подсказка: здесь нужно починить, замедлиться или, наоборот, решиться.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Любовь: чувства, эмоции, отношения. Карта Двойка Кубков в любви говорит о выбор, планирование, баланс двух сил, перекресток, мир в руках. ты стоишь на пороге и решаешь — остаться или идти дальше.</w:t>
      </w:r>
    </w:p>
    <w:p>
      <w:pPr>
        <w:pStyle w:val="ListBullet"/>
        <w:spacing w:after="20"/>
        <w:ind w:left="340"/>
      </w:pPr>
      <w:r>
        <w:rPr>
          <w:b/>
          <w:sz w:val="26"/>
        </w:rPr>
        <w:t xml:space="preserve">Работа: </w:t>
      </w:r>
      <w:r>
        <w:rPr>
          <w:sz w:val="26"/>
        </w:rPr>
        <w:t xml:space="preserve">Работа: работа через чувства, творчество, людей. </w:t>
      </w:r>
    </w:p>
    <w:p>
      <w:pPr>
        <w:pStyle w:val="ListBullet"/>
        <w:spacing w:after="20"/>
        <w:ind w:left="340"/>
      </w:pPr>
      <w:r>
        <w:rPr>
          <w:b/>
          <w:sz w:val="26"/>
        </w:rPr>
        <w:t xml:space="preserve">Деньги: </w:t>
      </w:r>
      <w:r>
        <w:rPr>
          <w:sz w:val="26"/>
        </w:rPr>
        <w:t xml:space="preserve">Деньги: деньги через людей и эмоции. </w:t>
      </w:r>
    </w:p>
    <w:p>
      <w:pPr>
        <w:pStyle w:val="ListBullet"/>
        <w:spacing w:after="20"/>
        <w:ind w:left="340"/>
      </w:pPr>
      <w:r>
        <w:rPr>
          <w:b/>
          <w:sz w:val="26"/>
        </w:rPr>
        <w:t xml:space="preserve">Здоровье: </w:t>
      </w:r>
      <w:r>
        <w:rPr>
          <w:sz w:val="26"/>
        </w:rPr>
        <w:t xml:space="preserve">Здоровье: эмоциональное здоровье, чувствительность. </w:t>
      </w:r>
    </w:p>
    <w:p>
      <w:pPr>
        <w:pStyle w:val="ListBullet"/>
        <w:spacing w:after="20"/>
        <w:ind w:left="340"/>
      </w:pPr>
      <w:r>
        <w:rPr>
          <w:b/>
          <w:sz w:val="26"/>
        </w:rPr>
        <w:t xml:space="preserve">Духовное: </w:t>
      </w:r>
      <w:r>
        <w:rPr>
          <w:sz w:val="26"/>
        </w:rPr>
        <w:t>Духовное: сердце как компас.</w:t>
      </w:r>
    </w:p>
    <w:p>
      <w:pPr>
        <w:spacing w:before="100" w:after="20"/>
      </w:pPr>
      <w:r>
        <w:rPr>
          <w:b/>
          <w:color w:val="1A2B4A"/>
          <w:sz w:val="26"/>
        </w:rPr>
        <w:t>Совет карты:</w:t>
      </w:r>
    </w:p>
    <w:p>
      <w:pPr>
        <w:jc w:val="both"/>
      </w:pPr>
      <w:r>
        <w:rPr>
          <w:sz w:val="26"/>
        </w:rPr>
        <w:t>Слушай сердце. Позволь себе чувствовать. Для карты Двойка Кубки это значит: Выбор, планирование, баланс двух сил, перекресток, мир в руках. Ты стоишь на пороге и решаешь — остаться или идти дальше. Не жди, пока станет идеально — начни с того, что есть. Один маленький шаг в энергии этой карты уже меняет все. Прямая: Выбор, планирование, баланс двух сил, перекресток, мир в руках. Ты стоишь на пороге и решаешь — остаться или идти дальше. Перевернутая: Нерешительность, страх выбора, дисбаланс, топтание на перекрестке.</w:t>
      </w:r>
    </w:p>
    <w:p>
      <w:pPr>
        <w:spacing w:before="160"/>
        <w:jc w:val="center"/>
      </w:pPr>
      <w:r>
        <w:rPr>
          <w:color w:val="C9B87A"/>
          <w:sz w:val="26"/>
        </w:rPr>
        <w:t>✦  ✦  ✦</w:t>
      </w:r>
    </w:p>
    <w:p>
      <w:r>
        <w:br w:type="page"/>
      </w:r>
    </w:p>
    <w:p>
      <w:pPr>
        <w:jc w:val="right"/>
      </w:pPr>
      <w:r>
        <w:rPr>
          <w:b/>
          <w:color w:val="999999"/>
          <w:sz w:val="19"/>
        </w:rPr>
        <w:t>ТАРО • 78 КАРТ  •  39 / 78</w:t>
      </w:r>
    </w:p>
    <w:p>
      <w:pPr>
        <w:spacing w:after="40"/>
      </w:pPr>
      <w:r>
        <w:rPr>
          <w:b/>
          <w:color w:val="1A2B4A"/>
          <w:sz w:val="38"/>
        </w:rPr>
        <w:t>Тройка Кубки</w:t>
      </w:r>
    </w:p>
    <w:p>
      <w:pPr>
        <w:spacing w:after="80"/>
      </w:pPr>
      <w:r>
        <w:rPr>
          <w:i/>
          <w:color w:val="8A6D2B"/>
          <w:sz w:val="26"/>
        </w:rPr>
        <w:t>Вода: чувства, любовь, эмоции, интуиция, семья, творчество, душа. Кубки — это то, что ты чувствуешь.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Три женщины танцуют с кубками, праздник, дружба. Радость, поддержка, сестринство.</w:t>
      </w:r>
    </w:p>
    <w:p>
      <w:pPr>
        <w:spacing w:before="100" w:after="20"/>
      </w:pPr>
      <w:r>
        <w:rPr>
          <w:b/>
          <w:color w:val="1A2B4A"/>
          <w:sz w:val="26"/>
        </w:rPr>
        <w:t>В прямом положении:</w:t>
      </w:r>
    </w:p>
    <w:p>
      <w:pPr>
        <w:jc w:val="both"/>
      </w:pPr>
      <w:r>
        <w:rPr>
          <w:sz w:val="26"/>
        </w:rPr>
        <w:t>Рост, сотрудничество, первые плоды, радость, команда. То, что ты начал, начинает давать результат. Празднуй первые всходы. В масти Кубков это проявляется так: Три женщины танцуют с кубками, праздник, дружба. Радость, поддержка, сестринство. Карта говорит: энергия масти сейчас активна, не подавляй ее. Если ты в прямом положении — действуй, чувствуй, думай или строй — в зависимости от масти. Это не случайный шанс, а закономерный этап. Ты уже прошел предыдущие ступени, и теперь тебе открывается следующая.</w:t>
      </w:r>
    </w:p>
    <w:p>
      <w:pPr>
        <w:spacing w:before="100" w:after="20"/>
      </w:pPr>
      <w:r>
        <w:rPr>
          <w:b/>
          <w:color w:val="1A2B4A"/>
          <w:sz w:val="26"/>
        </w:rPr>
        <w:t>В перевернутом положении:</w:t>
      </w:r>
    </w:p>
    <w:p>
      <w:pPr>
        <w:jc w:val="both"/>
      </w:pPr>
      <w:r>
        <w:rPr>
          <w:sz w:val="26"/>
        </w:rPr>
        <w:t>Задержка роста, конфликты в команде, разочарование, праздник, который не случился. В перевернутом положении карта Тройка Кубки говорит о том, что энергия масти заблокирована или искажена. Ты либо боишься проявить ее, либо перегибаешь. Посмотри честно: где ты сдаешь, а где — перегибаешь? Перевернутая карта — не приговор, а подсказка: здесь нужно починить, замедлиться или, наоборот, решиться.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Любовь: чувства, эмоции, отношения. Карта Тройка Кубков в любви говорит о рост, сотрудничество, первые плоды, радость, команда. то, что ты начал, начинает давать результат. празднуй первые всходы.</w:t>
      </w:r>
    </w:p>
    <w:p>
      <w:pPr>
        <w:pStyle w:val="ListBullet"/>
        <w:spacing w:after="20"/>
        <w:ind w:left="340"/>
      </w:pPr>
      <w:r>
        <w:rPr>
          <w:b/>
          <w:sz w:val="26"/>
        </w:rPr>
        <w:t xml:space="preserve">Работа: </w:t>
      </w:r>
      <w:r>
        <w:rPr>
          <w:sz w:val="26"/>
        </w:rPr>
        <w:t xml:space="preserve">Работа: работа через чувства, творчество, людей. </w:t>
      </w:r>
    </w:p>
    <w:p>
      <w:pPr>
        <w:pStyle w:val="ListBullet"/>
        <w:spacing w:after="20"/>
        <w:ind w:left="340"/>
      </w:pPr>
      <w:r>
        <w:rPr>
          <w:b/>
          <w:sz w:val="26"/>
        </w:rPr>
        <w:t xml:space="preserve">Деньги: </w:t>
      </w:r>
      <w:r>
        <w:rPr>
          <w:sz w:val="26"/>
        </w:rPr>
        <w:t xml:space="preserve">Деньги: деньги через людей и эмоции. </w:t>
      </w:r>
    </w:p>
    <w:p>
      <w:pPr>
        <w:pStyle w:val="ListBullet"/>
        <w:spacing w:after="20"/>
        <w:ind w:left="340"/>
      </w:pPr>
      <w:r>
        <w:rPr>
          <w:b/>
          <w:sz w:val="26"/>
        </w:rPr>
        <w:t xml:space="preserve">Здоровье: </w:t>
      </w:r>
      <w:r>
        <w:rPr>
          <w:sz w:val="26"/>
        </w:rPr>
        <w:t xml:space="preserve">Здоровье: эмоциональное здоровье, чувствительность. </w:t>
      </w:r>
    </w:p>
    <w:p>
      <w:pPr>
        <w:pStyle w:val="ListBullet"/>
        <w:spacing w:after="20"/>
        <w:ind w:left="340"/>
      </w:pPr>
      <w:r>
        <w:rPr>
          <w:b/>
          <w:sz w:val="26"/>
        </w:rPr>
        <w:t xml:space="preserve">Духовное: </w:t>
      </w:r>
      <w:r>
        <w:rPr>
          <w:sz w:val="26"/>
        </w:rPr>
        <w:t>Духовное: сердце как компас.</w:t>
      </w:r>
    </w:p>
    <w:p>
      <w:pPr>
        <w:spacing w:before="100" w:after="20"/>
      </w:pPr>
      <w:r>
        <w:rPr>
          <w:b/>
          <w:color w:val="1A2B4A"/>
          <w:sz w:val="26"/>
        </w:rPr>
        <w:t>Совет карты:</w:t>
      </w:r>
    </w:p>
    <w:p>
      <w:pPr>
        <w:jc w:val="both"/>
      </w:pPr>
      <w:r>
        <w:rPr>
          <w:sz w:val="26"/>
        </w:rPr>
        <w:t>Слушай сердце. Позволь себе чувствовать. Для карты Тройка Кубки это значит: Рост, сотрудничество, первые плоды, радость, команда. То, что ты начал, начинает давать результат. Празднуй первые всходы. Не жди, пока станет идеально — начни с того, что есть. Один маленький шаг в энергии этой карты уже меняет все. Прямая: Рост, сотрудничество, первые плоды, радость, команда. То, что ты начал, начинает давать результат. Празднуй первые всходы. Перевернутая: Задержка роста, конфликты в команде, разочарование, праздник, который не случился.</w:t>
      </w:r>
    </w:p>
    <w:p>
      <w:pPr>
        <w:spacing w:before="160"/>
        <w:jc w:val="center"/>
      </w:pPr>
      <w:r>
        <w:rPr>
          <w:color w:val="C9B87A"/>
          <w:sz w:val="26"/>
        </w:rPr>
        <w:t>✦  ✦  ✦</w:t>
      </w:r>
    </w:p>
    <w:p>
      <w:r>
        <w:br w:type="page"/>
      </w:r>
    </w:p>
    <w:p>
      <w:pPr>
        <w:jc w:val="right"/>
      </w:pPr>
      <w:r>
        <w:rPr>
          <w:b/>
          <w:color w:val="999999"/>
          <w:sz w:val="19"/>
        </w:rPr>
        <w:t>ТАРО • 78 КАРТ  •  40 / 78</w:t>
      </w:r>
    </w:p>
    <w:p>
      <w:pPr>
        <w:spacing w:after="40"/>
      </w:pPr>
      <w:r>
        <w:rPr>
          <w:b/>
          <w:color w:val="1A2B4A"/>
          <w:sz w:val="38"/>
        </w:rPr>
        <w:t>Четверка Кубки</w:t>
      </w:r>
    </w:p>
    <w:p>
      <w:pPr>
        <w:spacing w:after="80"/>
      </w:pPr>
      <w:r>
        <w:rPr>
          <w:i/>
          <w:color w:val="8A6D2B"/>
          <w:sz w:val="26"/>
        </w:rPr>
        <w:t>Вода: чувства, любовь, эмоции, интуиция, семья, творчество, душа. Кубки — это то, что ты чувствуешь.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Человек сидит под деревом, отвернувшись, перед ним три кубка, а четвертый протягивает рука из облака. Апатия.</w:t>
      </w:r>
    </w:p>
    <w:p>
      <w:pPr>
        <w:spacing w:before="100" w:after="20"/>
      </w:pPr>
      <w:r>
        <w:rPr>
          <w:b/>
          <w:color w:val="1A2B4A"/>
          <w:sz w:val="26"/>
        </w:rPr>
        <w:t>В прямом положении:</w:t>
      </w:r>
    </w:p>
    <w:p>
      <w:pPr>
        <w:jc w:val="both"/>
      </w:pPr>
      <w:r>
        <w:rPr>
          <w:sz w:val="26"/>
        </w:rPr>
        <w:t>Стабильность, пауза, отдых, фундамент, структура, дом. Время остановиться и укрепить то, что есть. В масти Кубков это проявляется так: Человек сидит под деревом, отвернувшись, перед ним три кубка, а четвертый протягивает рука из облака. Апатия. Карта говорит: энергия масти сейчас активна, не подавляй ее. Если ты в прямом положении — действуй, чувствуй, думай или строй — в зависимости от масти. Это не случайный шанс, а закономерный этап. Ты уже прошел предыдущие ступени, и теперь тебе открывается следующая.</w:t>
      </w:r>
    </w:p>
    <w:p>
      <w:pPr>
        <w:spacing w:before="100" w:after="20"/>
      </w:pPr>
      <w:r>
        <w:rPr>
          <w:b/>
          <w:color w:val="1A2B4A"/>
          <w:sz w:val="26"/>
        </w:rPr>
        <w:t>В перевернутом положении:</w:t>
      </w:r>
    </w:p>
    <w:p>
      <w:pPr>
        <w:jc w:val="both"/>
      </w:pPr>
      <w:r>
        <w:rPr>
          <w:sz w:val="26"/>
        </w:rPr>
        <w:t>Застой, скука, страх выйти из стабильности, тюрьма из комфорта. В перевернутом положении карта Четверка Кубки говорит о том, что энергия масти заблокирована или искажена. Ты либо боишься проявить ее, либо перегибаешь. Посмотри честно: где ты сдаешь, а где — перегибаешь? Перевернутая карта — не приговор, а подсказка: здесь нужно починить, замедлиться или, наоборот, решиться.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Любовь: чувства, эмоции, отношения. Карта Четверка Кубков в любви говорит о стабильность, пауза, отдых, фундамент, структура, дом. время остановиться и укрепить то, что есть.</w:t>
      </w:r>
    </w:p>
    <w:p>
      <w:pPr>
        <w:pStyle w:val="ListBullet"/>
        <w:spacing w:after="20"/>
        <w:ind w:left="340"/>
      </w:pPr>
      <w:r>
        <w:rPr>
          <w:b/>
          <w:sz w:val="26"/>
        </w:rPr>
        <w:t xml:space="preserve">Работа: </w:t>
      </w:r>
      <w:r>
        <w:rPr>
          <w:sz w:val="26"/>
        </w:rPr>
        <w:t xml:space="preserve">Работа: работа через чувства, творчество, людей. </w:t>
      </w:r>
    </w:p>
    <w:p>
      <w:pPr>
        <w:pStyle w:val="ListBullet"/>
        <w:spacing w:after="20"/>
        <w:ind w:left="340"/>
      </w:pPr>
      <w:r>
        <w:rPr>
          <w:b/>
          <w:sz w:val="26"/>
        </w:rPr>
        <w:t xml:space="preserve">Деньги: </w:t>
      </w:r>
      <w:r>
        <w:rPr>
          <w:sz w:val="26"/>
        </w:rPr>
        <w:t xml:space="preserve">Деньги: деньги через людей и эмоции. </w:t>
      </w:r>
    </w:p>
    <w:p>
      <w:pPr>
        <w:pStyle w:val="ListBullet"/>
        <w:spacing w:after="20"/>
        <w:ind w:left="340"/>
      </w:pPr>
      <w:r>
        <w:rPr>
          <w:b/>
          <w:sz w:val="26"/>
        </w:rPr>
        <w:t xml:space="preserve">Здоровье: </w:t>
      </w:r>
      <w:r>
        <w:rPr>
          <w:sz w:val="26"/>
        </w:rPr>
        <w:t xml:space="preserve">Здоровье: эмоциональное здоровье, чувствительность. </w:t>
      </w:r>
    </w:p>
    <w:p>
      <w:pPr>
        <w:pStyle w:val="ListBullet"/>
        <w:spacing w:after="20"/>
        <w:ind w:left="340"/>
      </w:pPr>
      <w:r>
        <w:rPr>
          <w:b/>
          <w:sz w:val="26"/>
        </w:rPr>
        <w:t xml:space="preserve">Духовное: </w:t>
      </w:r>
      <w:r>
        <w:rPr>
          <w:sz w:val="26"/>
        </w:rPr>
        <w:t>Духовное: сердце как компас.</w:t>
      </w:r>
    </w:p>
    <w:p>
      <w:pPr>
        <w:spacing w:before="100" w:after="20"/>
      </w:pPr>
      <w:r>
        <w:rPr>
          <w:b/>
          <w:color w:val="1A2B4A"/>
          <w:sz w:val="26"/>
        </w:rPr>
        <w:t>Совет карты:</w:t>
      </w:r>
    </w:p>
    <w:p>
      <w:pPr>
        <w:jc w:val="both"/>
      </w:pPr>
      <w:r>
        <w:rPr>
          <w:sz w:val="26"/>
        </w:rPr>
        <w:t>Слушай сердце. Позволь себе чувствовать. Для карты Четверка Кубки это значит: Стабильность, пауза, отдых, фундамент, структура, дом. Время остановиться и укрепить то, что есть. Не жди, пока станет идеально — начни с того, что есть. Один маленький шаг в энергии этой карты уже меняет все. Прямая: Стабильность, пауза, отдых, фундамент, структура, дом. Время остановиться и укрепить то, что есть. Перевернутая: Застой, скука, страх выйти из стабильности, тюрьма из комфорта.</w:t>
      </w:r>
    </w:p>
    <w:p>
      <w:pPr>
        <w:spacing w:before="160"/>
        <w:jc w:val="center"/>
      </w:pPr>
      <w:r>
        <w:rPr>
          <w:color w:val="C9B87A"/>
          <w:sz w:val="26"/>
        </w:rPr>
        <w:t>✦  ✦  ✦</w:t>
      </w:r>
    </w:p>
    <w:p>
      <w:r>
        <w:br w:type="page"/>
      </w:r>
    </w:p>
    <w:p>
      <w:pPr>
        <w:jc w:val="right"/>
      </w:pPr>
      <w:r>
        <w:rPr>
          <w:b/>
          <w:color w:val="999999"/>
          <w:sz w:val="19"/>
        </w:rPr>
        <w:t>ТАРО • 78 КАРТ  •  41 / 78</w:t>
      </w:r>
    </w:p>
    <w:p>
      <w:pPr>
        <w:spacing w:after="40"/>
      </w:pPr>
      <w:r>
        <w:rPr>
          <w:b/>
          <w:color w:val="1A2B4A"/>
          <w:sz w:val="38"/>
        </w:rPr>
        <w:t>Пятерка Кубки</w:t>
      </w:r>
    </w:p>
    <w:p>
      <w:pPr>
        <w:spacing w:after="80"/>
      </w:pPr>
      <w:r>
        <w:rPr>
          <w:i/>
          <w:color w:val="8A6D2B"/>
          <w:sz w:val="26"/>
        </w:rPr>
        <w:t>Вода: чувства, любовь, эмоции, интуиция, семья, творчество, душа. Кубки — это то, что ты чувствуешь.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Человек в черном плаще смотрит на три опрокинутых кубка, не видя два полных за спиной. Потеря, горе.</w:t>
      </w:r>
    </w:p>
    <w:p>
      <w:pPr>
        <w:spacing w:before="100" w:after="20"/>
      </w:pPr>
      <w:r>
        <w:rPr>
          <w:b/>
          <w:color w:val="1A2B4A"/>
          <w:sz w:val="26"/>
        </w:rPr>
        <w:t>В прямом положении:</w:t>
      </w:r>
    </w:p>
    <w:p>
      <w:pPr>
        <w:jc w:val="both"/>
      </w:pPr>
      <w:r>
        <w:rPr>
          <w:sz w:val="26"/>
        </w:rPr>
        <w:t>Конфликт, кризис, борьба, потери, испытание. Точка, где проверяется, насколько ты крепок. Неприятно, но это рост. В масти Кубков это проявляется так: Человек в черном плаще смотрит на три опрокинутых кубка, не видя два полных за спиной. Потеря, горе. Карта говорит: энергия масти сейчас активна, не подавляй ее. Если ты в прямом положении — действуй, чувствуй, думай или строй — в зависимости от масти. Это не случайный шанс, а закономерный этап. Ты уже прошел предыдущие ступени, и теперь тебе открывается следующая.</w:t>
      </w:r>
    </w:p>
    <w:p>
      <w:pPr>
        <w:spacing w:before="100" w:after="20"/>
      </w:pPr>
      <w:r>
        <w:rPr>
          <w:b/>
          <w:color w:val="1A2B4A"/>
          <w:sz w:val="26"/>
        </w:rPr>
        <w:t>В перевернутом положении:</w:t>
      </w:r>
    </w:p>
    <w:p>
      <w:pPr>
        <w:jc w:val="both"/>
      </w:pPr>
      <w:r>
        <w:rPr>
          <w:sz w:val="26"/>
        </w:rPr>
        <w:t>Выход из кризиса, примирение, конец борьбы — или еще глубже в конфликт, если не остановиться. В перевернутом положении карта Пятерка Кубки говорит о том, что энергия масти заблокирована или искажена. Ты либо боишься проявить ее, либо перегибаешь. Посмотри честно: где ты сдаешь, а где — перегибаешь? Перевернутая карта — не приговор, а подсказка: здесь нужно починить, замедлиться или, наоборот, решиться.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Любовь: чувства, эмоции, отношения. Карта Пятерка Кубков в любви говорит о конфликт, кризис, борьба, потери, испытание. точка, где проверяется, насколько ты крепок. неприятно, но это рост.</w:t>
      </w:r>
    </w:p>
    <w:p>
      <w:pPr>
        <w:pStyle w:val="ListBullet"/>
        <w:spacing w:after="20"/>
        <w:ind w:left="340"/>
      </w:pPr>
      <w:r>
        <w:rPr>
          <w:b/>
          <w:sz w:val="26"/>
        </w:rPr>
        <w:t xml:space="preserve">Работа: </w:t>
      </w:r>
      <w:r>
        <w:rPr>
          <w:sz w:val="26"/>
        </w:rPr>
        <w:t xml:space="preserve">Работа: работа через чувства, творчество, людей. </w:t>
      </w:r>
    </w:p>
    <w:p>
      <w:pPr>
        <w:pStyle w:val="ListBullet"/>
        <w:spacing w:after="20"/>
        <w:ind w:left="340"/>
      </w:pPr>
      <w:r>
        <w:rPr>
          <w:b/>
          <w:sz w:val="26"/>
        </w:rPr>
        <w:t xml:space="preserve">Деньги: </w:t>
      </w:r>
      <w:r>
        <w:rPr>
          <w:sz w:val="26"/>
        </w:rPr>
        <w:t xml:space="preserve">Деньги: деньги через людей и эмоции. </w:t>
      </w:r>
    </w:p>
    <w:p>
      <w:pPr>
        <w:pStyle w:val="ListBullet"/>
        <w:spacing w:after="20"/>
        <w:ind w:left="340"/>
      </w:pPr>
      <w:r>
        <w:rPr>
          <w:b/>
          <w:sz w:val="26"/>
        </w:rPr>
        <w:t xml:space="preserve">Здоровье: </w:t>
      </w:r>
      <w:r>
        <w:rPr>
          <w:sz w:val="26"/>
        </w:rPr>
        <w:t xml:space="preserve">Здоровье: эмоциональное здоровье, чувствительность. </w:t>
      </w:r>
    </w:p>
    <w:p>
      <w:pPr>
        <w:pStyle w:val="ListBullet"/>
        <w:spacing w:after="20"/>
        <w:ind w:left="340"/>
      </w:pPr>
      <w:r>
        <w:rPr>
          <w:b/>
          <w:sz w:val="26"/>
        </w:rPr>
        <w:t xml:space="preserve">Духовное: </w:t>
      </w:r>
      <w:r>
        <w:rPr>
          <w:sz w:val="26"/>
        </w:rPr>
        <w:t>Духовное: сердце как компас.</w:t>
      </w:r>
    </w:p>
    <w:p>
      <w:pPr>
        <w:spacing w:before="100" w:after="20"/>
      </w:pPr>
      <w:r>
        <w:rPr>
          <w:b/>
          <w:color w:val="1A2B4A"/>
          <w:sz w:val="26"/>
        </w:rPr>
        <w:t>Совет карты:</w:t>
      </w:r>
    </w:p>
    <w:p>
      <w:pPr>
        <w:jc w:val="both"/>
      </w:pPr>
      <w:r>
        <w:rPr>
          <w:sz w:val="26"/>
        </w:rPr>
        <w:t>Слушай сердце. Позволь себе чувствовать. Для карты Пятерка Кубки это значит: Конфликт, кризис, борьба, потери, испытание. Точка, где проверяется, насколько ты крепок. Неприятно, но это рост. Не жди, пока станет идеально — начни с того, что есть. Один маленький шаг в энергии этой карты уже меняет все. Прямая: Конфликт, кризис, борьба, потери, испытание. Точка, где проверяется, насколько ты крепок. Неприятно, но это рост. Перевернутая: Выход из кризиса, примирение, конец борьбы — или еще глубже в конфликт, если не остановиться.</w:t>
      </w:r>
    </w:p>
    <w:p>
      <w:pPr>
        <w:spacing w:before="160"/>
        <w:jc w:val="center"/>
      </w:pPr>
      <w:r>
        <w:rPr>
          <w:color w:val="C9B87A"/>
          <w:sz w:val="26"/>
        </w:rPr>
        <w:t>✦  ✦  ✦</w:t>
      </w:r>
    </w:p>
    <w:p>
      <w:r>
        <w:br w:type="page"/>
      </w:r>
    </w:p>
    <w:p>
      <w:pPr>
        <w:jc w:val="right"/>
      </w:pPr>
      <w:r>
        <w:rPr>
          <w:b/>
          <w:color w:val="999999"/>
          <w:sz w:val="19"/>
        </w:rPr>
        <w:t>ТАРО • 78 КАРТ  •  42 / 78</w:t>
      </w:r>
    </w:p>
    <w:p>
      <w:pPr>
        <w:spacing w:after="40"/>
      </w:pPr>
      <w:r>
        <w:rPr>
          <w:b/>
          <w:color w:val="1A2B4A"/>
          <w:sz w:val="38"/>
        </w:rPr>
        <w:t>Шестерка Кубки</w:t>
      </w:r>
    </w:p>
    <w:p>
      <w:pPr>
        <w:spacing w:after="80"/>
      </w:pPr>
      <w:r>
        <w:rPr>
          <w:i/>
          <w:color w:val="8A6D2B"/>
          <w:sz w:val="26"/>
        </w:rPr>
        <w:t>Вода: чувства, любовь, эмоции, интуиция, семья, творчество, душа. Кубки — это то, что ты чувствуешь.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Дети обмениваются кубками с цветами, старый дом, сад. Прошлое, ностальгия, доброта.</w:t>
      </w:r>
    </w:p>
    <w:p>
      <w:pPr>
        <w:spacing w:before="100" w:after="20"/>
      </w:pPr>
      <w:r>
        <w:rPr>
          <w:b/>
          <w:color w:val="1A2B4A"/>
          <w:sz w:val="26"/>
        </w:rPr>
        <w:t>В прямом положении:</w:t>
      </w:r>
    </w:p>
    <w:p>
      <w:pPr>
        <w:jc w:val="both"/>
      </w:pPr>
      <w:r>
        <w:rPr>
          <w:sz w:val="26"/>
        </w:rPr>
        <w:t>Гармония, помощь, прошлое, победа, движение вперед. Баланс между брать и давать, между прошлым и будущим. В масти Кубков это проявляется так: Дети обмениваются кубками с цветами, старый дом, сад. Прошлое, ностальгия, доброта. Карта говорит: энергия масти сейчас активна, не подавляй ее. Если ты в прямом положении — действуй, чувствуй, думай или строй — в зависимости от масти. Это не случайный шанс, а закономерный этап. Ты уже прошел предыдущие ступени, и теперь тебе открывается следующая.</w:t>
      </w:r>
    </w:p>
    <w:p>
      <w:pPr>
        <w:spacing w:before="100" w:after="20"/>
      </w:pPr>
      <w:r>
        <w:rPr>
          <w:b/>
          <w:color w:val="1A2B4A"/>
          <w:sz w:val="26"/>
        </w:rPr>
        <w:t>В перевернутом положении:</w:t>
      </w:r>
    </w:p>
    <w:p>
      <w:pPr>
        <w:jc w:val="both"/>
      </w:pPr>
      <w:r>
        <w:rPr>
          <w:sz w:val="26"/>
        </w:rPr>
        <w:t>Застревание в прошлом, зависимость от помощи, ностальгия, которая не отпускает. В перевернутом положении карта Шестерка Кубки говорит о том, что энергия масти заблокирована или искажена. Ты либо боишься проявить ее, либо перегибаешь. Посмотри честно: где ты сдаешь, а где — перегибаешь? Перевернутая карта — не приговор, а подсказка: здесь нужно починить, замедлиться или, наоборот, решиться.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Любовь: чувства, эмоции, отношения. Карта Шестерка Кубков в любви говорит о гармония, помощь, прошлое, победа, движение вперед. баланс между брать и давать, между прошлым и будущим.</w:t>
      </w:r>
    </w:p>
    <w:p>
      <w:pPr>
        <w:pStyle w:val="ListBullet"/>
        <w:spacing w:after="20"/>
        <w:ind w:left="340"/>
      </w:pPr>
      <w:r>
        <w:rPr>
          <w:b/>
          <w:sz w:val="26"/>
        </w:rPr>
        <w:t xml:space="preserve">Работа: </w:t>
      </w:r>
      <w:r>
        <w:rPr>
          <w:sz w:val="26"/>
        </w:rPr>
        <w:t xml:space="preserve">Работа: работа через чувства, творчество, людей. </w:t>
      </w:r>
    </w:p>
    <w:p>
      <w:pPr>
        <w:pStyle w:val="ListBullet"/>
        <w:spacing w:after="20"/>
        <w:ind w:left="340"/>
      </w:pPr>
      <w:r>
        <w:rPr>
          <w:b/>
          <w:sz w:val="26"/>
        </w:rPr>
        <w:t xml:space="preserve">Деньги: </w:t>
      </w:r>
      <w:r>
        <w:rPr>
          <w:sz w:val="26"/>
        </w:rPr>
        <w:t xml:space="preserve">Деньги: деньги через людей и эмоции. </w:t>
      </w:r>
    </w:p>
    <w:p>
      <w:pPr>
        <w:pStyle w:val="ListBullet"/>
        <w:spacing w:after="20"/>
        <w:ind w:left="340"/>
      </w:pPr>
      <w:r>
        <w:rPr>
          <w:b/>
          <w:sz w:val="26"/>
        </w:rPr>
        <w:t xml:space="preserve">Здоровье: </w:t>
      </w:r>
      <w:r>
        <w:rPr>
          <w:sz w:val="26"/>
        </w:rPr>
        <w:t xml:space="preserve">Здоровье: эмоциональное здоровье, чувствительность. </w:t>
      </w:r>
    </w:p>
    <w:p>
      <w:pPr>
        <w:pStyle w:val="ListBullet"/>
        <w:spacing w:after="20"/>
        <w:ind w:left="340"/>
      </w:pPr>
      <w:r>
        <w:rPr>
          <w:b/>
          <w:sz w:val="26"/>
        </w:rPr>
        <w:t xml:space="preserve">Духовное: </w:t>
      </w:r>
      <w:r>
        <w:rPr>
          <w:sz w:val="26"/>
        </w:rPr>
        <w:t>Духовное: сердце как компас.</w:t>
      </w:r>
    </w:p>
    <w:p>
      <w:pPr>
        <w:spacing w:before="100" w:after="20"/>
      </w:pPr>
      <w:r>
        <w:rPr>
          <w:b/>
          <w:color w:val="1A2B4A"/>
          <w:sz w:val="26"/>
        </w:rPr>
        <w:t>Совет карты:</w:t>
      </w:r>
    </w:p>
    <w:p>
      <w:pPr>
        <w:jc w:val="both"/>
      </w:pPr>
      <w:r>
        <w:rPr>
          <w:sz w:val="26"/>
        </w:rPr>
        <w:t>Слушай сердце. Позволь себе чувствовать. Для карты Шестерка Кубки это значит: Гармония, помощь, прошлое, победа, движение вперед. Баланс между брать и давать, между прошлым и будущим. Не жди, пока станет идеально — начни с того, что есть. Один маленький шаг в энергии этой карты уже меняет все. Прямая: Гармония, помощь, прошлое, победа, движение вперед. Баланс между брать и давать, между прошлым и будущим. Перевернутая: Застревание в прошлом, зависимость от помощи, ностальгия, которая не отпускает.</w:t>
      </w:r>
    </w:p>
    <w:p>
      <w:pPr>
        <w:spacing w:before="160"/>
        <w:jc w:val="center"/>
      </w:pPr>
      <w:r>
        <w:rPr>
          <w:color w:val="C9B87A"/>
          <w:sz w:val="26"/>
        </w:rPr>
        <w:t>✦  ✦  ✦</w:t>
      </w:r>
    </w:p>
    <w:p>
      <w:r>
        <w:br w:type="page"/>
      </w:r>
    </w:p>
    <w:p>
      <w:pPr>
        <w:jc w:val="right"/>
      </w:pPr>
      <w:r>
        <w:rPr>
          <w:b/>
          <w:color w:val="999999"/>
          <w:sz w:val="19"/>
        </w:rPr>
        <w:t>ТАРО • 78 КАРТ  •  43 / 78</w:t>
      </w:r>
    </w:p>
    <w:p>
      <w:pPr>
        <w:spacing w:after="40"/>
      </w:pPr>
      <w:r>
        <w:rPr>
          <w:b/>
          <w:color w:val="1A2B4A"/>
          <w:sz w:val="38"/>
        </w:rPr>
        <w:t>Семерка Кубки</w:t>
      </w:r>
    </w:p>
    <w:p>
      <w:pPr>
        <w:spacing w:after="80"/>
      </w:pPr>
      <w:r>
        <w:rPr>
          <w:i/>
          <w:color w:val="8A6D2B"/>
          <w:sz w:val="26"/>
        </w:rPr>
        <w:t>Вода: чувства, любовь, эмоции, интуиция, семья, творчество, душа. Кубки — это то, что ты чувствуешь.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Человек перед семью кубками с миражами: змея, замок, сокровища, дракон. Иллюзии, выбор.</w:t>
      </w:r>
    </w:p>
    <w:p>
      <w:pPr>
        <w:spacing w:before="100" w:after="20"/>
      </w:pPr>
      <w:r>
        <w:rPr>
          <w:b/>
          <w:color w:val="1A2B4A"/>
          <w:sz w:val="26"/>
        </w:rPr>
        <w:t>В прямом положении:</w:t>
      </w:r>
    </w:p>
    <w:p>
      <w:pPr>
        <w:jc w:val="both"/>
      </w:pPr>
      <w:r>
        <w:rPr>
          <w:sz w:val="26"/>
        </w:rPr>
        <w:t>Борьба, защита, испытание, стратегия, выдержка. Тебе придется отстаивать свое. Не сдавайся, но и не дерись вслепую. В масти Кубков это проявляется так: Человек перед семью кубками с миражами: змея, замок, сокровища, дракон. Иллюзии, выбор. Карта говорит: энергия масти сейчас активна, не подавляй ее. Если ты в прямом положении — действуй, чувствуй, думай или строй — в зависимости от масти. Это не случайный шанс, а закономерный этап. Ты уже прошел предыдущие ступени, и теперь тебе открывается следующая.</w:t>
      </w:r>
    </w:p>
    <w:p>
      <w:pPr>
        <w:spacing w:before="100" w:after="20"/>
      </w:pPr>
      <w:r>
        <w:rPr>
          <w:b/>
          <w:color w:val="1A2B4A"/>
          <w:sz w:val="26"/>
        </w:rPr>
        <w:t>В перевернутом положении:</w:t>
      </w:r>
    </w:p>
    <w:p>
      <w:pPr>
        <w:jc w:val="both"/>
      </w:pPr>
      <w:r>
        <w:rPr>
          <w:sz w:val="26"/>
        </w:rPr>
        <w:t>Сдача, страх бороться, поражение, бегство с поля боя. В перевернутом положении карта Семерка Кубки говорит о том, что энергия масти заблокирована или искажена. Ты либо боишься проявить ее, либо перегибаешь. Посмотри честно: где ты сдаешь, а где — перегибаешь? Перевернутая карта — не приговор, а подсказка: здесь нужно починить, замедлиться или, наоборот, решиться.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Любовь: чувства, эмоции, отношения. Карта Семерка Кубков в любви говорит о борьба, защита, испытание, стратегия, выдержка. тебе придется отстаивать свое. не сдавайся, но и не дерись вслепую.</w:t>
      </w:r>
    </w:p>
    <w:p>
      <w:pPr>
        <w:pStyle w:val="ListBullet"/>
        <w:spacing w:after="20"/>
        <w:ind w:left="340"/>
      </w:pPr>
      <w:r>
        <w:rPr>
          <w:b/>
          <w:sz w:val="26"/>
        </w:rPr>
        <w:t xml:space="preserve">Работа: </w:t>
      </w:r>
      <w:r>
        <w:rPr>
          <w:sz w:val="26"/>
        </w:rPr>
        <w:t xml:space="preserve">Работа: работа через чувства, творчество, людей. </w:t>
      </w:r>
    </w:p>
    <w:p>
      <w:pPr>
        <w:pStyle w:val="ListBullet"/>
        <w:spacing w:after="20"/>
        <w:ind w:left="340"/>
      </w:pPr>
      <w:r>
        <w:rPr>
          <w:b/>
          <w:sz w:val="26"/>
        </w:rPr>
        <w:t xml:space="preserve">Деньги: </w:t>
      </w:r>
      <w:r>
        <w:rPr>
          <w:sz w:val="26"/>
        </w:rPr>
        <w:t xml:space="preserve">Деньги: деньги через людей и эмоции. </w:t>
      </w:r>
    </w:p>
    <w:p>
      <w:pPr>
        <w:pStyle w:val="ListBullet"/>
        <w:spacing w:after="20"/>
        <w:ind w:left="340"/>
      </w:pPr>
      <w:r>
        <w:rPr>
          <w:b/>
          <w:sz w:val="26"/>
        </w:rPr>
        <w:t xml:space="preserve">Здоровье: </w:t>
      </w:r>
      <w:r>
        <w:rPr>
          <w:sz w:val="26"/>
        </w:rPr>
        <w:t xml:space="preserve">Здоровье: эмоциональное здоровье, чувствительность. </w:t>
      </w:r>
    </w:p>
    <w:p>
      <w:pPr>
        <w:pStyle w:val="ListBullet"/>
        <w:spacing w:after="20"/>
        <w:ind w:left="340"/>
      </w:pPr>
      <w:r>
        <w:rPr>
          <w:b/>
          <w:sz w:val="26"/>
        </w:rPr>
        <w:t xml:space="preserve">Духовное: </w:t>
      </w:r>
      <w:r>
        <w:rPr>
          <w:sz w:val="26"/>
        </w:rPr>
        <w:t>Духовное: сердце как компас.</w:t>
      </w:r>
    </w:p>
    <w:p>
      <w:pPr>
        <w:spacing w:before="100" w:after="20"/>
      </w:pPr>
      <w:r>
        <w:rPr>
          <w:b/>
          <w:color w:val="1A2B4A"/>
          <w:sz w:val="26"/>
        </w:rPr>
        <w:t>Совет карты:</w:t>
      </w:r>
    </w:p>
    <w:p>
      <w:pPr>
        <w:jc w:val="both"/>
      </w:pPr>
      <w:r>
        <w:rPr>
          <w:sz w:val="26"/>
        </w:rPr>
        <w:t>Слушай сердце. Позволь себе чувствовать. Для карты Семерка Кубки это значит: Борьба, защита, испытание, стратегия, выдержка. Тебе придется отстаивать свое. Не сдавайся, но и не дерись вслепую. Не жди, пока станет идеально — начни с того, что есть. Один маленький шаг в энергии этой карты уже меняет все. Прямая: Борьба, защита, испытание, стратегия, выдержка. Тебе придется отстаивать свое. Не сдавайся, но и не дерись вслепую. Перевернутая: Сдача, страх бороться, поражение, бегство с поля боя.</w:t>
      </w:r>
    </w:p>
    <w:p>
      <w:pPr>
        <w:spacing w:before="160"/>
        <w:jc w:val="center"/>
      </w:pPr>
      <w:r>
        <w:rPr>
          <w:color w:val="C9B87A"/>
          <w:sz w:val="26"/>
        </w:rPr>
        <w:t>✦  ✦  ✦</w:t>
      </w:r>
    </w:p>
    <w:p>
      <w:r>
        <w:br w:type="page"/>
      </w:r>
    </w:p>
    <w:p>
      <w:pPr>
        <w:jc w:val="right"/>
      </w:pPr>
      <w:r>
        <w:rPr>
          <w:b/>
          <w:color w:val="999999"/>
          <w:sz w:val="19"/>
        </w:rPr>
        <w:t>ТАРО • 78 КАРТ  •  44 / 78</w:t>
      </w:r>
    </w:p>
    <w:p>
      <w:pPr>
        <w:spacing w:after="40"/>
      </w:pPr>
      <w:r>
        <w:rPr>
          <w:b/>
          <w:color w:val="1A2B4A"/>
          <w:sz w:val="38"/>
        </w:rPr>
        <w:t>Восьмерка Кубки</w:t>
      </w:r>
    </w:p>
    <w:p>
      <w:pPr>
        <w:spacing w:after="80"/>
      </w:pPr>
      <w:r>
        <w:rPr>
          <w:i/>
          <w:color w:val="8A6D2B"/>
          <w:sz w:val="26"/>
        </w:rPr>
        <w:t>Вода: чувства, любовь, эмоции, интуиция, семья, творчество, душа. Кубки — это то, что ты чувствуешь.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Человек уходит ночью от восьми кубков к луне, к горам. Уход, поиск смысла, отказ от старого.</w:t>
      </w:r>
    </w:p>
    <w:p>
      <w:pPr>
        <w:spacing w:before="100" w:after="20"/>
      </w:pPr>
      <w:r>
        <w:rPr>
          <w:b/>
          <w:color w:val="1A2B4A"/>
          <w:sz w:val="26"/>
        </w:rPr>
        <w:t>В прямом положении:</w:t>
      </w:r>
    </w:p>
    <w:p>
      <w:pPr>
        <w:jc w:val="both"/>
      </w:pPr>
      <w:r>
        <w:rPr>
          <w:sz w:val="26"/>
        </w:rPr>
        <w:t>Движение, скорость, перемены, действие, прогресс. Все ускоряется. Не тормози — поток уже несет тебя. В масти Кубков это проявляется так: Человек уходит ночью от восьми кубков к луне, к горам. Уход, поиск смысла, отказ от старого. Карта говорит: энергия масти сейчас активна, не подавляй ее. Если ты в прямом положении — действуй, чувствуй, думай или строй — в зависимости от масти. Это не случайный шанс, а закономерный этап. Ты уже прошел предыдущие ступени, и теперь тебе открывается следующая.</w:t>
      </w:r>
    </w:p>
    <w:p>
      <w:pPr>
        <w:spacing w:before="100" w:after="20"/>
      </w:pPr>
      <w:r>
        <w:rPr>
          <w:b/>
          <w:color w:val="1A2B4A"/>
          <w:sz w:val="26"/>
        </w:rPr>
        <w:t>В перевернутом положении:</w:t>
      </w:r>
    </w:p>
    <w:p>
      <w:pPr>
        <w:jc w:val="both"/>
      </w:pPr>
      <w:r>
        <w:rPr>
          <w:sz w:val="26"/>
        </w:rPr>
        <w:t>Застой, промедление, страх движения, упущенное время. В перевернутом положении карта Восьмерка Кубки говорит о том, что энергия масти заблокирована или искажена. Ты либо боишься проявить ее, либо перегибаешь. Посмотри честно: где ты сдаешь, а где — перегибаешь? Перевернутая карта — не приговор, а подсказка: здесь нужно починить, замедлиться или, наоборот, решиться.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Любовь: чувства, эмоции, отношения. Карта Восьмерка Кубков в любви говорит о движение, скорость, перемены, действие, прогресс. все ускоряется. не тормози — поток уже несет тебя.</w:t>
      </w:r>
    </w:p>
    <w:p>
      <w:pPr>
        <w:pStyle w:val="ListBullet"/>
        <w:spacing w:after="20"/>
        <w:ind w:left="340"/>
      </w:pPr>
      <w:r>
        <w:rPr>
          <w:b/>
          <w:sz w:val="26"/>
        </w:rPr>
        <w:t xml:space="preserve">Работа: </w:t>
      </w:r>
      <w:r>
        <w:rPr>
          <w:sz w:val="26"/>
        </w:rPr>
        <w:t xml:space="preserve">Работа: работа через чувства, творчество, людей. </w:t>
      </w:r>
    </w:p>
    <w:p>
      <w:pPr>
        <w:pStyle w:val="ListBullet"/>
        <w:spacing w:after="20"/>
        <w:ind w:left="340"/>
      </w:pPr>
      <w:r>
        <w:rPr>
          <w:b/>
          <w:sz w:val="26"/>
        </w:rPr>
        <w:t xml:space="preserve">Деньги: </w:t>
      </w:r>
      <w:r>
        <w:rPr>
          <w:sz w:val="26"/>
        </w:rPr>
        <w:t xml:space="preserve">Деньги: деньги через людей и эмоции. </w:t>
      </w:r>
    </w:p>
    <w:p>
      <w:pPr>
        <w:pStyle w:val="ListBullet"/>
        <w:spacing w:after="20"/>
        <w:ind w:left="340"/>
      </w:pPr>
      <w:r>
        <w:rPr>
          <w:b/>
          <w:sz w:val="26"/>
        </w:rPr>
        <w:t xml:space="preserve">Здоровье: </w:t>
      </w:r>
      <w:r>
        <w:rPr>
          <w:sz w:val="26"/>
        </w:rPr>
        <w:t xml:space="preserve">Здоровье: эмоциональное здоровье, чувствительность. </w:t>
      </w:r>
    </w:p>
    <w:p>
      <w:pPr>
        <w:pStyle w:val="ListBullet"/>
        <w:spacing w:after="20"/>
        <w:ind w:left="340"/>
      </w:pPr>
      <w:r>
        <w:rPr>
          <w:b/>
          <w:sz w:val="26"/>
        </w:rPr>
        <w:t xml:space="preserve">Духовное: </w:t>
      </w:r>
      <w:r>
        <w:rPr>
          <w:sz w:val="26"/>
        </w:rPr>
        <w:t>Духовное: сердце как компас.</w:t>
      </w:r>
    </w:p>
    <w:p>
      <w:pPr>
        <w:spacing w:before="100" w:after="20"/>
      </w:pPr>
      <w:r>
        <w:rPr>
          <w:b/>
          <w:color w:val="1A2B4A"/>
          <w:sz w:val="26"/>
        </w:rPr>
        <w:t>Совет карты:</w:t>
      </w:r>
    </w:p>
    <w:p>
      <w:pPr>
        <w:jc w:val="both"/>
      </w:pPr>
      <w:r>
        <w:rPr>
          <w:sz w:val="26"/>
        </w:rPr>
        <w:t>Слушай сердце. Позволь себе чувствовать. Для карты Восьмерка Кубки это значит: Движение, скорость, перемены, действие, прогресс. Все ускоряется. Не тормози — поток уже несет тебя. Не жди, пока станет идеально — начни с того, что есть. Один маленький шаг в энергии этой карты уже меняет все. Прямая: Движение, скорость, перемены, действие, прогресс. Все ускоряется. Не тормози — поток уже несет тебя. Перевернутая: Застой, промедление, страх движения, упущенное время.</w:t>
      </w:r>
    </w:p>
    <w:p>
      <w:pPr>
        <w:spacing w:before="160"/>
        <w:jc w:val="center"/>
      </w:pPr>
      <w:r>
        <w:rPr>
          <w:color w:val="C9B87A"/>
          <w:sz w:val="26"/>
        </w:rPr>
        <w:t>✦  ✦  ✦</w:t>
      </w:r>
    </w:p>
    <w:p>
      <w:r>
        <w:br w:type="page"/>
      </w:r>
    </w:p>
    <w:p>
      <w:pPr>
        <w:jc w:val="right"/>
      </w:pPr>
      <w:r>
        <w:rPr>
          <w:b/>
          <w:color w:val="999999"/>
          <w:sz w:val="19"/>
        </w:rPr>
        <w:t>ТАРО • 78 КАРТ  •  45 / 78</w:t>
      </w:r>
    </w:p>
    <w:p>
      <w:pPr>
        <w:spacing w:after="40"/>
      </w:pPr>
      <w:r>
        <w:rPr>
          <w:b/>
          <w:color w:val="1A2B4A"/>
          <w:sz w:val="38"/>
        </w:rPr>
        <w:t>Девятка Кубки</w:t>
      </w:r>
    </w:p>
    <w:p>
      <w:pPr>
        <w:spacing w:after="80"/>
      </w:pPr>
      <w:r>
        <w:rPr>
          <w:i/>
          <w:color w:val="8A6D2B"/>
          <w:sz w:val="26"/>
        </w:rPr>
        <w:t>Вода: чувства, любовь, эмоции, интуиция, семья, творчество, душа. Кубки — это то, что ты чувствуешь.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Довольный человек сидит перед девятью кубками, руки скрещены, улыбка. Удовольствие, исполнение желания.</w:t>
      </w:r>
    </w:p>
    <w:p>
      <w:pPr>
        <w:spacing w:before="100" w:after="20"/>
      </w:pPr>
      <w:r>
        <w:rPr>
          <w:b/>
          <w:color w:val="1A2B4A"/>
          <w:sz w:val="26"/>
        </w:rPr>
        <w:t>В прямом положении:</w:t>
      </w:r>
    </w:p>
    <w:p>
      <w:pPr>
        <w:jc w:val="both"/>
      </w:pPr>
      <w:r>
        <w:rPr>
          <w:sz w:val="26"/>
        </w:rPr>
        <w:t>Завершение, мудрость, защита, одиночество, итоги, почти финиш. Ты близок к цели, но устал. Держись. В масти Кубков это проявляется так: Довольный человек сидит перед девятью кубками, руки скрещены, улыбка. Удовольствие, исполнение желания. Карта говорит: энергия масти сейчас активна, не подавляй ее. Если ты в прямом положении — действуй, чувствуй, думай или строй — в зависимости от масти. Это не случайный шанс, а закономерный этап. Ты уже прошел предыдущие ступени, и теперь тебе открывается следующая.</w:t>
      </w:r>
    </w:p>
    <w:p>
      <w:pPr>
        <w:spacing w:before="100" w:after="20"/>
      </w:pPr>
      <w:r>
        <w:rPr>
          <w:b/>
          <w:color w:val="1A2B4A"/>
          <w:sz w:val="26"/>
        </w:rPr>
        <w:t>В перевернутом положении:</w:t>
      </w:r>
    </w:p>
    <w:p>
      <w:pPr>
        <w:jc w:val="both"/>
      </w:pPr>
      <w:r>
        <w:rPr>
          <w:sz w:val="26"/>
        </w:rPr>
        <w:t>Тревога, страх, бессонница, истощение, защита, которая превратилась в клетку. В перевернутом положении карта Девятка Кубки говорит о том, что энергия масти заблокирована или искажена. Ты либо боишься проявить ее, либо перегибаешь. Посмотри честно: где ты сдаешь, а где — перегибаешь? Перевернутая карта — не приговор, а подсказка: здесь нужно починить, замедлиться или, наоборот, решиться.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Любовь: чувства, эмоции, отношения. Карта Девятка Кубков в любви говорит о завершение, мудрость, защита, одиночество, итоги, почти финиш. ты близок к цели, но устал. держись.</w:t>
      </w:r>
    </w:p>
    <w:p>
      <w:pPr>
        <w:pStyle w:val="ListBullet"/>
        <w:spacing w:after="20"/>
        <w:ind w:left="340"/>
      </w:pPr>
      <w:r>
        <w:rPr>
          <w:b/>
          <w:sz w:val="26"/>
        </w:rPr>
        <w:t xml:space="preserve">Работа: </w:t>
      </w:r>
      <w:r>
        <w:rPr>
          <w:sz w:val="26"/>
        </w:rPr>
        <w:t xml:space="preserve">Работа: работа через чувства, творчество, людей. </w:t>
      </w:r>
    </w:p>
    <w:p>
      <w:pPr>
        <w:pStyle w:val="ListBullet"/>
        <w:spacing w:after="20"/>
        <w:ind w:left="340"/>
      </w:pPr>
      <w:r>
        <w:rPr>
          <w:b/>
          <w:sz w:val="26"/>
        </w:rPr>
        <w:t xml:space="preserve">Деньги: </w:t>
      </w:r>
      <w:r>
        <w:rPr>
          <w:sz w:val="26"/>
        </w:rPr>
        <w:t xml:space="preserve">Деньги: деньги через людей и эмоции. </w:t>
      </w:r>
    </w:p>
    <w:p>
      <w:pPr>
        <w:pStyle w:val="ListBullet"/>
        <w:spacing w:after="20"/>
        <w:ind w:left="340"/>
      </w:pPr>
      <w:r>
        <w:rPr>
          <w:b/>
          <w:sz w:val="26"/>
        </w:rPr>
        <w:t xml:space="preserve">Здоровье: </w:t>
      </w:r>
      <w:r>
        <w:rPr>
          <w:sz w:val="26"/>
        </w:rPr>
        <w:t xml:space="preserve">Здоровье: эмоциональное здоровье, чувствительность. </w:t>
      </w:r>
    </w:p>
    <w:p>
      <w:pPr>
        <w:pStyle w:val="ListBullet"/>
        <w:spacing w:after="20"/>
        <w:ind w:left="340"/>
      </w:pPr>
      <w:r>
        <w:rPr>
          <w:b/>
          <w:sz w:val="26"/>
        </w:rPr>
        <w:t xml:space="preserve">Духовное: </w:t>
      </w:r>
      <w:r>
        <w:rPr>
          <w:sz w:val="26"/>
        </w:rPr>
        <w:t>Духовное: сердце как компас.</w:t>
      </w:r>
    </w:p>
    <w:p>
      <w:pPr>
        <w:spacing w:before="100" w:after="20"/>
      </w:pPr>
      <w:r>
        <w:rPr>
          <w:b/>
          <w:color w:val="1A2B4A"/>
          <w:sz w:val="26"/>
        </w:rPr>
        <w:t>Совет карты:</w:t>
      </w:r>
    </w:p>
    <w:p>
      <w:pPr>
        <w:jc w:val="both"/>
      </w:pPr>
      <w:r>
        <w:rPr>
          <w:sz w:val="26"/>
        </w:rPr>
        <w:t>Слушай сердце. Позволь себе чувствовать. Для карты Девятка Кубки это значит: Завершение, мудрость, защита, одиночество, итоги, почти финиш. Ты близок к цели, но устал. Держись. Не жди, пока станет идеально — начни с того, что есть. Один маленький шаг в энергии этой карты уже меняет все. Прямая: Завершение, мудрость, защита, одиночество, итоги, почти финиш. Ты близок к цели, но устал. Держись. Перевернутая: Тревога, страх, бессонница, истощение, защита, которая превратилась в клетку.</w:t>
      </w:r>
    </w:p>
    <w:p>
      <w:pPr>
        <w:spacing w:before="160"/>
        <w:jc w:val="center"/>
      </w:pPr>
      <w:r>
        <w:rPr>
          <w:color w:val="C9B87A"/>
          <w:sz w:val="26"/>
        </w:rPr>
        <w:t>✦  ✦  ✦</w:t>
      </w:r>
    </w:p>
    <w:p>
      <w:r>
        <w:br w:type="page"/>
      </w:r>
    </w:p>
    <w:p>
      <w:pPr>
        <w:jc w:val="right"/>
      </w:pPr>
      <w:r>
        <w:rPr>
          <w:b/>
          <w:color w:val="999999"/>
          <w:sz w:val="19"/>
        </w:rPr>
        <w:t>ТАРО • 78 КАРТ  •  46 / 78</w:t>
      </w:r>
    </w:p>
    <w:p>
      <w:pPr>
        <w:spacing w:after="40"/>
      </w:pPr>
      <w:r>
        <w:rPr>
          <w:b/>
          <w:color w:val="1A2B4A"/>
          <w:sz w:val="38"/>
        </w:rPr>
        <w:t>Десятка Кубки</w:t>
      </w:r>
    </w:p>
    <w:p>
      <w:pPr>
        <w:spacing w:after="80"/>
      </w:pPr>
      <w:r>
        <w:rPr>
          <w:i/>
          <w:color w:val="8A6D2B"/>
          <w:sz w:val="26"/>
        </w:rPr>
        <w:t>Вода: чувства, любовь, эмоции, интуиция, семья, творчество, душа. Кубки — это то, что ты чувствуешь.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Семья под радугой, дом, дети, собака. Счастье, семья, полнота, гармония.</w:t>
      </w:r>
    </w:p>
    <w:p>
      <w:pPr>
        <w:spacing w:before="100" w:after="20"/>
      </w:pPr>
      <w:r>
        <w:rPr>
          <w:b/>
          <w:color w:val="1A2B4A"/>
          <w:sz w:val="26"/>
        </w:rPr>
        <w:t>В прямом положении:</w:t>
      </w:r>
    </w:p>
    <w:p>
      <w:pPr>
        <w:jc w:val="both"/>
      </w:pPr>
      <w:r>
        <w:rPr>
          <w:sz w:val="26"/>
        </w:rPr>
        <w:t>Завершение цикла, перегруз, итог, переход к новому. То, что было, закончилось. Собери урожай и отпусти. В масти Кубков это проявляется так: Семья под радугой, дом, дети, собака. Счастье, семья, полнота, гармония. Карта говорит: энергия масти сейчас активна, не подавляй ее. Если ты в прямом положении — действуй, чувствуй, думай или строй — в зависимости от масти. Это не случайный шанс, а закономерный этап. Ты уже прошел предыдущие ступени, и теперь тебе открывается следующая.</w:t>
      </w:r>
    </w:p>
    <w:p>
      <w:pPr>
        <w:spacing w:before="100" w:after="20"/>
      </w:pPr>
      <w:r>
        <w:rPr>
          <w:b/>
          <w:color w:val="1A2B4A"/>
          <w:sz w:val="26"/>
        </w:rPr>
        <w:t>В перевернутом положении:</w:t>
      </w:r>
    </w:p>
    <w:p>
      <w:pPr>
        <w:jc w:val="both"/>
      </w:pPr>
      <w:r>
        <w:rPr>
          <w:sz w:val="26"/>
        </w:rPr>
        <w:t>Облегчение, сброс груза, конец тяжести — если отпустишь. Или груз, который ты тащишь дальше. В перевернутом положении карта Десятка Кубки говорит о том, что энергия масти заблокирована или искажена. Ты либо боишься проявить ее, либо перегибаешь. Посмотри честно: где ты сдаешь, а где — перегибаешь? Перевернутая карта — не приговор, а подсказка: здесь нужно починить, замедлиться или, наоборот, решиться.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Любовь: чувства, эмоции, отношения. Карта Десятка Кубков в любви говорит о завершение цикла, перегруз, итог, переход к новому. то, что было, закончилось. собери урожай и отпусти.</w:t>
      </w:r>
    </w:p>
    <w:p>
      <w:pPr>
        <w:pStyle w:val="ListBullet"/>
        <w:spacing w:after="20"/>
        <w:ind w:left="340"/>
      </w:pPr>
      <w:r>
        <w:rPr>
          <w:b/>
          <w:sz w:val="26"/>
        </w:rPr>
        <w:t xml:space="preserve">Работа: </w:t>
      </w:r>
      <w:r>
        <w:rPr>
          <w:sz w:val="26"/>
        </w:rPr>
        <w:t xml:space="preserve">Работа: работа через чувства, творчество, людей. </w:t>
      </w:r>
    </w:p>
    <w:p>
      <w:pPr>
        <w:pStyle w:val="ListBullet"/>
        <w:spacing w:after="20"/>
        <w:ind w:left="340"/>
      </w:pPr>
      <w:r>
        <w:rPr>
          <w:b/>
          <w:sz w:val="26"/>
        </w:rPr>
        <w:t xml:space="preserve">Деньги: </w:t>
      </w:r>
      <w:r>
        <w:rPr>
          <w:sz w:val="26"/>
        </w:rPr>
        <w:t xml:space="preserve">Деньги: деньги через людей и эмоции. </w:t>
      </w:r>
    </w:p>
    <w:p>
      <w:pPr>
        <w:pStyle w:val="ListBullet"/>
        <w:spacing w:after="20"/>
        <w:ind w:left="340"/>
      </w:pPr>
      <w:r>
        <w:rPr>
          <w:b/>
          <w:sz w:val="26"/>
        </w:rPr>
        <w:t xml:space="preserve">Здоровье: </w:t>
      </w:r>
      <w:r>
        <w:rPr>
          <w:sz w:val="26"/>
        </w:rPr>
        <w:t xml:space="preserve">Здоровье: эмоциональное здоровье, чувствительность. </w:t>
      </w:r>
    </w:p>
    <w:p>
      <w:pPr>
        <w:pStyle w:val="ListBullet"/>
        <w:spacing w:after="20"/>
        <w:ind w:left="340"/>
      </w:pPr>
      <w:r>
        <w:rPr>
          <w:b/>
          <w:sz w:val="26"/>
        </w:rPr>
        <w:t xml:space="preserve">Духовное: </w:t>
      </w:r>
      <w:r>
        <w:rPr>
          <w:sz w:val="26"/>
        </w:rPr>
        <w:t>Духовное: сердце как компас.</w:t>
      </w:r>
    </w:p>
    <w:p>
      <w:pPr>
        <w:spacing w:before="100" w:after="20"/>
      </w:pPr>
      <w:r>
        <w:rPr>
          <w:b/>
          <w:color w:val="1A2B4A"/>
          <w:sz w:val="26"/>
        </w:rPr>
        <w:t>Совет карты:</w:t>
      </w:r>
    </w:p>
    <w:p>
      <w:pPr>
        <w:jc w:val="both"/>
      </w:pPr>
      <w:r>
        <w:rPr>
          <w:sz w:val="26"/>
        </w:rPr>
        <w:t>Слушай сердце. Позволь себе чувствовать. Для карты Десятка Кубки это значит: Завершение цикла, перегруз, итог, переход к новому. То, что было, закончилось. Собери урожай и отпусти. Не жди, пока станет идеально — начни с того, что есть. Один маленький шаг в энергии этой карты уже меняет все. Прямая: Завершение цикла, перегруз, итог, переход к новому. То, что было, закончилось. Собери урожай и отпусти. Перевернутая: Облегчение, сброс груза, конец тяжести — если отпустишь. Или груз, который ты тащишь дальше.</w:t>
      </w:r>
    </w:p>
    <w:p>
      <w:pPr>
        <w:spacing w:before="160"/>
        <w:jc w:val="center"/>
      </w:pPr>
      <w:r>
        <w:rPr>
          <w:color w:val="C9B87A"/>
          <w:sz w:val="26"/>
        </w:rPr>
        <w:t>✦  ✦  ✦</w:t>
      </w:r>
    </w:p>
    <w:p>
      <w:r>
        <w:br w:type="page"/>
      </w:r>
    </w:p>
    <w:p>
      <w:pPr>
        <w:jc w:val="right"/>
      </w:pPr>
      <w:r>
        <w:rPr>
          <w:b/>
          <w:color w:val="999999"/>
          <w:sz w:val="19"/>
        </w:rPr>
        <w:t>ТАРО • 78 КАРТ  •  47 / 78</w:t>
      </w:r>
    </w:p>
    <w:p>
      <w:pPr>
        <w:spacing w:after="40"/>
      </w:pPr>
      <w:r>
        <w:rPr>
          <w:b/>
          <w:color w:val="1A2B4A"/>
          <w:sz w:val="38"/>
        </w:rPr>
        <w:t>Паж Кубки</w:t>
      </w:r>
    </w:p>
    <w:p>
      <w:pPr>
        <w:spacing w:after="80"/>
      </w:pPr>
      <w:r>
        <w:rPr>
          <w:i/>
          <w:color w:val="8A6D2B"/>
          <w:sz w:val="26"/>
        </w:rPr>
        <w:t>Вода: чувства, любовь, эмоции, интуиция, семья, творчество, душа. Кубки — это то, что ты чувствуешь.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Юноша с кубком, из кубка выпрыгивает рыба. Нежность, новость о любви, творчество.</w:t>
      </w:r>
    </w:p>
    <w:p>
      <w:pPr>
        <w:spacing w:before="100" w:after="20"/>
      </w:pPr>
      <w:r>
        <w:rPr>
          <w:b/>
          <w:color w:val="1A2B4A"/>
          <w:sz w:val="26"/>
        </w:rPr>
        <w:t>В прямом положении:</w:t>
      </w:r>
    </w:p>
    <w:p>
      <w:pPr>
        <w:jc w:val="both"/>
      </w:pPr>
      <w:r>
        <w:rPr>
          <w:sz w:val="26"/>
        </w:rPr>
        <w:t>Ученик, новость, любопытство, начало изучения, молодой человек, гонец. Весть, которая меняет планы. В масти Кубков это проявляется так: Юноша с кубком, из кубка выпрыгивает рыба. Нежность, новость о любви, творчество. Карта говорит: энергия масти сейчас активна, не подавляй ее. Если ты в прямом положении — действуй, чувствуй, думай или строй — в зависимости от масти. Это не случайный шанс, а закономерный этап. Ты уже прошел предыдущие ступени, и теперь тебе открывается следующая.</w:t>
      </w:r>
    </w:p>
    <w:p>
      <w:pPr>
        <w:spacing w:before="100" w:after="20"/>
      </w:pPr>
      <w:r>
        <w:rPr>
          <w:b/>
          <w:color w:val="1A2B4A"/>
          <w:sz w:val="26"/>
        </w:rPr>
        <w:t>В перевернутом положении:</w:t>
      </w:r>
    </w:p>
    <w:p>
      <w:pPr>
        <w:jc w:val="both"/>
      </w:pPr>
      <w:r>
        <w:rPr>
          <w:sz w:val="26"/>
        </w:rPr>
        <w:t>Незрелость, плохие новости, инфантильность, сплетни. В перевернутом положении карта Паж Кубки говорит о том, что энергия масти заблокирована или искажена. Ты либо боишься проявить ее, либо перегибаешь. Посмотри честно: где ты сдаешь, а где — перегибаешь? Перевернутая карта — не приговор, а подсказка: здесь нужно починить, замедлиться или, наоборот, решиться.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Любовь: чувства, эмоции, отношения. Карта Паж Кубков в любви говорит о ученик, новость, любопытство, начало изучения, молодой человек, гонец. весть, которая меняет планы.</w:t>
      </w:r>
    </w:p>
    <w:p>
      <w:pPr>
        <w:pStyle w:val="ListBullet"/>
        <w:spacing w:after="20"/>
        <w:ind w:left="340"/>
      </w:pPr>
      <w:r>
        <w:rPr>
          <w:b/>
          <w:sz w:val="26"/>
        </w:rPr>
        <w:t xml:space="preserve">Работа: </w:t>
      </w:r>
      <w:r>
        <w:rPr>
          <w:sz w:val="26"/>
        </w:rPr>
        <w:t xml:space="preserve">Работа: работа через чувства, творчество, людей. </w:t>
      </w:r>
    </w:p>
    <w:p>
      <w:pPr>
        <w:pStyle w:val="ListBullet"/>
        <w:spacing w:after="20"/>
        <w:ind w:left="340"/>
      </w:pPr>
      <w:r>
        <w:rPr>
          <w:b/>
          <w:sz w:val="26"/>
        </w:rPr>
        <w:t xml:space="preserve">Деньги: </w:t>
      </w:r>
      <w:r>
        <w:rPr>
          <w:sz w:val="26"/>
        </w:rPr>
        <w:t xml:space="preserve">Деньги: деньги через людей и эмоции. </w:t>
      </w:r>
    </w:p>
    <w:p>
      <w:pPr>
        <w:pStyle w:val="ListBullet"/>
        <w:spacing w:after="20"/>
        <w:ind w:left="340"/>
      </w:pPr>
      <w:r>
        <w:rPr>
          <w:b/>
          <w:sz w:val="26"/>
        </w:rPr>
        <w:t xml:space="preserve">Здоровье: </w:t>
      </w:r>
      <w:r>
        <w:rPr>
          <w:sz w:val="26"/>
        </w:rPr>
        <w:t xml:space="preserve">Здоровье: эмоциональное здоровье, чувствительность. </w:t>
      </w:r>
    </w:p>
    <w:p>
      <w:pPr>
        <w:pStyle w:val="ListBullet"/>
        <w:spacing w:after="20"/>
        <w:ind w:left="340"/>
      </w:pPr>
      <w:r>
        <w:rPr>
          <w:b/>
          <w:sz w:val="26"/>
        </w:rPr>
        <w:t xml:space="preserve">Духовное: </w:t>
      </w:r>
      <w:r>
        <w:rPr>
          <w:sz w:val="26"/>
        </w:rPr>
        <w:t>Духовное: сердце как компас.</w:t>
      </w:r>
    </w:p>
    <w:p>
      <w:pPr>
        <w:spacing w:before="100" w:after="20"/>
      </w:pPr>
      <w:r>
        <w:rPr>
          <w:b/>
          <w:color w:val="1A2B4A"/>
          <w:sz w:val="26"/>
        </w:rPr>
        <w:t>Совет карты:</w:t>
      </w:r>
    </w:p>
    <w:p>
      <w:pPr>
        <w:jc w:val="both"/>
      </w:pPr>
      <w:r>
        <w:rPr>
          <w:sz w:val="26"/>
        </w:rPr>
        <w:t>Слушай сердце. Позволь себе чувствовать. Для карты Паж Кубки это значит: Ученик, новость, любопытство, начало изучения, молодой человек, гонец. Весть, которая меняет планы. Не жди, пока станет идеально — начни с того, что есть. Один маленький шаг в энергии этой карты уже меняет все. Прямая: Ученик, новость, любопытство, начало изучения, молодой человек, гонец. Весть, которая меняет планы. Перевернутая: Незрелость, плохие новости, инфантильность, сплетни.</w:t>
      </w:r>
    </w:p>
    <w:p>
      <w:pPr>
        <w:spacing w:before="160"/>
        <w:jc w:val="center"/>
      </w:pPr>
      <w:r>
        <w:rPr>
          <w:color w:val="C9B87A"/>
          <w:sz w:val="26"/>
        </w:rPr>
        <w:t>✦  ✦  ✦</w:t>
      </w:r>
    </w:p>
    <w:p>
      <w:r>
        <w:br w:type="page"/>
      </w:r>
    </w:p>
    <w:p>
      <w:pPr>
        <w:jc w:val="right"/>
      </w:pPr>
      <w:r>
        <w:rPr>
          <w:b/>
          <w:color w:val="999999"/>
          <w:sz w:val="19"/>
        </w:rPr>
        <w:t>ТАРО • 78 КАРТ  •  48 / 78</w:t>
      </w:r>
    </w:p>
    <w:p>
      <w:pPr>
        <w:spacing w:after="40"/>
      </w:pPr>
      <w:r>
        <w:rPr>
          <w:b/>
          <w:color w:val="1A2B4A"/>
          <w:sz w:val="38"/>
        </w:rPr>
        <w:t>Рыцарь Кубки</w:t>
      </w:r>
    </w:p>
    <w:p>
      <w:pPr>
        <w:spacing w:after="80"/>
      </w:pPr>
      <w:r>
        <w:rPr>
          <w:i/>
          <w:color w:val="8A6D2B"/>
          <w:sz w:val="26"/>
        </w:rPr>
        <w:t>Вода: чувства, любовь, эмоции, интуиция, семья, творчество, душа. Кубки — это то, что ты чувствуешь.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Рыцарь с кубком едет медленно на белой лошади. Романтик, мечтатель, предложение.</w:t>
      </w:r>
    </w:p>
    <w:p>
      <w:pPr>
        <w:spacing w:before="100" w:after="20"/>
      </w:pPr>
      <w:r>
        <w:rPr>
          <w:b/>
          <w:color w:val="1A2B4A"/>
          <w:sz w:val="26"/>
        </w:rPr>
        <w:t>В прямом положении:</w:t>
      </w:r>
    </w:p>
    <w:p>
      <w:pPr>
        <w:jc w:val="both"/>
      </w:pPr>
      <w:r>
        <w:rPr>
          <w:sz w:val="26"/>
        </w:rPr>
        <w:t>Действие, движение, страсть, воин, защитник, рывок. Энергия, которая не сидит на месте. В масти Кубков это проявляется так: Рыцарь с кубком едет медленно на белой лошади. Романтик, мечтатель, предложение. Карта говорит: энергия масти сейчас активна, не подавляй ее. Если ты в прямом положении — действуй, чувствуй, думай или строй — в зависимости от масти. Это не случайный шанс, а закономерный этап. Ты уже прошел предыдущие ступени, и теперь тебе открывается следующая.</w:t>
      </w:r>
    </w:p>
    <w:p>
      <w:pPr>
        <w:spacing w:before="100" w:after="20"/>
      </w:pPr>
      <w:r>
        <w:rPr>
          <w:b/>
          <w:color w:val="1A2B4A"/>
          <w:sz w:val="26"/>
        </w:rPr>
        <w:t>В перевернутом положении:</w:t>
      </w:r>
    </w:p>
    <w:p>
      <w:pPr>
        <w:jc w:val="both"/>
      </w:pPr>
      <w:r>
        <w:rPr>
          <w:sz w:val="26"/>
        </w:rPr>
        <w:t>Импульсивность, агрессия, бегство, крайности, рыцарь без цели. В перевернутом положении карта Рыцарь Кубки говорит о том, что энергия масти заблокирована или искажена. Ты либо боишься проявить ее, либо перегибаешь. Посмотри честно: где ты сдаешь, а где — перегибаешь? Перевернутая карта — не приговор, а подсказка: здесь нужно починить, замедлиться или, наоборот, решиться.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Любовь: чувства, эмоции, отношения. Карта Рыцарь Кубков в любви говорит о действие, движение, страсть, воин, защитник, рывок. энергия, которая не сидит на месте.</w:t>
      </w:r>
    </w:p>
    <w:p>
      <w:pPr>
        <w:pStyle w:val="ListBullet"/>
        <w:spacing w:after="20"/>
        <w:ind w:left="340"/>
      </w:pPr>
      <w:r>
        <w:rPr>
          <w:b/>
          <w:sz w:val="26"/>
        </w:rPr>
        <w:t xml:space="preserve">Работа: </w:t>
      </w:r>
      <w:r>
        <w:rPr>
          <w:sz w:val="26"/>
        </w:rPr>
        <w:t xml:space="preserve">Работа: работа через чувства, творчество, людей. </w:t>
      </w:r>
    </w:p>
    <w:p>
      <w:pPr>
        <w:pStyle w:val="ListBullet"/>
        <w:spacing w:after="20"/>
        <w:ind w:left="340"/>
      </w:pPr>
      <w:r>
        <w:rPr>
          <w:b/>
          <w:sz w:val="26"/>
        </w:rPr>
        <w:t xml:space="preserve">Деньги: </w:t>
      </w:r>
      <w:r>
        <w:rPr>
          <w:sz w:val="26"/>
        </w:rPr>
        <w:t xml:space="preserve">Деньги: деньги через людей и эмоции. </w:t>
      </w:r>
    </w:p>
    <w:p>
      <w:pPr>
        <w:pStyle w:val="ListBullet"/>
        <w:spacing w:after="20"/>
        <w:ind w:left="340"/>
      </w:pPr>
      <w:r>
        <w:rPr>
          <w:b/>
          <w:sz w:val="26"/>
        </w:rPr>
        <w:t xml:space="preserve">Здоровье: </w:t>
      </w:r>
      <w:r>
        <w:rPr>
          <w:sz w:val="26"/>
        </w:rPr>
        <w:t xml:space="preserve">Здоровье: эмоциональное здоровье, чувствительность. </w:t>
      </w:r>
    </w:p>
    <w:p>
      <w:pPr>
        <w:pStyle w:val="ListBullet"/>
        <w:spacing w:after="20"/>
        <w:ind w:left="340"/>
      </w:pPr>
      <w:r>
        <w:rPr>
          <w:b/>
          <w:sz w:val="26"/>
        </w:rPr>
        <w:t xml:space="preserve">Духовное: </w:t>
      </w:r>
      <w:r>
        <w:rPr>
          <w:sz w:val="26"/>
        </w:rPr>
        <w:t>Духовное: сердце как компас.</w:t>
      </w:r>
    </w:p>
    <w:p>
      <w:pPr>
        <w:spacing w:before="100" w:after="20"/>
      </w:pPr>
      <w:r>
        <w:rPr>
          <w:b/>
          <w:color w:val="1A2B4A"/>
          <w:sz w:val="26"/>
        </w:rPr>
        <w:t>Совет карты:</w:t>
      </w:r>
    </w:p>
    <w:p>
      <w:pPr>
        <w:jc w:val="both"/>
      </w:pPr>
      <w:r>
        <w:rPr>
          <w:sz w:val="26"/>
        </w:rPr>
        <w:t>Слушай сердце. Позволь себе чувствовать. Для карты Рыцарь Кубки это значит: Действие, движение, страсть, воин, защитник, рывок. Энергия, которая не сидит на месте. Не жди, пока станет идеально — начни с того, что есть. Один маленький шаг в энергии этой карты уже меняет все. Прямая: Действие, движение, страсть, воин, защитник, рывок. Энергия, которая не сидит на месте. Перевернутая: Импульсивность, агрессия, бегство, крайности, рыцарь без цели.</w:t>
      </w:r>
    </w:p>
    <w:p>
      <w:pPr>
        <w:spacing w:before="160"/>
        <w:jc w:val="center"/>
      </w:pPr>
      <w:r>
        <w:rPr>
          <w:color w:val="C9B87A"/>
          <w:sz w:val="26"/>
        </w:rPr>
        <w:t>✦  ✦  ✦</w:t>
      </w:r>
    </w:p>
    <w:p>
      <w:r>
        <w:br w:type="page"/>
      </w:r>
    </w:p>
    <w:p>
      <w:pPr>
        <w:jc w:val="right"/>
      </w:pPr>
      <w:r>
        <w:rPr>
          <w:b/>
          <w:color w:val="999999"/>
          <w:sz w:val="19"/>
        </w:rPr>
        <w:t>ТАРО • 78 КАРТ  •  49 / 78</w:t>
      </w:r>
    </w:p>
    <w:p>
      <w:pPr>
        <w:spacing w:after="40"/>
      </w:pPr>
      <w:r>
        <w:rPr>
          <w:b/>
          <w:color w:val="1A2B4A"/>
          <w:sz w:val="38"/>
        </w:rPr>
        <w:t>Королева Кубки</w:t>
      </w:r>
    </w:p>
    <w:p>
      <w:pPr>
        <w:spacing w:after="80"/>
      </w:pPr>
      <w:r>
        <w:rPr>
          <w:i/>
          <w:color w:val="8A6D2B"/>
          <w:sz w:val="26"/>
        </w:rPr>
        <w:t>Вода: чувства, любовь, эмоции, интуиция, семья, творчество, душа. Кубки — это то, что ты чувствуешь.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Королева на троне у моря с закрытым кубком. Интуиция, эмпатия, глубина, забота.</w:t>
      </w:r>
    </w:p>
    <w:p>
      <w:pPr>
        <w:spacing w:before="100" w:after="20"/>
      </w:pPr>
      <w:r>
        <w:rPr>
          <w:b/>
          <w:color w:val="1A2B4A"/>
          <w:sz w:val="26"/>
        </w:rPr>
        <w:t>В прямом положении:</w:t>
      </w:r>
    </w:p>
    <w:p>
      <w:pPr>
        <w:jc w:val="both"/>
      </w:pPr>
      <w:r>
        <w:rPr>
          <w:sz w:val="26"/>
        </w:rPr>
        <w:t>Зрелая женская энергия, забота, мудрость, внутренняя сила, хозяйка своей масти. В масти Кубков это проявляется так: Королева на троне у моря с закрытым кубком. Интуиция, эмпатия, глубина, забота. Карта говорит: энергия масти сейчас активна, не подавляй ее. Если ты в прямом положении — действуй, чувствуй, думай или строй — в зависимости от масти. Это не случайный шанс, а закономерный этап. Ты уже прошел предыдущие ступени, и теперь тебе открывается следующая.</w:t>
      </w:r>
    </w:p>
    <w:p>
      <w:pPr>
        <w:spacing w:before="100" w:after="20"/>
      </w:pPr>
      <w:r>
        <w:rPr>
          <w:b/>
          <w:color w:val="1A2B4A"/>
          <w:sz w:val="26"/>
        </w:rPr>
        <w:t>В перевернутом положении:</w:t>
      </w:r>
    </w:p>
    <w:p>
      <w:pPr>
        <w:jc w:val="both"/>
      </w:pPr>
      <w:r>
        <w:rPr>
          <w:sz w:val="26"/>
        </w:rPr>
        <w:t>Холодность, контроль, манипуляция, эмоциональность, которая душит. В перевернутом положении карта Королева Кубки говорит о том, что энергия масти заблокирована или искажена. Ты либо боишься проявить ее, либо перегибаешь. Посмотри честно: где ты сдаешь, а где — перегибаешь? Перевернутая карта — не приговор, а подсказка: здесь нужно починить, замедлиться или, наоборот, решиться.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Любовь: чувства, эмоции, отношения. Карта Королева Кубков в любви говорит о зрелая женская энергия, забота, мудрость, внутренняя сила, хозяйка своей масти.</w:t>
      </w:r>
    </w:p>
    <w:p>
      <w:pPr>
        <w:pStyle w:val="ListBullet"/>
        <w:spacing w:after="20"/>
        <w:ind w:left="340"/>
      </w:pPr>
      <w:r>
        <w:rPr>
          <w:b/>
          <w:sz w:val="26"/>
        </w:rPr>
        <w:t xml:space="preserve">Работа: </w:t>
      </w:r>
      <w:r>
        <w:rPr>
          <w:sz w:val="26"/>
        </w:rPr>
        <w:t xml:space="preserve">Работа: работа через чувства, творчество, людей. </w:t>
      </w:r>
    </w:p>
    <w:p>
      <w:pPr>
        <w:pStyle w:val="ListBullet"/>
        <w:spacing w:after="20"/>
        <w:ind w:left="340"/>
      </w:pPr>
      <w:r>
        <w:rPr>
          <w:b/>
          <w:sz w:val="26"/>
        </w:rPr>
        <w:t xml:space="preserve">Деньги: </w:t>
      </w:r>
      <w:r>
        <w:rPr>
          <w:sz w:val="26"/>
        </w:rPr>
        <w:t xml:space="preserve">Деньги: деньги через людей и эмоции. </w:t>
      </w:r>
    </w:p>
    <w:p>
      <w:pPr>
        <w:pStyle w:val="ListBullet"/>
        <w:spacing w:after="20"/>
        <w:ind w:left="340"/>
      </w:pPr>
      <w:r>
        <w:rPr>
          <w:b/>
          <w:sz w:val="26"/>
        </w:rPr>
        <w:t xml:space="preserve">Здоровье: </w:t>
      </w:r>
      <w:r>
        <w:rPr>
          <w:sz w:val="26"/>
        </w:rPr>
        <w:t xml:space="preserve">Здоровье: эмоциональное здоровье, чувствительность. </w:t>
      </w:r>
    </w:p>
    <w:p>
      <w:pPr>
        <w:pStyle w:val="ListBullet"/>
        <w:spacing w:after="20"/>
        <w:ind w:left="340"/>
      </w:pPr>
      <w:r>
        <w:rPr>
          <w:b/>
          <w:sz w:val="26"/>
        </w:rPr>
        <w:t xml:space="preserve">Духовное: </w:t>
      </w:r>
      <w:r>
        <w:rPr>
          <w:sz w:val="26"/>
        </w:rPr>
        <w:t>Духовное: сердце как компас.</w:t>
      </w:r>
    </w:p>
    <w:p>
      <w:pPr>
        <w:spacing w:before="100" w:after="20"/>
      </w:pPr>
      <w:r>
        <w:rPr>
          <w:b/>
          <w:color w:val="1A2B4A"/>
          <w:sz w:val="26"/>
        </w:rPr>
        <w:t>Совет карты:</w:t>
      </w:r>
    </w:p>
    <w:p>
      <w:pPr>
        <w:jc w:val="both"/>
      </w:pPr>
      <w:r>
        <w:rPr>
          <w:sz w:val="26"/>
        </w:rPr>
        <w:t>Слушай сердце. Позволь себе чувствовать. Для карты Королева Кубки это значит: Зрелая женская энергия, забота, мудрость, внутренняя сила, хозяйка своей масти. Не жди, пока станет идеально — начни с того, что есть. Один маленький шаг в энергии этой карты уже меняет все. Прямая: Зрелая женская энергия, забота, мудрость, внутренняя сила, хозяйка своей масти. Перевернутая: Холодность, контроль, манипуляция, эмоциональность, которая душит.</w:t>
      </w:r>
    </w:p>
    <w:p>
      <w:pPr>
        <w:spacing w:before="160"/>
        <w:jc w:val="center"/>
      </w:pPr>
      <w:r>
        <w:rPr>
          <w:color w:val="C9B87A"/>
          <w:sz w:val="26"/>
        </w:rPr>
        <w:t>✦  ✦  ✦</w:t>
      </w:r>
    </w:p>
    <w:p>
      <w:r>
        <w:br w:type="page"/>
      </w:r>
    </w:p>
    <w:p>
      <w:pPr>
        <w:jc w:val="right"/>
      </w:pPr>
      <w:r>
        <w:rPr>
          <w:b/>
          <w:color w:val="999999"/>
          <w:sz w:val="19"/>
        </w:rPr>
        <w:t>ТАРО • 78 КАРТ  •  50 / 78</w:t>
      </w:r>
    </w:p>
    <w:p>
      <w:pPr>
        <w:spacing w:after="40"/>
      </w:pPr>
      <w:r>
        <w:rPr>
          <w:b/>
          <w:color w:val="1A2B4A"/>
          <w:sz w:val="38"/>
        </w:rPr>
        <w:t>Король Кубки</w:t>
      </w:r>
    </w:p>
    <w:p>
      <w:pPr>
        <w:spacing w:after="80"/>
      </w:pPr>
      <w:r>
        <w:rPr>
          <w:i/>
          <w:color w:val="8A6D2B"/>
          <w:sz w:val="26"/>
        </w:rPr>
        <w:t>Вода: чувства, любовь, эмоции, интуиция, семья, творчество, душа. Кубки — это то, что ты чувствуешь.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Король на троне в море, вокруг рыбы, корабль. Зрелость чувств, контроль эмоций, мудрость.</w:t>
      </w:r>
    </w:p>
    <w:p>
      <w:pPr>
        <w:spacing w:before="100" w:after="20"/>
      </w:pPr>
      <w:r>
        <w:rPr>
          <w:b/>
          <w:color w:val="1A2B4A"/>
          <w:sz w:val="26"/>
        </w:rPr>
        <w:t>В прямом положении:</w:t>
      </w:r>
    </w:p>
    <w:p>
      <w:pPr>
        <w:jc w:val="both"/>
      </w:pPr>
      <w:r>
        <w:rPr>
          <w:sz w:val="26"/>
        </w:rPr>
        <w:t>Зрелая мужская энергия, власть, контроль, мастерство, лидер, хозяин своей масти. В масти Кубков это проявляется так: Король на троне в море, вокруг рыбы, корабль. Зрелость чувств, контроль эмоций, мудрость. Карта говорит: энергия масти сейчас активна, не подавляй ее. Если ты в прямом положении — действуй, чувствуй, думай или строй — в зависимости от масти. Это не случайный шанс, а закономерный этап. Ты уже прошел предыдущие ступени, и теперь тебе открывается следующая.</w:t>
      </w:r>
    </w:p>
    <w:p>
      <w:pPr>
        <w:spacing w:before="100" w:after="20"/>
      </w:pPr>
      <w:r>
        <w:rPr>
          <w:b/>
          <w:color w:val="1A2B4A"/>
          <w:sz w:val="26"/>
        </w:rPr>
        <w:t>В перевернутом положении:</w:t>
      </w:r>
    </w:p>
    <w:p>
      <w:pPr>
        <w:jc w:val="both"/>
      </w:pPr>
      <w:r>
        <w:rPr>
          <w:sz w:val="26"/>
        </w:rPr>
        <w:t>Тиран или слабак, злоупотребление властью, безответственность. В перевернутом положении карта Король Кубки говорит о том, что энергия масти заблокирована или искажена. Ты либо боишься проявить ее, либо перегибаешь. Посмотри честно: где ты сдаешь, а где — перегибаешь? Перевернутая карта — не приговор, а подсказка: здесь нужно починить, замедлиться или, наоборот, решиться.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Любовь: чувства, эмоции, отношения. Карта Король Кубков в любви говорит о зрелая мужская энергия, власть, контроль, мастерство, лидер, хозяин своей масти.</w:t>
      </w:r>
    </w:p>
    <w:p>
      <w:pPr>
        <w:pStyle w:val="ListBullet"/>
        <w:spacing w:after="20"/>
        <w:ind w:left="340"/>
      </w:pPr>
      <w:r>
        <w:rPr>
          <w:b/>
          <w:sz w:val="26"/>
        </w:rPr>
        <w:t xml:space="preserve">Работа: </w:t>
      </w:r>
      <w:r>
        <w:rPr>
          <w:sz w:val="26"/>
        </w:rPr>
        <w:t xml:space="preserve">Работа: работа через чувства, творчество, людей. </w:t>
      </w:r>
    </w:p>
    <w:p>
      <w:pPr>
        <w:pStyle w:val="ListBullet"/>
        <w:spacing w:after="20"/>
        <w:ind w:left="340"/>
      </w:pPr>
      <w:r>
        <w:rPr>
          <w:b/>
          <w:sz w:val="26"/>
        </w:rPr>
        <w:t xml:space="preserve">Деньги: </w:t>
      </w:r>
      <w:r>
        <w:rPr>
          <w:sz w:val="26"/>
        </w:rPr>
        <w:t xml:space="preserve">Деньги: деньги через людей и эмоции. </w:t>
      </w:r>
    </w:p>
    <w:p>
      <w:pPr>
        <w:pStyle w:val="ListBullet"/>
        <w:spacing w:after="20"/>
        <w:ind w:left="340"/>
      </w:pPr>
      <w:r>
        <w:rPr>
          <w:b/>
          <w:sz w:val="26"/>
        </w:rPr>
        <w:t xml:space="preserve">Здоровье: </w:t>
      </w:r>
      <w:r>
        <w:rPr>
          <w:sz w:val="26"/>
        </w:rPr>
        <w:t xml:space="preserve">Здоровье: эмоциональное здоровье, чувствительность. </w:t>
      </w:r>
    </w:p>
    <w:p>
      <w:pPr>
        <w:pStyle w:val="ListBullet"/>
        <w:spacing w:after="20"/>
        <w:ind w:left="340"/>
      </w:pPr>
      <w:r>
        <w:rPr>
          <w:b/>
          <w:sz w:val="26"/>
        </w:rPr>
        <w:t xml:space="preserve">Духовное: </w:t>
      </w:r>
      <w:r>
        <w:rPr>
          <w:sz w:val="26"/>
        </w:rPr>
        <w:t>Духовное: сердце как компас.</w:t>
      </w:r>
    </w:p>
    <w:p>
      <w:pPr>
        <w:spacing w:before="100" w:after="20"/>
      </w:pPr>
      <w:r>
        <w:rPr>
          <w:b/>
          <w:color w:val="1A2B4A"/>
          <w:sz w:val="26"/>
        </w:rPr>
        <w:t>Совет карты:</w:t>
      </w:r>
    </w:p>
    <w:p>
      <w:pPr>
        <w:jc w:val="both"/>
      </w:pPr>
      <w:r>
        <w:rPr>
          <w:sz w:val="26"/>
        </w:rPr>
        <w:t>Слушай сердце. Позволь себе чувствовать. Для карты Король Кубки это значит: Зрелая мужская энергия, власть, контроль, мастерство, лидер, хозяин своей масти. Не жди, пока станет идеально — начни с того, что есть. Один маленький шаг в энергии этой карты уже меняет все. Прямая: Зрелая мужская энергия, власть, контроль, мастерство, лидер, хозяин своей масти. Перевернутая: Тиран или слабак, злоупотребление властью, безответственность.</w:t>
      </w:r>
    </w:p>
    <w:p>
      <w:pPr>
        <w:spacing w:before="160"/>
        <w:jc w:val="center"/>
      </w:pPr>
      <w:r>
        <w:rPr>
          <w:color w:val="C9B87A"/>
          <w:sz w:val="26"/>
        </w:rPr>
        <w:t>✦  ✦  ✦</w:t>
      </w:r>
    </w:p>
    <w:p>
      <w:r>
        <w:br w:type="page"/>
      </w:r>
    </w:p>
    <w:p>
      <w:pPr>
        <w:jc w:val="right"/>
      </w:pPr>
      <w:r>
        <w:rPr>
          <w:b/>
          <w:color w:val="999999"/>
          <w:sz w:val="19"/>
        </w:rPr>
        <w:t>ТАРО • 78 КАРТ  •  51 / 78</w:t>
      </w:r>
    </w:p>
    <w:p>
      <w:pPr>
        <w:spacing w:after="40"/>
      </w:pPr>
      <w:r>
        <w:rPr>
          <w:b/>
          <w:color w:val="1A2B4A"/>
          <w:sz w:val="38"/>
        </w:rPr>
        <w:t>Туз Мечи</w:t>
      </w:r>
    </w:p>
    <w:p>
      <w:pPr>
        <w:spacing w:after="80"/>
      </w:pPr>
      <w:r>
        <w:rPr>
          <w:i/>
          <w:color w:val="8A6D2B"/>
          <w:sz w:val="26"/>
        </w:rPr>
        <w:t>Воздух: ум, мысли, слова, правда, конфликты, решения, закон. Мечи — это то, что ты думаешь и говоришь.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Рука из облака держит меч, на острие — корона. Правда, ясность, решение, прорыв.</w:t>
      </w:r>
    </w:p>
    <w:p>
      <w:pPr>
        <w:spacing w:before="100" w:after="20"/>
      </w:pPr>
      <w:r>
        <w:rPr>
          <w:b/>
          <w:color w:val="1A2B4A"/>
          <w:sz w:val="26"/>
        </w:rPr>
        <w:t>В прямом положении:</w:t>
      </w:r>
    </w:p>
    <w:p>
      <w:pPr>
        <w:jc w:val="both"/>
      </w:pPr>
      <w:r>
        <w:rPr>
          <w:sz w:val="26"/>
        </w:rPr>
        <w:t>Начало, шанс, дар, чистая энергия масти, семя, из которого вырастет все. Это подарок Вселенной — бери. В масти Мечей это проявляется так: Рука из облака держит меч, на острие — корона. Правда, ясность, решение, прорыв. Карта говорит: энергия масти сейчас активна, не подавляй ее. Если ты в прямом положении — действуй, чувствуй, думай или строй — в зависимости от масти. Это не случайный шанс, а закономерный этап. Ты уже прошел предыдущие ступени, и теперь тебе открывается следующая.</w:t>
      </w:r>
    </w:p>
    <w:p>
      <w:pPr>
        <w:spacing w:before="100" w:after="20"/>
      </w:pPr>
      <w:r>
        <w:rPr>
          <w:b/>
          <w:color w:val="1A2B4A"/>
          <w:sz w:val="26"/>
        </w:rPr>
        <w:t>В перевернутом положении:</w:t>
      </w:r>
    </w:p>
    <w:p>
      <w:pPr>
        <w:jc w:val="both"/>
      </w:pPr>
      <w:r>
        <w:rPr>
          <w:sz w:val="26"/>
        </w:rPr>
        <w:t>Упущенный шанс, блокировка, страх начать, семя, которое не посадили. В перевернутом положении карта Туз Мечи говорит о том, что энергия масти заблокирована или искажена. Ты либо боишься проявить ее, либо перегибаешь. Посмотри честно: где ты сдаешь, а где — перегибаешь? Перевернутая карта — не приговор, а подсказка: здесь нужно починить, замедлиться или, наоборот, решиться.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Любовь: слова, честность, разум в отношениях. Карта Туз Мечей в любви говорит о начало, шанс, дар, чистая энергия масти, семя, из которого вырастет все. это подарок вселенной — бери.</w:t>
      </w:r>
    </w:p>
    <w:p>
      <w:pPr>
        <w:pStyle w:val="ListBullet"/>
        <w:spacing w:after="20"/>
        <w:ind w:left="340"/>
      </w:pPr>
      <w:r>
        <w:rPr>
          <w:b/>
          <w:sz w:val="26"/>
        </w:rPr>
        <w:t xml:space="preserve">Работа: </w:t>
      </w:r>
      <w:r>
        <w:rPr>
          <w:sz w:val="26"/>
        </w:rPr>
        <w:t xml:space="preserve">Работа: ум, анализ, закон, решения. </w:t>
      </w:r>
    </w:p>
    <w:p>
      <w:pPr>
        <w:pStyle w:val="ListBullet"/>
        <w:spacing w:after="20"/>
        <w:ind w:left="340"/>
      </w:pPr>
      <w:r>
        <w:rPr>
          <w:b/>
          <w:sz w:val="26"/>
        </w:rPr>
        <w:t xml:space="preserve">Деньги: </w:t>
      </w:r>
      <w:r>
        <w:rPr>
          <w:sz w:val="26"/>
        </w:rPr>
        <w:t xml:space="preserve">Деньги: четкий расчет, документы. </w:t>
      </w:r>
    </w:p>
    <w:p>
      <w:pPr>
        <w:pStyle w:val="ListBullet"/>
        <w:spacing w:after="20"/>
        <w:ind w:left="340"/>
      </w:pPr>
      <w:r>
        <w:rPr>
          <w:b/>
          <w:sz w:val="26"/>
        </w:rPr>
        <w:t xml:space="preserve">Здоровье: </w:t>
      </w:r>
      <w:r>
        <w:rPr>
          <w:sz w:val="26"/>
        </w:rPr>
        <w:t xml:space="preserve">Здоровье: нервы, голова, тревога. </w:t>
      </w:r>
    </w:p>
    <w:p>
      <w:pPr>
        <w:pStyle w:val="ListBullet"/>
        <w:spacing w:after="20"/>
        <w:ind w:left="340"/>
      </w:pPr>
      <w:r>
        <w:rPr>
          <w:b/>
          <w:sz w:val="26"/>
        </w:rPr>
        <w:t xml:space="preserve">Духовное: </w:t>
      </w:r>
      <w:r>
        <w:rPr>
          <w:sz w:val="26"/>
        </w:rPr>
        <w:t>Духовное: ясность ума.</w:t>
      </w:r>
    </w:p>
    <w:p>
      <w:pPr>
        <w:spacing w:before="100" w:after="20"/>
      </w:pPr>
      <w:r>
        <w:rPr>
          <w:b/>
          <w:color w:val="1A2B4A"/>
          <w:sz w:val="26"/>
        </w:rPr>
        <w:t>Совет карты:</w:t>
      </w:r>
    </w:p>
    <w:p>
      <w:pPr>
        <w:jc w:val="both"/>
      </w:pPr>
      <w:r>
        <w:rPr>
          <w:sz w:val="26"/>
        </w:rPr>
        <w:t>Думай ясно. Говори правду. Не руби с плеча. Для карты Туз Мечи это значит: Начало, шанс, дар, чистая энергия масти, семя, из которого вырастет все. Это подарок Вселенной — бери. Не жди, пока станет идеально — начни с того, что есть. Один маленький шаг в энергии этой карты уже меняет все. Прямая: Начало, шанс, дар, чистая энергия масти, семя, из которого вырастет все. Это подарок Вселенной — бери. Перевернутая: Упущенный шанс, блокировка, страх начать, семя, которое не посадили.</w:t>
      </w:r>
    </w:p>
    <w:p>
      <w:pPr>
        <w:spacing w:before="160"/>
        <w:jc w:val="center"/>
      </w:pPr>
      <w:r>
        <w:rPr>
          <w:color w:val="C9B87A"/>
          <w:sz w:val="26"/>
        </w:rPr>
        <w:t>✦  ✦  ✦</w:t>
      </w:r>
    </w:p>
    <w:p>
      <w:r>
        <w:br w:type="page"/>
      </w:r>
    </w:p>
    <w:p>
      <w:pPr>
        <w:jc w:val="right"/>
      </w:pPr>
      <w:r>
        <w:rPr>
          <w:b/>
          <w:color w:val="999999"/>
          <w:sz w:val="19"/>
        </w:rPr>
        <w:t>ТАРО • 78 КАРТ  •  52 / 78</w:t>
      </w:r>
    </w:p>
    <w:p>
      <w:pPr>
        <w:spacing w:after="40"/>
      </w:pPr>
      <w:r>
        <w:rPr>
          <w:b/>
          <w:color w:val="1A2B4A"/>
          <w:sz w:val="38"/>
        </w:rPr>
        <w:t>Двойка Мечи</w:t>
      </w:r>
    </w:p>
    <w:p>
      <w:pPr>
        <w:spacing w:after="80"/>
      </w:pPr>
      <w:r>
        <w:rPr>
          <w:i/>
          <w:color w:val="8A6D2B"/>
          <w:sz w:val="26"/>
        </w:rPr>
        <w:t>Воздух: ум, мысли, слова, правда, конфликты, решения, закон. Мечи — это то, что ты думаешь и говоришь.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Женщина с завязанными глазами сидит с двумя скрещенными мечами, за спиной — море. Тупик, выбор вслепую.</w:t>
      </w:r>
    </w:p>
    <w:p>
      <w:pPr>
        <w:spacing w:before="100" w:after="20"/>
      </w:pPr>
      <w:r>
        <w:rPr>
          <w:b/>
          <w:color w:val="1A2B4A"/>
          <w:sz w:val="26"/>
        </w:rPr>
        <w:t>В прямом положении:</w:t>
      </w:r>
    </w:p>
    <w:p>
      <w:pPr>
        <w:jc w:val="both"/>
      </w:pPr>
      <w:r>
        <w:rPr>
          <w:sz w:val="26"/>
        </w:rPr>
        <w:t>Выбор, планирование, баланс двух сил, перекресток, мир в руках. Ты стоишь на пороге и решаешь — остаться или идти дальше. В масти Мечей это проявляется так: Женщина с завязанными глазами сидит с двумя скрещенными мечами, за спиной — море. Тупик, выбор вслепую. Карта говорит: энергия масти сейчас активна, не подавляй ее. Если ты в прямом положении — действуй, чувствуй, думай или строй — в зависимости от масти. Это не случайный шанс, а закономерный этап. Ты уже прошел предыдущие ступени, и теперь тебе открывается следующая.</w:t>
      </w:r>
    </w:p>
    <w:p>
      <w:pPr>
        <w:spacing w:before="100" w:after="20"/>
      </w:pPr>
      <w:r>
        <w:rPr>
          <w:b/>
          <w:color w:val="1A2B4A"/>
          <w:sz w:val="26"/>
        </w:rPr>
        <w:t>В перевернутом положении:</w:t>
      </w:r>
    </w:p>
    <w:p>
      <w:pPr>
        <w:jc w:val="both"/>
      </w:pPr>
      <w:r>
        <w:rPr>
          <w:sz w:val="26"/>
        </w:rPr>
        <w:t>Нерешительность, страх выбора, дисбаланс, топтание на перекрестке. В перевернутом положении карта Двойка Мечи говорит о том, что энергия масти заблокирована или искажена. Ты либо боишься проявить ее, либо перегибаешь. Посмотри честно: где ты сдаешь, а где — перегибаешь? Перевернутая карта — не приговор, а подсказка: здесь нужно починить, замедлиться или, наоборот, решиться.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Любовь: слова, честность, разум в отношениях. Карта Двойка Мечей в любви говорит о выбор, планирование, баланс двух сил, перекресток, мир в руках. ты стоишь на пороге и решаешь — остаться или идти дальше.</w:t>
      </w:r>
    </w:p>
    <w:p>
      <w:pPr>
        <w:pStyle w:val="ListBullet"/>
        <w:spacing w:after="20"/>
        <w:ind w:left="340"/>
      </w:pPr>
      <w:r>
        <w:rPr>
          <w:b/>
          <w:sz w:val="26"/>
        </w:rPr>
        <w:t xml:space="preserve">Работа: </w:t>
      </w:r>
      <w:r>
        <w:rPr>
          <w:sz w:val="26"/>
        </w:rPr>
        <w:t xml:space="preserve">Работа: ум, анализ, закон, решения. </w:t>
      </w:r>
    </w:p>
    <w:p>
      <w:pPr>
        <w:pStyle w:val="ListBullet"/>
        <w:spacing w:after="20"/>
        <w:ind w:left="340"/>
      </w:pPr>
      <w:r>
        <w:rPr>
          <w:b/>
          <w:sz w:val="26"/>
        </w:rPr>
        <w:t xml:space="preserve">Деньги: </w:t>
      </w:r>
      <w:r>
        <w:rPr>
          <w:sz w:val="26"/>
        </w:rPr>
        <w:t xml:space="preserve">Деньги: четкий расчет, документы. </w:t>
      </w:r>
    </w:p>
    <w:p>
      <w:pPr>
        <w:pStyle w:val="ListBullet"/>
        <w:spacing w:after="20"/>
        <w:ind w:left="340"/>
      </w:pPr>
      <w:r>
        <w:rPr>
          <w:b/>
          <w:sz w:val="26"/>
        </w:rPr>
        <w:t xml:space="preserve">Здоровье: </w:t>
      </w:r>
      <w:r>
        <w:rPr>
          <w:sz w:val="26"/>
        </w:rPr>
        <w:t xml:space="preserve">Здоровье: нервы, голова, тревога. </w:t>
      </w:r>
    </w:p>
    <w:p>
      <w:pPr>
        <w:pStyle w:val="ListBullet"/>
        <w:spacing w:after="20"/>
        <w:ind w:left="340"/>
      </w:pPr>
      <w:r>
        <w:rPr>
          <w:b/>
          <w:sz w:val="26"/>
        </w:rPr>
        <w:t xml:space="preserve">Духовное: </w:t>
      </w:r>
      <w:r>
        <w:rPr>
          <w:sz w:val="26"/>
        </w:rPr>
        <w:t>Духовное: ясность ума.</w:t>
      </w:r>
    </w:p>
    <w:p>
      <w:pPr>
        <w:spacing w:before="100" w:after="20"/>
      </w:pPr>
      <w:r>
        <w:rPr>
          <w:b/>
          <w:color w:val="1A2B4A"/>
          <w:sz w:val="26"/>
        </w:rPr>
        <w:t>Совет карты:</w:t>
      </w:r>
    </w:p>
    <w:p>
      <w:pPr>
        <w:jc w:val="both"/>
      </w:pPr>
      <w:r>
        <w:rPr>
          <w:sz w:val="26"/>
        </w:rPr>
        <w:t>Думай ясно. Говори правду. Не руби с плеча. Для карты Двойка Мечи это значит: Выбор, планирование, баланс двух сил, перекресток, мир в руках. Ты стоишь на пороге и решаешь — остаться или идти дальше. Не жди, пока станет идеально — начни с того, что есть. Один маленький шаг в энергии этой карты уже меняет все. Прямая: Выбор, планирование, баланс двух сил, перекресток, мир в руках. Ты стоишь на пороге и решаешь — остаться или идти дальше. Перевернутая: Нерешительность, страх выбора, дисбаланс, топтание на перекрестке.</w:t>
      </w:r>
    </w:p>
    <w:p>
      <w:pPr>
        <w:spacing w:before="160"/>
        <w:jc w:val="center"/>
      </w:pPr>
      <w:r>
        <w:rPr>
          <w:color w:val="C9B87A"/>
          <w:sz w:val="26"/>
        </w:rPr>
        <w:t>✦  ✦  ✦</w:t>
      </w:r>
    </w:p>
    <w:p>
      <w:r>
        <w:br w:type="page"/>
      </w:r>
    </w:p>
    <w:p>
      <w:pPr>
        <w:jc w:val="right"/>
      </w:pPr>
      <w:r>
        <w:rPr>
          <w:b/>
          <w:color w:val="999999"/>
          <w:sz w:val="19"/>
        </w:rPr>
        <w:t>ТАРО • 78 КАРТ  •  53 / 78</w:t>
      </w:r>
    </w:p>
    <w:p>
      <w:pPr>
        <w:spacing w:after="40"/>
      </w:pPr>
      <w:r>
        <w:rPr>
          <w:b/>
          <w:color w:val="1A2B4A"/>
          <w:sz w:val="38"/>
        </w:rPr>
        <w:t>Тройка Мечи</w:t>
      </w:r>
    </w:p>
    <w:p>
      <w:pPr>
        <w:spacing w:after="80"/>
      </w:pPr>
      <w:r>
        <w:rPr>
          <w:i/>
          <w:color w:val="8A6D2B"/>
          <w:sz w:val="26"/>
        </w:rPr>
        <w:t>Воздух: ум, мысли, слова, правда, конфликты, решения, закон. Мечи — это то, что ты думаешь и говоришь.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Сердце, пронзенное тремя мечами, дождь. Боль, разрыв, предательство, горе.</w:t>
      </w:r>
    </w:p>
    <w:p>
      <w:pPr>
        <w:spacing w:before="100" w:after="20"/>
      </w:pPr>
      <w:r>
        <w:rPr>
          <w:b/>
          <w:color w:val="1A2B4A"/>
          <w:sz w:val="26"/>
        </w:rPr>
        <w:t>В прямом положении:</w:t>
      </w:r>
    </w:p>
    <w:p>
      <w:pPr>
        <w:jc w:val="both"/>
      </w:pPr>
      <w:r>
        <w:rPr>
          <w:sz w:val="26"/>
        </w:rPr>
        <w:t>Рост, сотрудничество, первые плоды, радость, команда. То, что ты начал, начинает давать результат. Празднуй первые всходы. В масти Мечей это проявляется так: Сердце, пронзенное тремя мечами, дождь. Боль, разрыв, предательство, горе. Карта говорит: энергия масти сейчас активна, не подавляй ее. Если ты в прямом положении — действуй, чувствуй, думай или строй — в зависимости от масти. Это не случайный шанс, а закономерный этап. Ты уже прошел предыдущие ступени, и теперь тебе открывается следующая.</w:t>
      </w:r>
    </w:p>
    <w:p>
      <w:pPr>
        <w:spacing w:before="100" w:after="20"/>
      </w:pPr>
      <w:r>
        <w:rPr>
          <w:b/>
          <w:color w:val="1A2B4A"/>
          <w:sz w:val="26"/>
        </w:rPr>
        <w:t>В перевернутом положении:</w:t>
      </w:r>
    </w:p>
    <w:p>
      <w:pPr>
        <w:jc w:val="both"/>
      </w:pPr>
      <w:r>
        <w:rPr>
          <w:sz w:val="26"/>
        </w:rPr>
        <w:t>Задержка роста, конфликты в команде, разочарование, праздник, который не случился. В перевернутом положении карта Тройка Мечи говорит о том, что энергия масти заблокирована или искажена. Ты либо боишься проявить ее, либо перегибаешь. Посмотри честно: где ты сдаешь, а где — перегибаешь? Перевернутая карта — не приговор, а подсказка: здесь нужно починить, замедлиться или, наоборот, решиться.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Любовь: слова, честность, разум в отношениях. Карта Тройка Мечей в любви говорит о рост, сотрудничество, первые плоды, радость, команда. то, что ты начал, начинает давать результат. празднуй первые всходы.</w:t>
      </w:r>
    </w:p>
    <w:p>
      <w:pPr>
        <w:pStyle w:val="ListBullet"/>
        <w:spacing w:after="20"/>
        <w:ind w:left="340"/>
      </w:pPr>
      <w:r>
        <w:rPr>
          <w:b/>
          <w:sz w:val="26"/>
        </w:rPr>
        <w:t xml:space="preserve">Работа: </w:t>
      </w:r>
      <w:r>
        <w:rPr>
          <w:sz w:val="26"/>
        </w:rPr>
        <w:t xml:space="preserve">Работа: ум, анализ, закон, решения. </w:t>
      </w:r>
    </w:p>
    <w:p>
      <w:pPr>
        <w:pStyle w:val="ListBullet"/>
        <w:spacing w:after="20"/>
        <w:ind w:left="340"/>
      </w:pPr>
      <w:r>
        <w:rPr>
          <w:b/>
          <w:sz w:val="26"/>
        </w:rPr>
        <w:t xml:space="preserve">Деньги: </w:t>
      </w:r>
      <w:r>
        <w:rPr>
          <w:sz w:val="26"/>
        </w:rPr>
        <w:t xml:space="preserve">Деньги: четкий расчет, документы. </w:t>
      </w:r>
    </w:p>
    <w:p>
      <w:pPr>
        <w:pStyle w:val="ListBullet"/>
        <w:spacing w:after="20"/>
        <w:ind w:left="340"/>
      </w:pPr>
      <w:r>
        <w:rPr>
          <w:b/>
          <w:sz w:val="26"/>
        </w:rPr>
        <w:t xml:space="preserve">Здоровье: </w:t>
      </w:r>
      <w:r>
        <w:rPr>
          <w:sz w:val="26"/>
        </w:rPr>
        <w:t xml:space="preserve">Здоровье: нервы, голова, тревога. </w:t>
      </w:r>
    </w:p>
    <w:p>
      <w:pPr>
        <w:pStyle w:val="ListBullet"/>
        <w:spacing w:after="20"/>
        <w:ind w:left="340"/>
      </w:pPr>
      <w:r>
        <w:rPr>
          <w:b/>
          <w:sz w:val="26"/>
        </w:rPr>
        <w:t xml:space="preserve">Духовное: </w:t>
      </w:r>
      <w:r>
        <w:rPr>
          <w:sz w:val="26"/>
        </w:rPr>
        <w:t>Духовное: ясность ума.</w:t>
      </w:r>
    </w:p>
    <w:p>
      <w:pPr>
        <w:spacing w:before="100" w:after="20"/>
      </w:pPr>
      <w:r>
        <w:rPr>
          <w:b/>
          <w:color w:val="1A2B4A"/>
          <w:sz w:val="26"/>
        </w:rPr>
        <w:t>Совет карты:</w:t>
      </w:r>
    </w:p>
    <w:p>
      <w:pPr>
        <w:jc w:val="both"/>
      </w:pPr>
      <w:r>
        <w:rPr>
          <w:sz w:val="26"/>
        </w:rPr>
        <w:t>Думай ясно. Говори правду. Не руби с плеча. Для карты Тройка Мечи это значит: Рост, сотрудничество, первые плоды, радость, команда. То, что ты начал, начинает давать результат. Празднуй первые всходы. Не жди, пока станет идеально — начни с того, что есть. Один маленький шаг в энергии этой карты уже меняет все. Прямая: Рост, сотрудничество, первые плоды, радость, команда. То, что ты начал, начинает давать результат. Празднуй первые всходы. Перевернутая: Задержка роста, конфликты в команде, разочарование, праздник, который не случился.</w:t>
      </w:r>
    </w:p>
    <w:p>
      <w:pPr>
        <w:spacing w:before="160"/>
        <w:jc w:val="center"/>
      </w:pPr>
      <w:r>
        <w:rPr>
          <w:color w:val="C9B87A"/>
          <w:sz w:val="26"/>
        </w:rPr>
        <w:t>✦  ✦  ✦</w:t>
      </w:r>
    </w:p>
    <w:p>
      <w:r>
        <w:br w:type="page"/>
      </w:r>
    </w:p>
    <w:p>
      <w:pPr>
        <w:jc w:val="right"/>
      </w:pPr>
      <w:r>
        <w:rPr>
          <w:b/>
          <w:color w:val="999999"/>
          <w:sz w:val="19"/>
        </w:rPr>
        <w:t>ТАРО • 78 КАРТ  •  54 / 78</w:t>
      </w:r>
    </w:p>
    <w:p>
      <w:pPr>
        <w:spacing w:after="40"/>
      </w:pPr>
      <w:r>
        <w:rPr>
          <w:b/>
          <w:color w:val="1A2B4A"/>
          <w:sz w:val="38"/>
        </w:rPr>
        <w:t>Четверка Мечи</w:t>
      </w:r>
    </w:p>
    <w:p>
      <w:pPr>
        <w:spacing w:after="80"/>
      </w:pPr>
      <w:r>
        <w:rPr>
          <w:i/>
          <w:color w:val="8A6D2B"/>
          <w:sz w:val="26"/>
        </w:rPr>
        <w:t>Воздух: ум, мысли, слова, правда, конфликты, решения, закон. Мечи — это то, что ты думаешь и говоришь.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Рыцарь лежит на могиле, руки сложены, над ним три меча, один под ним. Отдых, пауза, восстановление.</w:t>
      </w:r>
    </w:p>
    <w:p>
      <w:pPr>
        <w:spacing w:before="100" w:after="20"/>
      </w:pPr>
      <w:r>
        <w:rPr>
          <w:b/>
          <w:color w:val="1A2B4A"/>
          <w:sz w:val="26"/>
        </w:rPr>
        <w:t>В прямом положении:</w:t>
      </w:r>
    </w:p>
    <w:p>
      <w:pPr>
        <w:jc w:val="both"/>
      </w:pPr>
      <w:r>
        <w:rPr>
          <w:sz w:val="26"/>
        </w:rPr>
        <w:t>Стабильность, пауза, отдых, фундамент, структура, дом. Время остановиться и укрепить то, что есть. В масти Мечей это проявляется так: Рыцарь лежит на могиле, руки сложены, над ним три меча, один под ним. Отдых, пауза, восстановление. Карта говорит: энергия масти сейчас активна, не подавляй ее. Если ты в прямом положении — действуй, чувствуй, думай или строй — в зависимости от масти. Это не случайный шанс, а закономерный этап. Ты уже прошел предыдущие ступени, и теперь тебе открывается следующая.</w:t>
      </w:r>
    </w:p>
    <w:p>
      <w:pPr>
        <w:spacing w:before="100" w:after="20"/>
      </w:pPr>
      <w:r>
        <w:rPr>
          <w:b/>
          <w:color w:val="1A2B4A"/>
          <w:sz w:val="26"/>
        </w:rPr>
        <w:t>В перевернутом положении:</w:t>
      </w:r>
    </w:p>
    <w:p>
      <w:pPr>
        <w:jc w:val="both"/>
      </w:pPr>
      <w:r>
        <w:rPr>
          <w:sz w:val="26"/>
        </w:rPr>
        <w:t>Застой, скука, страх выйти из стабильности, тюрьма из комфорта. В перевернутом положении карта Четверка Мечи говорит о том, что энергия масти заблокирована или искажена. Ты либо боишься проявить ее, либо перегибаешь. Посмотри честно: где ты сдаешь, а где — перегибаешь? Перевернутая карта — не приговор, а подсказка: здесь нужно починить, замедлиться или, наоборот, решиться.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Любовь: слова, честность, разум в отношениях. Карта Четверка Мечей в любви говорит о стабильность, пауза, отдых, фундамент, структура, дом. время остановиться и укрепить то, что есть.</w:t>
      </w:r>
    </w:p>
    <w:p>
      <w:pPr>
        <w:pStyle w:val="ListBullet"/>
        <w:spacing w:after="20"/>
        <w:ind w:left="340"/>
      </w:pPr>
      <w:r>
        <w:rPr>
          <w:b/>
          <w:sz w:val="26"/>
        </w:rPr>
        <w:t xml:space="preserve">Работа: </w:t>
      </w:r>
      <w:r>
        <w:rPr>
          <w:sz w:val="26"/>
        </w:rPr>
        <w:t xml:space="preserve">Работа: ум, анализ, закон, решения. </w:t>
      </w:r>
    </w:p>
    <w:p>
      <w:pPr>
        <w:pStyle w:val="ListBullet"/>
        <w:spacing w:after="20"/>
        <w:ind w:left="340"/>
      </w:pPr>
      <w:r>
        <w:rPr>
          <w:b/>
          <w:sz w:val="26"/>
        </w:rPr>
        <w:t xml:space="preserve">Деньги: </w:t>
      </w:r>
      <w:r>
        <w:rPr>
          <w:sz w:val="26"/>
        </w:rPr>
        <w:t xml:space="preserve">Деньги: четкий расчет, документы. </w:t>
      </w:r>
    </w:p>
    <w:p>
      <w:pPr>
        <w:pStyle w:val="ListBullet"/>
        <w:spacing w:after="20"/>
        <w:ind w:left="340"/>
      </w:pPr>
      <w:r>
        <w:rPr>
          <w:b/>
          <w:sz w:val="26"/>
        </w:rPr>
        <w:t xml:space="preserve">Здоровье: </w:t>
      </w:r>
      <w:r>
        <w:rPr>
          <w:sz w:val="26"/>
        </w:rPr>
        <w:t xml:space="preserve">Здоровье: нервы, голова, тревога. </w:t>
      </w:r>
    </w:p>
    <w:p>
      <w:pPr>
        <w:pStyle w:val="ListBullet"/>
        <w:spacing w:after="20"/>
        <w:ind w:left="340"/>
      </w:pPr>
      <w:r>
        <w:rPr>
          <w:b/>
          <w:sz w:val="26"/>
        </w:rPr>
        <w:t xml:space="preserve">Духовное: </w:t>
      </w:r>
      <w:r>
        <w:rPr>
          <w:sz w:val="26"/>
        </w:rPr>
        <w:t>Духовное: ясность ума.</w:t>
      </w:r>
    </w:p>
    <w:p>
      <w:pPr>
        <w:spacing w:before="100" w:after="20"/>
      </w:pPr>
      <w:r>
        <w:rPr>
          <w:b/>
          <w:color w:val="1A2B4A"/>
          <w:sz w:val="26"/>
        </w:rPr>
        <w:t>Совет карты:</w:t>
      </w:r>
    </w:p>
    <w:p>
      <w:pPr>
        <w:jc w:val="both"/>
      </w:pPr>
      <w:r>
        <w:rPr>
          <w:sz w:val="26"/>
        </w:rPr>
        <w:t>Думай ясно. Говори правду. Не руби с плеча. Для карты Четверка Мечи это значит: Стабильность, пауза, отдых, фундамент, структура, дом. Время остановиться и укрепить то, что есть. Не жди, пока станет идеально — начни с того, что есть. Один маленький шаг в энергии этой карты уже меняет все. Прямая: Стабильность, пауза, отдых, фундамент, структура, дом. Время остановиться и укрепить то, что есть. Перевернутая: Застой, скука, страх выйти из стабильности, тюрьма из комфорта.</w:t>
      </w:r>
    </w:p>
    <w:p>
      <w:pPr>
        <w:spacing w:before="160"/>
        <w:jc w:val="center"/>
      </w:pPr>
      <w:r>
        <w:rPr>
          <w:color w:val="C9B87A"/>
          <w:sz w:val="26"/>
        </w:rPr>
        <w:t>✦  ✦  ✦</w:t>
      </w:r>
    </w:p>
    <w:p>
      <w:r>
        <w:br w:type="page"/>
      </w:r>
    </w:p>
    <w:p>
      <w:pPr>
        <w:jc w:val="right"/>
      </w:pPr>
      <w:r>
        <w:rPr>
          <w:b/>
          <w:color w:val="999999"/>
          <w:sz w:val="19"/>
        </w:rPr>
        <w:t>ТАРО • 78 КАРТ  •  55 / 78</w:t>
      </w:r>
    </w:p>
    <w:p>
      <w:pPr>
        <w:spacing w:after="40"/>
      </w:pPr>
      <w:r>
        <w:rPr>
          <w:b/>
          <w:color w:val="1A2B4A"/>
          <w:sz w:val="38"/>
        </w:rPr>
        <w:t>Пятерка Мечи</w:t>
      </w:r>
    </w:p>
    <w:p>
      <w:pPr>
        <w:spacing w:after="80"/>
      </w:pPr>
      <w:r>
        <w:rPr>
          <w:i/>
          <w:color w:val="8A6D2B"/>
          <w:sz w:val="26"/>
        </w:rPr>
        <w:t>Воздух: ум, мысли, слова, правда, конфликты, решения, закон. Мечи — это то, что ты думаешь и говоришь.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Человек с тремя мечами смотрит на двух уходящих. Победа ценой потерь, конфликт, подлость.</w:t>
      </w:r>
    </w:p>
    <w:p>
      <w:pPr>
        <w:spacing w:before="100" w:after="20"/>
      </w:pPr>
      <w:r>
        <w:rPr>
          <w:b/>
          <w:color w:val="1A2B4A"/>
          <w:sz w:val="26"/>
        </w:rPr>
        <w:t>В прямом положении:</w:t>
      </w:r>
    </w:p>
    <w:p>
      <w:pPr>
        <w:jc w:val="both"/>
      </w:pPr>
      <w:r>
        <w:rPr>
          <w:sz w:val="26"/>
        </w:rPr>
        <w:t>Конфликт, кризис, борьба, потери, испытание. Точка, где проверяется, насколько ты крепок. Неприятно, но это рост. В масти Мечей это проявляется так: Человек с тремя мечами смотрит на двух уходящих. Победа ценой потерь, конфликт, подлость. Карта говорит: энергия масти сейчас активна, не подавляй ее. Если ты в прямом положении — действуй, чувствуй, думай или строй — в зависимости от масти. Это не случайный шанс, а закономерный этап. Ты уже прошел предыдущие ступени, и теперь тебе открывается следующая.</w:t>
      </w:r>
    </w:p>
    <w:p>
      <w:pPr>
        <w:spacing w:before="100" w:after="20"/>
      </w:pPr>
      <w:r>
        <w:rPr>
          <w:b/>
          <w:color w:val="1A2B4A"/>
          <w:sz w:val="26"/>
        </w:rPr>
        <w:t>В перевернутом положении:</w:t>
      </w:r>
    </w:p>
    <w:p>
      <w:pPr>
        <w:jc w:val="both"/>
      </w:pPr>
      <w:r>
        <w:rPr>
          <w:sz w:val="26"/>
        </w:rPr>
        <w:t>Выход из кризиса, примирение, конец борьбы — или еще глубже в конфликт, если не остановиться. В перевернутом положении карта Пятерка Мечи говорит о том, что энергия масти заблокирована или искажена. Ты либо боишься проявить ее, либо перегибаешь. Посмотри честно: где ты сдаешь, а где — перегибаешь? Перевернутая карта — не приговор, а подсказка: здесь нужно починить, замедлиться или, наоборот, решиться.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Любовь: слова, честность, разум в отношениях. Карта Пятерка Мечей в любви говорит о конфликт, кризис, борьба, потери, испытание. точка, где проверяется, насколько ты крепок. неприятно, но это рост.</w:t>
      </w:r>
    </w:p>
    <w:p>
      <w:pPr>
        <w:pStyle w:val="ListBullet"/>
        <w:spacing w:after="20"/>
        <w:ind w:left="340"/>
      </w:pPr>
      <w:r>
        <w:rPr>
          <w:b/>
          <w:sz w:val="26"/>
        </w:rPr>
        <w:t xml:space="preserve">Работа: </w:t>
      </w:r>
      <w:r>
        <w:rPr>
          <w:sz w:val="26"/>
        </w:rPr>
        <w:t xml:space="preserve">Работа: ум, анализ, закон, решения. </w:t>
      </w:r>
    </w:p>
    <w:p>
      <w:pPr>
        <w:pStyle w:val="ListBullet"/>
        <w:spacing w:after="20"/>
        <w:ind w:left="340"/>
      </w:pPr>
      <w:r>
        <w:rPr>
          <w:b/>
          <w:sz w:val="26"/>
        </w:rPr>
        <w:t xml:space="preserve">Деньги: </w:t>
      </w:r>
      <w:r>
        <w:rPr>
          <w:sz w:val="26"/>
        </w:rPr>
        <w:t xml:space="preserve">Деньги: четкий расчет, документы. </w:t>
      </w:r>
    </w:p>
    <w:p>
      <w:pPr>
        <w:pStyle w:val="ListBullet"/>
        <w:spacing w:after="20"/>
        <w:ind w:left="340"/>
      </w:pPr>
      <w:r>
        <w:rPr>
          <w:b/>
          <w:sz w:val="26"/>
        </w:rPr>
        <w:t xml:space="preserve">Здоровье: </w:t>
      </w:r>
      <w:r>
        <w:rPr>
          <w:sz w:val="26"/>
        </w:rPr>
        <w:t xml:space="preserve">Здоровье: нервы, голова, тревога. </w:t>
      </w:r>
    </w:p>
    <w:p>
      <w:pPr>
        <w:pStyle w:val="ListBullet"/>
        <w:spacing w:after="20"/>
        <w:ind w:left="340"/>
      </w:pPr>
      <w:r>
        <w:rPr>
          <w:b/>
          <w:sz w:val="26"/>
        </w:rPr>
        <w:t xml:space="preserve">Духовное: </w:t>
      </w:r>
      <w:r>
        <w:rPr>
          <w:sz w:val="26"/>
        </w:rPr>
        <w:t>Духовное: ясность ума.</w:t>
      </w:r>
    </w:p>
    <w:p>
      <w:pPr>
        <w:spacing w:before="100" w:after="20"/>
      </w:pPr>
      <w:r>
        <w:rPr>
          <w:b/>
          <w:color w:val="1A2B4A"/>
          <w:sz w:val="26"/>
        </w:rPr>
        <w:t>Совет карты:</w:t>
      </w:r>
    </w:p>
    <w:p>
      <w:pPr>
        <w:jc w:val="both"/>
      </w:pPr>
      <w:r>
        <w:rPr>
          <w:sz w:val="26"/>
        </w:rPr>
        <w:t>Думай ясно. Говори правду. Не руби с плеча. Для карты Пятерка Мечи это значит: Конфликт, кризис, борьба, потери, испытание. Точка, где проверяется, насколько ты крепок. Неприятно, но это рост. Не жди, пока станет идеально — начни с того, что есть. Один маленький шаг в энергии этой карты уже меняет все. Прямая: Конфликт, кризис, борьба, потери, испытание. Точка, где проверяется, насколько ты крепок. Неприятно, но это рост. Перевернутая: Выход из кризиса, примирение, конец борьбы — или еще глубже в конфликт, если не остановиться.</w:t>
      </w:r>
    </w:p>
    <w:p>
      <w:pPr>
        <w:spacing w:before="160"/>
        <w:jc w:val="center"/>
      </w:pPr>
      <w:r>
        <w:rPr>
          <w:color w:val="C9B87A"/>
          <w:sz w:val="26"/>
        </w:rPr>
        <w:t>✦  ✦  ✦</w:t>
      </w:r>
    </w:p>
    <w:p>
      <w:r>
        <w:br w:type="page"/>
      </w:r>
    </w:p>
    <w:p>
      <w:pPr>
        <w:jc w:val="right"/>
      </w:pPr>
      <w:r>
        <w:rPr>
          <w:b/>
          <w:color w:val="999999"/>
          <w:sz w:val="19"/>
        </w:rPr>
        <w:t>ТАРО • 78 КАРТ  •  56 / 78</w:t>
      </w:r>
    </w:p>
    <w:p>
      <w:pPr>
        <w:spacing w:after="40"/>
      </w:pPr>
      <w:r>
        <w:rPr>
          <w:b/>
          <w:color w:val="1A2B4A"/>
          <w:sz w:val="38"/>
        </w:rPr>
        <w:t>Шестерка Мечи</w:t>
      </w:r>
    </w:p>
    <w:p>
      <w:pPr>
        <w:spacing w:after="80"/>
      </w:pPr>
      <w:r>
        <w:rPr>
          <w:i/>
          <w:color w:val="8A6D2B"/>
          <w:sz w:val="26"/>
        </w:rPr>
        <w:t>Воздух: ум, мысли, слова, правда, конфликты, решения, закон. Мечи — это то, что ты думаешь и говоришь.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Лодка с людьми плывет от бурной воды к спокойной, в лодке шесть мечей. Переход, уход от проблем.</w:t>
      </w:r>
    </w:p>
    <w:p>
      <w:pPr>
        <w:spacing w:before="100" w:after="20"/>
      </w:pPr>
      <w:r>
        <w:rPr>
          <w:b/>
          <w:color w:val="1A2B4A"/>
          <w:sz w:val="26"/>
        </w:rPr>
        <w:t>В прямом положении:</w:t>
      </w:r>
    </w:p>
    <w:p>
      <w:pPr>
        <w:jc w:val="both"/>
      </w:pPr>
      <w:r>
        <w:rPr>
          <w:sz w:val="26"/>
        </w:rPr>
        <w:t>Гармония, помощь, прошлое, победа, движение вперед. Баланс между брать и давать, между прошлым и будущим. В масти Мечей это проявляется так: Лодка с людьми плывет от бурной воды к спокойной, в лодке шесть мечей. Переход, уход от проблем. Карта говорит: энергия масти сейчас активна, не подавляй ее. Если ты в прямом положении — действуй, чувствуй, думай или строй — в зависимости от масти. Это не случайный шанс, а закономерный этап. Ты уже прошел предыдущие ступени, и теперь тебе открывается следующая.</w:t>
      </w:r>
    </w:p>
    <w:p>
      <w:pPr>
        <w:spacing w:before="100" w:after="20"/>
      </w:pPr>
      <w:r>
        <w:rPr>
          <w:b/>
          <w:color w:val="1A2B4A"/>
          <w:sz w:val="26"/>
        </w:rPr>
        <w:t>В перевернутом положении:</w:t>
      </w:r>
    </w:p>
    <w:p>
      <w:pPr>
        <w:jc w:val="both"/>
      </w:pPr>
      <w:r>
        <w:rPr>
          <w:sz w:val="26"/>
        </w:rPr>
        <w:t>Застревание в прошлом, зависимость от помощи, ностальгия, которая не отпускает. В перевернутом положении карта Шестерка Мечи говорит о том, что энергия масти заблокирована или искажена. Ты либо боишься проявить ее, либо перегибаешь. Посмотри честно: где ты сдаешь, а где — перегибаешь? Перевернутая карта — не приговор, а подсказка: здесь нужно починить, замедлиться или, наоборот, решиться.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Любовь: слова, честность, разум в отношениях. Карта Шестерка Мечей в любви говорит о гармония, помощь, прошлое, победа, движение вперед. баланс между брать и давать, между прошлым и будущим.</w:t>
      </w:r>
    </w:p>
    <w:p>
      <w:pPr>
        <w:pStyle w:val="ListBullet"/>
        <w:spacing w:after="20"/>
        <w:ind w:left="340"/>
      </w:pPr>
      <w:r>
        <w:rPr>
          <w:b/>
          <w:sz w:val="26"/>
        </w:rPr>
        <w:t xml:space="preserve">Работа: </w:t>
      </w:r>
      <w:r>
        <w:rPr>
          <w:sz w:val="26"/>
        </w:rPr>
        <w:t xml:space="preserve">Работа: ум, анализ, закон, решения. </w:t>
      </w:r>
    </w:p>
    <w:p>
      <w:pPr>
        <w:pStyle w:val="ListBullet"/>
        <w:spacing w:after="20"/>
        <w:ind w:left="340"/>
      </w:pPr>
      <w:r>
        <w:rPr>
          <w:b/>
          <w:sz w:val="26"/>
        </w:rPr>
        <w:t xml:space="preserve">Деньги: </w:t>
      </w:r>
      <w:r>
        <w:rPr>
          <w:sz w:val="26"/>
        </w:rPr>
        <w:t xml:space="preserve">Деньги: четкий расчет, документы. </w:t>
      </w:r>
    </w:p>
    <w:p>
      <w:pPr>
        <w:pStyle w:val="ListBullet"/>
        <w:spacing w:after="20"/>
        <w:ind w:left="340"/>
      </w:pPr>
      <w:r>
        <w:rPr>
          <w:b/>
          <w:sz w:val="26"/>
        </w:rPr>
        <w:t xml:space="preserve">Здоровье: </w:t>
      </w:r>
      <w:r>
        <w:rPr>
          <w:sz w:val="26"/>
        </w:rPr>
        <w:t xml:space="preserve">Здоровье: нервы, голова, тревога. </w:t>
      </w:r>
    </w:p>
    <w:p>
      <w:pPr>
        <w:pStyle w:val="ListBullet"/>
        <w:spacing w:after="20"/>
        <w:ind w:left="340"/>
      </w:pPr>
      <w:r>
        <w:rPr>
          <w:b/>
          <w:sz w:val="26"/>
        </w:rPr>
        <w:t xml:space="preserve">Духовное: </w:t>
      </w:r>
      <w:r>
        <w:rPr>
          <w:sz w:val="26"/>
        </w:rPr>
        <w:t>Духовное: ясность ума.</w:t>
      </w:r>
    </w:p>
    <w:p>
      <w:pPr>
        <w:spacing w:before="100" w:after="20"/>
      </w:pPr>
      <w:r>
        <w:rPr>
          <w:b/>
          <w:color w:val="1A2B4A"/>
          <w:sz w:val="26"/>
        </w:rPr>
        <w:t>Совет карты:</w:t>
      </w:r>
    </w:p>
    <w:p>
      <w:pPr>
        <w:jc w:val="both"/>
      </w:pPr>
      <w:r>
        <w:rPr>
          <w:sz w:val="26"/>
        </w:rPr>
        <w:t>Думай ясно. Говори правду. Не руби с плеча. Для карты Шестерка Мечи это значит: Гармония, помощь, прошлое, победа, движение вперед. Баланс между брать и давать, между прошлым и будущим. Не жди, пока станет идеально — начни с того, что есть. Один маленький шаг в энергии этой карты уже меняет все. Прямая: Гармония, помощь, прошлое, победа, движение вперед. Баланс между брать и давать, между прошлым и будущим. Перевернутая: Застревание в прошлом, зависимость от помощи, ностальгия, которая не отпускает.</w:t>
      </w:r>
    </w:p>
    <w:p>
      <w:pPr>
        <w:spacing w:before="160"/>
        <w:jc w:val="center"/>
      </w:pPr>
      <w:r>
        <w:rPr>
          <w:color w:val="C9B87A"/>
          <w:sz w:val="26"/>
        </w:rPr>
        <w:t>✦  ✦  ✦</w:t>
      </w:r>
    </w:p>
    <w:p>
      <w:r>
        <w:br w:type="page"/>
      </w:r>
    </w:p>
    <w:p>
      <w:pPr>
        <w:jc w:val="right"/>
      </w:pPr>
      <w:r>
        <w:rPr>
          <w:b/>
          <w:color w:val="999999"/>
          <w:sz w:val="19"/>
        </w:rPr>
        <w:t>ТАРО • 78 КАРТ  •  57 / 78</w:t>
      </w:r>
    </w:p>
    <w:p>
      <w:pPr>
        <w:spacing w:after="40"/>
      </w:pPr>
      <w:r>
        <w:rPr>
          <w:b/>
          <w:color w:val="1A2B4A"/>
          <w:sz w:val="38"/>
        </w:rPr>
        <w:t>Семерка Мечи</w:t>
      </w:r>
    </w:p>
    <w:p>
      <w:pPr>
        <w:spacing w:after="80"/>
      </w:pPr>
      <w:r>
        <w:rPr>
          <w:i/>
          <w:color w:val="8A6D2B"/>
          <w:sz w:val="26"/>
        </w:rPr>
        <w:t>Воздух: ум, мысли, слова, правда, конфликты, решения, закон. Мечи — это то, что ты думаешь и говоришь.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Человек крадется с пятью мечами, оглядываясь, два остались. Хитрость, обман, кража, стратегия.</w:t>
      </w:r>
    </w:p>
    <w:p>
      <w:pPr>
        <w:spacing w:before="100" w:after="20"/>
      </w:pPr>
      <w:r>
        <w:rPr>
          <w:b/>
          <w:color w:val="1A2B4A"/>
          <w:sz w:val="26"/>
        </w:rPr>
        <w:t>В прямом положении:</w:t>
      </w:r>
    </w:p>
    <w:p>
      <w:pPr>
        <w:jc w:val="both"/>
      </w:pPr>
      <w:r>
        <w:rPr>
          <w:sz w:val="26"/>
        </w:rPr>
        <w:t>Борьба, защита, испытание, стратегия, выдержка. Тебе придется отстаивать свое. Не сдавайся, но и не дерись вслепую. В масти Мечей это проявляется так: Человек крадется с пятью мечами, оглядываясь, два остались. Хитрость, обман, кража, стратегия. Карта говорит: энергия масти сейчас активна, не подавляй ее. Если ты в прямом положении — действуй, чувствуй, думай или строй — в зависимости от масти. Это не случайный шанс, а закономерный этап. Ты уже прошел предыдущие ступени, и теперь тебе открывается следующая.</w:t>
      </w:r>
    </w:p>
    <w:p>
      <w:pPr>
        <w:spacing w:before="100" w:after="20"/>
      </w:pPr>
      <w:r>
        <w:rPr>
          <w:b/>
          <w:color w:val="1A2B4A"/>
          <w:sz w:val="26"/>
        </w:rPr>
        <w:t>В перевернутом положении:</w:t>
      </w:r>
    </w:p>
    <w:p>
      <w:pPr>
        <w:jc w:val="both"/>
      </w:pPr>
      <w:r>
        <w:rPr>
          <w:sz w:val="26"/>
        </w:rPr>
        <w:t>Сдача, страх бороться, поражение, бегство с поля боя. В перевернутом положении карта Семерка Мечи говорит о том, что энергия масти заблокирована или искажена. Ты либо боишься проявить ее, либо перегибаешь. Посмотри честно: где ты сдаешь, а где — перегибаешь? Перевернутая карта — не приговор, а подсказка: здесь нужно починить, замедлиться или, наоборот, решиться.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Любовь: слова, честность, разум в отношениях. Карта Семерка Мечей в любви говорит о борьба, защита, испытание, стратегия, выдержка. тебе придется отстаивать свое. не сдавайся, но и не дерись вслепую.</w:t>
      </w:r>
    </w:p>
    <w:p>
      <w:pPr>
        <w:pStyle w:val="ListBullet"/>
        <w:spacing w:after="20"/>
        <w:ind w:left="340"/>
      </w:pPr>
      <w:r>
        <w:rPr>
          <w:b/>
          <w:sz w:val="26"/>
        </w:rPr>
        <w:t xml:space="preserve">Работа: </w:t>
      </w:r>
      <w:r>
        <w:rPr>
          <w:sz w:val="26"/>
        </w:rPr>
        <w:t xml:space="preserve">Работа: ум, анализ, закон, решения. </w:t>
      </w:r>
    </w:p>
    <w:p>
      <w:pPr>
        <w:pStyle w:val="ListBullet"/>
        <w:spacing w:after="20"/>
        <w:ind w:left="340"/>
      </w:pPr>
      <w:r>
        <w:rPr>
          <w:b/>
          <w:sz w:val="26"/>
        </w:rPr>
        <w:t xml:space="preserve">Деньги: </w:t>
      </w:r>
      <w:r>
        <w:rPr>
          <w:sz w:val="26"/>
        </w:rPr>
        <w:t xml:space="preserve">Деньги: четкий расчет, документы. </w:t>
      </w:r>
    </w:p>
    <w:p>
      <w:pPr>
        <w:pStyle w:val="ListBullet"/>
        <w:spacing w:after="20"/>
        <w:ind w:left="340"/>
      </w:pPr>
      <w:r>
        <w:rPr>
          <w:b/>
          <w:sz w:val="26"/>
        </w:rPr>
        <w:t xml:space="preserve">Здоровье: </w:t>
      </w:r>
      <w:r>
        <w:rPr>
          <w:sz w:val="26"/>
        </w:rPr>
        <w:t xml:space="preserve">Здоровье: нервы, голова, тревога. </w:t>
      </w:r>
    </w:p>
    <w:p>
      <w:pPr>
        <w:pStyle w:val="ListBullet"/>
        <w:spacing w:after="20"/>
        <w:ind w:left="340"/>
      </w:pPr>
      <w:r>
        <w:rPr>
          <w:b/>
          <w:sz w:val="26"/>
        </w:rPr>
        <w:t xml:space="preserve">Духовное: </w:t>
      </w:r>
      <w:r>
        <w:rPr>
          <w:sz w:val="26"/>
        </w:rPr>
        <w:t>Духовное: ясность ума.</w:t>
      </w:r>
    </w:p>
    <w:p>
      <w:pPr>
        <w:spacing w:before="100" w:after="20"/>
      </w:pPr>
      <w:r>
        <w:rPr>
          <w:b/>
          <w:color w:val="1A2B4A"/>
          <w:sz w:val="26"/>
        </w:rPr>
        <w:t>Совет карты:</w:t>
      </w:r>
    </w:p>
    <w:p>
      <w:pPr>
        <w:jc w:val="both"/>
      </w:pPr>
      <w:r>
        <w:rPr>
          <w:sz w:val="26"/>
        </w:rPr>
        <w:t>Думай ясно. Говори правду. Не руби с плеча. Для карты Семерка Мечи это значит: Борьба, защита, испытание, стратегия, выдержка. Тебе придется отстаивать свое. Не сдавайся, но и не дерись вслепую. Не жди, пока станет идеально — начни с того, что есть. Один маленький шаг в энергии этой карты уже меняет все. Прямая: Борьба, защита, испытание, стратегия, выдержка. Тебе придется отстаивать свое. Не сдавайся, но и не дерись вслепую. Перевернутая: Сдача, страх бороться, поражение, бегство с поля боя.</w:t>
      </w:r>
    </w:p>
    <w:p>
      <w:pPr>
        <w:spacing w:before="160"/>
        <w:jc w:val="center"/>
      </w:pPr>
      <w:r>
        <w:rPr>
          <w:color w:val="C9B87A"/>
          <w:sz w:val="26"/>
        </w:rPr>
        <w:t>✦  ✦  ✦</w:t>
      </w:r>
    </w:p>
    <w:p>
      <w:r>
        <w:br w:type="page"/>
      </w:r>
    </w:p>
    <w:p>
      <w:pPr>
        <w:jc w:val="right"/>
      </w:pPr>
      <w:r>
        <w:rPr>
          <w:b/>
          <w:color w:val="999999"/>
          <w:sz w:val="19"/>
        </w:rPr>
        <w:t>ТАРО • 78 КАРТ  •  58 / 78</w:t>
      </w:r>
    </w:p>
    <w:p>
      <w:pPr>
        <w:spacing w:after="40"/>
      </w:pPr>
      <w:r>
        <w:rPr>
          <w:b/>
          <w:color w:val="1A2B4A"/>
          <w:sz w:val="38"/>
        </w:rPr>
        <w:t>Восьмерка Мечи</w:t>
      </w:r>
    </w:p>
    <w:p>
      <w:pPr>
        <w:spacing w:after="80"/>
      </w:pPr>
      <w:r>
        <w:rPr>
          <w:i/>
          <w:color w:val="8A6D2B"/>
          <w:sz w:val="26"/>
        </w:rPr>
        <w:t>Воздух: ум, мысли, слова, правда, конфликты, решения, закон. Мечи — это то, что ты думаешь и говоришь.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Женщина связана, с завязанными глазами, вокруг восемь мечей, болото. Ловушка, страх, самоограничение.</w:t>
      </w:r>
    </w:p>
    <w:p>
      <w:pPr>
        <w:spacing w:before="100" w:after="20"/>
      </w:pPr>
      <w:r>
        <w:rPr>
          <w:b/>
          <w:color w:val="1A2B4A"/>
          <w:sz w:val="26"/>
        </w:rPr>
        <w:t>В прямом положении:</w:t>
      </w:r>
    </w:p>
    <w:p>
      <w:pPr>
        <w:jc w:val="both"/>
      </w:pPr>
      <w:r>
        <w:rPr>
          <w:sz w:val="26"/>
        </w:rPr>
        <w:t>Движение, скорость, перемены, действие, прогресс. Все ускоряется. Не тормози — поток уже несет тебя. В масти Мечей это проявляется так: Женщина связана, с завязанными глазами, вокруг восемь мечей, болото. Ловушка, страх, самоограничение. Карта говорит: энергия масти сейчас активна, не подавляй ее. Если ты в прямом положении — действуй, чувствуй, думай или строй — в зависимости от масти. Это не случайный шанс, а закономерный этап. Ты уже прошел предыдущие ступени, и теперь тебе открывается следующая.</w:t>
      </w:r>
    </w:p>
    <w:p>
      <w:pPr>
        <w:spacing w:before="100" w:after="20"/>
      </w:pPr>
      <w:r>
        <w:rPr>
          <w:b/>
          <w:color w:val="1A2B4A"/>
          <w:sz w:val="26"/>
        </w:rPr>
        <w:t>В перевернутом положении:</w:t>
      </w:r>
    </w:p>
    <w:p>
      <w:pPr>
        <w:jc w:val="both"/>
      </w:pPr>
      <w:r>
        <w:rPr>
          <w:sz w:val="26"/>
        </w:rPr>
        <w:t>Застой, промедление, страх движения, упущенное время. В перевернутом положении карта Восьмерка Мечи говорит о том, что энергия масти заблокирована или искажена. Ты либо боишься проявить ее, либо перегибаешь. Посмотри честно: где ты сдаешь, а где — перегибаешь? Перевернутая карта — не приговор, а подсказка: здесь нужно починить, замедлиться или, наоборот, решиться.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Любовь: слова, честность, разум в отношениях. Карта Восьмерка Мечей в любви говорит о движение, скорость, перемены, действие, прогресс. все ускоряется. не тормози — поток уже несет тебя.</w:t>
      </w:r>
    </w:p>
    <w:p>
      <w:pPr>
        <w:pStyle w:val="ListBullet"/>
        <w:spacing w:after="20"/>
        <w:ind w:left="340"/>
      </w:pPr>
      <w:r>
        <w:rPr>
          <w:b/>
          <w:sz w:val="26"/>
        </w:rPr>
        <w:t xml:space="preserve">Работа: </w:t>
      </w:r>
      <w:r>
        <w:rPr>
          <w:sz w:val="26"/>
        </w:rPr>
        <w:t xml:space="preserve">Работа: ум, анализ, закон, решения. </w:t>
      </w:r>
    </w:p>
    <w:p>
      <w:pPr>
        <w:pStyle w:val="ListBullet"/>
        <w:spacing w:after="20"/>
        <w:ind w:left="340"/>
      </w:pPr>
      <w:r>
        <w:rPr>
          <w:b/>
          <w:sz w:val="26"/>
        </w:rPr>
        <w:t xml:space="preserve">Деньги: </w:t>
      </w:r>
      <w:r>
        <w:rPr>
          <w:sz w:val="26"/>
        </w:rPr>
        <w:t xml:space="preserve">Деньги: четкий расчет, документы. </w:t>
      </w:r>
    </w:p>
    <w:p>
      <w:pPr>
        <w:pStyle w:val="ListBullet"/>
        <w:spacing w:after="20"/>
        <w:ind w:left="340"/>
      </w:pPr>
      <w:r>
        <w:rPr>
          <w:b/>
          <w:sz w:val="26"/>
        </w:rPr>
        <w:t xml:space="preserve">Здоровье: </w:t>
      </w:r>
      <w:r>
        <w:rPr>
          <w:sz w:val="26"/>
        </w:rPr>
        <w:t xml:space="preserve">Здоровье: нервы, голова, тревога. </w:t>
      </w:r>
    </w:p>
    <w:p>
      <w:pPr>
        <w:pStyle w:val="ListBullet"/>
        <w:spacing w:after="20"/>
        <w:ind w:left="340"/>
      </w:pPr>
      <w:r>
        <w:rPr>
          <w:b/>
          <w:sz w:val="26"/>
        </w:rPr>
        <w:t xml:space="preserve">Духовное: </w:t>
      </w:r>
      <w:r>
        <w:rPr>
          <w:sz w:val="26"/>
        </w:rPr>
        <w:t>Духовное: ясность ума.</w:t>
      </w:r>
    </w:p>
    <w:p>
      <w:pPr>
        <w:spacing w:before="100" w:after="20"/>
      </w:pPr>
      <w:r>
        <w:rPr>
          <w:b/>
          <w:color w:val="1A2B4A"/>
          <w:sz w:val="26"/>
        </w:rPr>
        <w:t>Совет карты:</w:t>
      </w:r>
    </w:p>
    <w:p>
      <w:pPr>
        <w:jc w:val="both"/>
      </w:pPr>
      <w:r>
        <w:rPr>
          <w:sz w:val="26"/>
        </w:rPr>
        <w:t>Думай ясно. Говори правду. Не руби с плеча. Для карты Восьмерка Мечи это значит: Движение, скорость, перемены, действие, прогресс. Все ускоряется. Не тормози — поток уже несет тебя. Не жди, пока станет идеально — начни с того, что есть. Один маленький шаг в энергии этой карты уже меняет все. Прямая: Движение, скорость, перемены, действие, прогресс. Все ускоряется. Не тормози — поток уже несет тебя. Перевернутая: Застой, промедление, страх движения, упущенное время.</w:t>
      </w:r>
    </w:p>
    <w:p>
      <w:pPr>
        <w:spacing w:before="160"/>
        <w:jc w:val="center"/>
      </w:pPr>
      <w:r>
        <w:rPr>
          <w:color w:val="C9B87A"/>
          <w:sz w:val="26"/>
        </w:rPr>
        <w:t>✦  ✦  ✦</w:t>
      </w:r>
    </w:p>
    <w:p>
      <w:r>
        <w:br w:type="page"/>
      </w:r>
    </w:p>
    <w:p>
      <w:pPr>
        <w:jc w:val="right"/>
      </w:pPr>
      <w:r>
        <w:rPr>
          <w:b/>
          <w:color w:val="999999"/>
          <w:sz w:val="19"/>
        </w:rPr>
        <w:t>ТАРО • 78 КАРТ  •  59 / 78</w:t>
      </w:r>
    </w:p>
    <w:p>
      <w:pPr>
        <w:spacing w:after="40"/>
      </w:pPr>
      <w:r>
        <w:rPr>
          <w:b/>
          <w:color w:val="1A2B4A"/>
          <w:sz w:val="38"/>
        </w:rPr>
        <w:t>Девятка Мечи</w:t>
      </w:r>
    </w:p>
    <w:p>
      <w:pPr>
        <w:spacing w:after="80"/>
      </w:pPr>
      <w:r>
        <w:rPr>
          <w:i/>
          <w:color w:val="8A6D2B"/>
          <w:sz w:val="26"/>
        </w:rPr>
        <w:t>Воздух: ум, мысли, слова, правда, конфликты, решения, закон. Мечи — это то, что ты думаешь и говоришь.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Человек проснулся ночью в ужасе, сидит на кровати, над ним девять мечей. Тревога, бессонница, вина.</w:t>
      </w:r>
    </w:p>
    <w:p>
      <w:pPr>
        <w:spacing w:before="100" w:after="20"/>
      </w:pPr>
      <w:r>
        <w:rPr>
          <w:b/>
          <w:color w:val="1A2B4A"/>
          <w:sz w:val="26"/>
        </w:rPr>
        <w:t>В прямом положении:</w:t>
      </w:r>
    </w:p>
    <w:p>
      <w:pPr>
        <w:jc w:val="both"/>
      </w:pPr>
      <w:r>
        <w:rPr>
          <w:sz w:val="26"/>
        </w:rPr>
        <w:t>Завершение, мудрость, защита, одиночество, итоги, почти финиш. Ты близок к цели, но устал. Держись. В масти Мечей это проявляется так: Человек проснулся ночью в ужасе, сидит на кровати, над ним девять мечей. Тревога, бессонница, вина. Карта говорит: энергия масти сейчас активна, не подавляй ее. Если ты в прямом положении — действуй, чувствуй, думай или строй — в зависимости от масти. Это не случайный шанс, а закономерный этап. Ты уже прошел предыдущие ступени, и теперь тебе открывается следующая.</w:t>
      </w:r>
    </w:p>
    <w:p>
      <w:pPr>
        <w:spacing w:before="100" w:after="20"/>
      </w:pPr>
      <w:r>
        <w:rPr>
          <w:b/>
          <w:color w:val="1A2B4A"/>
          <w:sz w:val="26"/>
        </w:rPr>
        <w:t>В перевернутом положении:</w:t>
      </w:r>
    </w:p>
    <w:p>
      <w:pPr>
        <w:jc w:val="both"/>
      </w:pPr>
      <w:r>
        <w:rPr>
          <w:sz w:val="26"/>
        </w:rPr>
        <w:t>Тревога, страх, бессонница, истощение, защита, которая превратилась в клетку. В перевернутом положении карта Девятка Мечи говорит о том, что энергия масти заблокирована или искажена. Ты либо боишься проявить ее, либо перегибаешь. Посмотри честно: где ты сдаешь, а где — перегибаешь? Перевернутая карта — не приговор, а подсказка: здесь нужно починить, замедлиться или, наоборот, решиться.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Любовь: слова, честность, разум в отношениях. Карта Девятка Мечей в любви говорит о завершение, мудрость, защита, одиночество, итоги, почти финиш. ты близок к цели, но устал. держись.</w:t>
      </w:r>
    </w:p>
    <w:p>
      <w:pPr>
        <w:pStyle w:val="ListBullet"/>
        <w:spacing w:after="20"/>
        <w:ind w:left="340"/>
      </w:pPr>
      <w:r>
        <w:rPr>
          <w:b/>
          <w:sz w:val="26"/>
        </w:rPr>
        <w:t xml:space="preserve">Работа: </w:t>
      </w:r>
      <w:r>
        <w:rPr>
          <w:sz w:val="26"/>
        </w:rPr>
        <w:t xml:space="preserve">Работа: ум, анализ, закон, решения. </w:t>
      </w:r>
    </w:p>
    <w:p>
      <w:pPr>
        <w:pStyle w:val="ListBullet"/>
        <w:spacing w:after="20"/>
        <w:ind w:left="340"/>
      </w:pPr>
      <w:r>
        <w:rPr>
          <w:b/>
          <w:sz w:val="26"/>
        </w:rPr>
        <w:t xml:space="preserve">Деньги: </w:t>
      </w:r>
      <w:r>
        <w:rPr>
          <w:sz w:val="26"/>
        </w:rPr>
        <w:t xml:space="preserve">Деньги: четкий расчет, документы. </w:t>
      </w:r>
    </w:p>
    <w:p>
      <w:pPr>
        <w:pStyle w:val="ListBullet"/>
        <w:spacing w:after="20"/>
        <w:ind w:left="340"/>
      </w:pPr>
      <w:r>
        <w:rPr>
          <w:b/>
          <w:sz w:val="26"/>
        </w:rPr>
        <w:t xml:space="preserve">Здоровье: </w:t>
      </w:r>
      <w:r>
        <w:rPr>
          <w:sz w:val="26"/>
        </w:rPr>
        <w:t xml:space="preserve">Здоровье: нервы, голова, тревога. </w:t>
      </w:r>
    </w:p>
    <w:p>
      <w:pPr>
        <w:pStyle w:val="ListBullet"/>
        <w:spacing w:after="20"/>
        <w:ind w:left="340"/>
      </w:pPr>
      <w:r>
        <w:rPr>
          <w:b/>
          <w:sz w:val="26"/>
        </w:rPr>
        <w:t xml:space="preserve">Духовное: </w:t>
      </w:r>
      <w:r>
        <w:rPr>
          <w:sz w:val="26"/>
        </w:rPr>
        <w:t>Духовное: ясность ума.</w:t>
      </w:r>
    </w:p>
    <w:p>
      <w:pPr>
        <w:spacing w:before="100" w:after="20"/>
      </w:pPr>
      <w:r>
        <w:rPr>
          <w:b/>
          <w:color w:val="1A2B4A"/>
          <w:sz w:val="26"/>
        </w:rPr>
        <w:t>Совет карты:</w:t>
      </w:r>
    </w:p>
    <w:p>
      <w:pPr>
        <w:jc w:val="both"/>
      </w:pPr>
      <w:r>
        <w:rPr>
          <w:sz w:val="26"/>
        </w:rPr>
        <w:t>Думай ясно. Говори правду. Не руби с плеча. Для карты Девятка Мечи это значит: Завершение, мудрость, защита, одиночество, итоги, почти финиш. Ты близок к цели, но устал. Держись. Не жди, пока станет идеально — начни с того, что есть. Один маленький шаг в энергии этой карты уже меняет все. Прямая: Завершение, мудрость, защита, одиночество, итоги, почти финиш. Ты близок к цели, но устал. Держись. Перевернутая: Тревога, страх, бессонница, истощение, защита, которая превратилась в клетку.</w:t>
      </w:r>
    </w:p>
    <w:p>
      <w:pPr>
        <w:spacing w:before="160"/>
        <w:jc w:val="center"/>
      </w:pPr>
      <w:r>
        <w:rPr>
          <w:color w:val="C9B87A"/>
          <w:sz w:val="26"/>
        </w:rPr>
        <w:t>✦  ✦  ✦</w:t>
      </w:r>
    </w:p>
    <w:p>
      <w:r>
        <w:br w:type="page"/>
      </w:r>
    </w:p>
    <w:p>
      <w:pPr>
        <w:jc w:val="right"/>
      </w:pPr>
      <w:r>
        <w:rPr>
          <w:b/>
          <w:color w:val="999999"/>
          <w:sz w:val="19"/>
        </w:rPr>
        <w:t>ТАРО • 78 КАРТ  •  60 / 78</w:t>
      </w:r>
    </w:p>
    <w:p>
      <w:pPr>
        <w:spacing w:after="40"/>
      </w:pPr>
      <w:r>
        <w:rPr>
          <w:b/>
          <w:color w:val="1A2B4A"/>
          <w:sz w:val="38"/>
        </w:rPr>
        <w:t>Десятка Мечи</w:t>
      </w:r>
    </w:p>
    <w:p>
      <w:pPr>
        <w:spacing w:after="80"/>
      </w:pPr>
      <w:r>
        <w:rPr>
          <w:i/>
          <w:color w:val="8A6D2B"/>
          <w:sz w:val="26"/>
        </w:rPr>
        <w:t>Воздух: ум, мысли, слова, правда, конфликты, решения, закон. Мечи — это то, что ты думаешь и говоришь.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Человек лежит лицом вниз с десятью мечами в спине, небо черное, но на горизонте рассвет. Конец, дно.</w:t>
      </w:r>
    </w:p>
    <w:p>
      <w:pPr>
        <w:spacing w:before="100" w:after="20"/>
      </w:pPr>
      <w:r>
        <w:rPr>
          <w:b/>
          <w:color w:val="1A2B4A"/>
          <w:sz w:val="26"/>
        </w:rPr>
        <w:t>В прямом положении:</w:t>
      </w:r>
    </w:p>
    <w:p>
      <w:pPr>
        <w:jc w:val="both"/>
      </w:pPr>
      <w:r>
        <w:rPr>
          <w:sz w:val="26"/>
        </w:rPr>
        <w:t>Завершение цикла, перегруз, итог, переход к новому. То, что было, закончилось. Собери урожай и отпусти. В масти Мечей это проявляется так: Человек лежит лицом вниз с десятью мечами в спине, небо черное, но на горизонте рассвет. Конец, дно. Карта говорит: энергия масти сейчас активна, не подавляй ее. Если ты в прямом положении — действуй, чувствуй, думай или строй — в зависимости от масти. Это не случайный шанс, а закономерный этап. Ты уже прошел предыдущие ступени, и теперь тебе открывается следующая.</w:t>
      </w:r>
    </w:p>
    <w:p>
      <w:pPr>
        <w:spacing w:before="100" w:after="20"/>
      </w:pPr>
      <w:r>
        <w:rPr>
          <w:b/>
          <w:color w:val="1A2B4A"/>
          <w:sz w:val="26"/>
        </w:rPr>
        <w:t>В перевернутом положении:</w:t>
      </w:r>
    </w:p>
    <w:p>
      <w:pPr>
        <w:jc w:val="both"/>
      </w:pPr>
      <w:r>
        <w:rPr>
          <w:sz w:val="26"/>
        </w:rPr>
        <w:t>Облегчение, сброс груза, конец тяжести — если отпустишь. Или груз, который ты тащишь дальше. В перевернутом положении карта Десятка Мечи говорит о том, что энергия масти заблокирована или искажена. Ты либо боишься проявить ее, либо перегибаешь. Посмотри честно: где ты сдаешь, а где — перегибаешь? Перевернутая карта — не приговор, а подсказка: здесь нужно починить, замедлиться или, наоборот, решиться.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Любовь: слова, честность, разум в отношениях. Карта Десятка Мечей в любви говорит о завершение цикла, перегруз, итог, переход к новому. то, что было, закончилось. собери урожай и отпусти.</w:t>
      </w:r>
    </w:p>
    <w:p>
      <w:pPr>
        <w:pStyle w:val="ListBullet"/>
        <w:spacing w:after="20"/>
        <w:ind w:left="340"/>
      </w:pPr>
      <w:r>
        <w:rPr>
          <w:b/>
          <w:sz w:val="26"/>
        </w:rPr>
        <w:t xml:space="preserve">Работа: </w:t>
      </w:r>
      <w:r>
        <w:rPr>
          <w:sz w:val="26"/>
        </w:rPr>
        <w:t xml:space="preserve">Работа: ум, анализ, закон, решения. </w:t>
      </w:r>
    </w:p>
    <w:p>
      <w:pPr>
        <w:pStyle w:val="ListBullet"/>
        <w:spacing w:after="20"/>
        <w:ind w:left="340"/>
      </w:pPr>
      <w:r>
        <w:rPr>
          <w:b/>
          <w:sz w:val="26"/>
        </w:rPr>
        <w:t xml:space="preserve">Деньги: </w:t>
      </w:r>
      <w:r>
        <w:rPr>
          <w:sz w:val="26"/>
        </w:rPr>
        <w:t xml:space="preserve">Деньги: четкий расчет, документы. </w:t>
      </w:r>
    </w:p>
    <w:p>
      <w:pPr>
        <w:pStyle w:val="ListBullet"/>
        <w:spacing w:after="20"/>
        <w:ind w:left="340"/>
      </w:pPr>
      <w:r>
        <w:rPr>
          <w:b/>
          <w:sz w:val="26"/>
        </w:rPr>
        <w:t xml:space="preserve">Здоровье: </w:t>
      </w:r>
      <w:r>
        <w:rPr>
          <w:sz w:val="26"/>
        </w:rPr>
        <w:t xml:space="preserve">Здоровье: нервы, голова, тревога. </w:t>
      </w:r>
    </w:p>
    <w:p>
      <w:pPr>
        <w:pStyle w:val="ListBullet"/>
        <w:spacing w:after="20"/>
        <w:ind w:left="340"/>
      </w:pPr>
      <w:r>
        <w:rPr>
          <w:b/>
          <w:sz w:val="26"/>
        </w:rPr>
        <w:t xml:space="preserve">Духовное: </w:t>
      </w:r>
      <w:r>
        <w:rPr>
          <w:sz w:val="26"/>
        </w:rPr>
        <w:t>Духовное: ясность ума.</w:t>
      </w:r>
    </w:p>
    <w:p>
      <w:pPr>
        <w:spacing w:before="100" w:after="20"/>
      </w:pPr>
      <w:r>
        <w:rPr>
          <w:b/>
          <w:color w:val="1A2B4A"/>
          <w:sz w:val="26"/>
        </w:rPr>
        <w:t>Совет карты:</w:t>
      </w:r>
    </w:p>
    <w:p>
      <w:pPr>
        <w:jc w:val="both"/>
      </w:pPr>
      <w:r>
        <w:rPr>
          <w:sz w:val="26"/>
        </w:rPr>
        <w:t>Думай ясно. Говори правду. Не руби с плеча. Для карты Десятка Мечи это значит: Завершение цикла, перегруз, итог, переход к новому. То, что было, закончилось. Собери урожай и отпусти. Не жди, пока станет идеально — начни с того, что есть. Один маленький шаг в энергии этой карты уже меняет все. Прямая: Завершение цикла, перегруз, итог, переход к новому. То, что было, закончилось. Собери урожай и отпусти. Перевернутая: Облегчение, сброс груза, конец тяжести — если отпустишь. Или груз, который ты тащишь дальше.</w:t>
      </w:r>
    </w:p>
    <w:p>
      <w:pPr>
        <w:spacing w:before="160"/>
        <w:jc w:val="center"/>
      </w:pPr>
      <w:r>
        <w:rPr>
          <w:color w:val="C9B87A"/>
          <w:sz w:val="26"/>
        </w:rPr>
        <w:t>✦  ✦  ✦</w:t>
      </w:r>
    </w:p>
    <w:p>
      <w:r>
        <w:br w:type="page"/>
      </w:r>
    </w:p>
    <w:p>
      <w:pPr>
        <w:jc w:val="right"/>
      </w:pPr>
      <w:r>
        <w:rPr>
          <w:b/>
          <w:color w:val="999999"/>
          <w:sz w:val="19"/>
        </w:rPr>
        <w:t>ТАРО • 78 КАРТ  •  61 / 78</w:t>
      </w:r>
    </w:p>
    <w:p>
      <w:pPr>
        <w:spacing w:after="40"/>
      </w:pPr>
      <w:r>
        <w:rPr>
          <w:b/>
          <w:color w:val="1A2B4A"/>
          <w:sz w:val="38"/>
        </w:rPr>
        <w:t>Паж Мечи</w:t>
      </w:r>
    </w:p>
    <w:p>
      <w:pPr>
        <w:spacing w:after="80"/>
      </w:pPr>
      <w:r>
        <w:rPr>
          <w:i/>
          <w:color w:val="8A6D2B"/>
          <w:sz w:val="26"/>
        </w:rPr>
        <w:t>Воздух: ум, мысли, слова, правда, конфликты, решения, закон. Мечи — это то, что ты думаешь и говоришь.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Юноша с мечом на ветру, волосы развеваются. Любопытство, сплетни, острый ум, новость.</w:t>
      </w:r>
    </w:p>
    <w:p>
      <w:pPr>
        <w:spacing w:before="100" w:after="20"/>
      </w:pPr>
      <w:r>
        <w:rPr>
          <w:b/>
          <w:color w:val="1A2B4A"/>
          <w:sz w:val="26"/>
        </w:rPr>
        <w:t>В прямом положении:</w:t>
      </w:r>
    </w:p>
    <w:p>
      <w:pPr>
        <w:jc w:val="both"/>
      </w:pPr>
      <w:r>
        <w:rPr>
          <w:sz w:val="26"/>
        </w:rPr>
        <w:t>Ученик, новость, любопытство, начало изучения, молодой человек, гонец. Весть, которая меняет планы. В масти Мечей это проявляется так: Юноша с мечом на ветру, волосы развеваются. Любопытство, сплетни, острый ум, новость. Карта говорит: энергия масти сейчас активна, не подавляй ее. Если ты в прямом положении — действуй, чувствуй, думай или строй — в зависимости от масти. Это не случайный шанс, а закономерный этап. Ты уже прошел предыдущие ступени, и теперь тебе открывается следующая.</w:t>
      </w:r>
    </w:p>
    <w:p>
      <w:pPr>
        <w:spacing w:before="100" w:after="20"/>
      </w:pPr>
      <w:r>
        <w:rPr>
          <w:b/>
          <w:color w:val="1A2B4A"/>
          <w:sz w:val="26"/>
        </w:rPr>
        <w:t>В перевернутом положении:</w:t>
      </w:r>
    </w:p>
    <w:p>
      <w:pPr>
        <w:jc w:val="both"/>
      </w:pPr>
      <w:r>
        <w:rPr>
          <w:sz w:val="26"/>
        </w:rPr>
        <w:t>Незрелость, плохие новости, инфантильность, сплетни. В перевернутом положении карта Паж Мечи говорит о том, что энергия масти заблокирована или искажена. Ты либо боишься проявить ее, либо перегибаешь. Посмотри честно: где ты сдаешь, а где — перегибаешь? Перевернутая карта — не приговор, а подсказка: здесь нужно починить, замедлиться или, наоборот, решиться.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Любовь: слова, честность, разум в отношениях. Карта Паж Мечей в любви говорит о ученик, новость, любопытство, начало изучения, молодой человек, гонец. весть, которая меняет планы.</w:t>
      </w:r>
    </w:p>
    <w:p>
      <w:pPr>
        <w:pStyle w:val="ListBullet"/>
        <w:spacing w:after="20"/>
        <w:ind w:left="340"/>
      </w:pPr>
      <w:r>
        <w:rPr>
          <w:b/>
          <w:sz w:val="26"/>
        </w:rPr>
        <w:t xml:space="preserve">Работа: </w:t>
      </w:r>
      <w:r>
        <w:rPr>
          <w:sz w:val="26"/>
        </w:rPr>
        <w:t xml:space="preserve">Работа: ум, анализ, закон, решения. </w:t>
      </w:r>
    </w:p>
    <w:p>
      <w:pPr>
        <w:pStyle w:val="ListBullet"/>
        <w:spacing w:after="20"/>
        <w:ind w:left="340"/>
      </w:pPr>
      <w:r>
        <w:rPr>
          <w:b/>
          <w:sz w:val="26"/>
        </w:rPr>
        <w:t xml:space="preserve">Деньги: </w:t>
      </w:r>
      <w:r>
        <w:rPr>
          <w:sz w:val="26"/>
        </w:rPr>
        <w:t xml:space="preserve">Деньги: четкий расчет, документы. </w:t>
      </w:r>
    </w:p>
    <w:p>
      <w:pPr>
        <w:pStyle w:val="ListBullet"/>
        <w:spacing w:after="20"/>
        <w:ind w:left="340"/>
      </w:pPr>
      <w:r>
        <w:rPr>
          <w:b/>
          <w:sz w:val="26"/>
        </w:rPr>
        <w:t xml:space="preserve">Здоровье: </w:t>
      </w:r>
      <w:r>
        <w:rPr>
          <w:sz w:val="26"/>
        </w:rPr>
        <w:t xml:space="preserve">Здоровье: нервы, голова, тревога. </w:t>
      </w:r>
    </w:p>
    <w:p>
      <w:pPr>
        <w:pStyle w:val="ListBullet"/>
        <w:spacing w:after="20"/>
        <w:ind w:left="340"/>
      </w:pPr>
      <w:r>
        <w:rPr>
          <w:b/>
          <w:sz w:val="26"/>
        </w:rPr>
        <w:t xml:space="preserve">Духовное: </w:t>
      </w:r>
      <w:r>
        <w:rPr>
          <w:sz w:val="26"/>
        </w:rPr>
        <w:t>Духовное: ясность ума.</w:t>
      </w:r>
    </w:p>
    <w:p>
      <w:pPr>
        <w:spacing w:before="100" w:after="20"/>
      </w:pPr>
      <w:r>
        <w:rPr>
          <w:b/>
          <w:color w:val="1A2B4A"/>
          <w:sz w:val="26"/>
        </w:rPr>
        <w:t>Совет карты:</w:t>
      </w:r>
    </w:p>
    <w:p>
      <w:pPr>
        <w:jc w:val="both"/>
      </w:pPr>
      <w:r>
        <w:rPr>
          <w:sz w:val="26"/>
        </w:rPr>
        <w:t>Думай ясно. Говори правду. Не руби с плеча. Для карты Паж Мечи это значит: Ученик, новость, любопытство, начало изучения, молодой человек, гонец. Весть, которая меняет планы. Не жди, пока станет идеально — начни с того, что есть. Один маленький шаг в энергии этой карты уже меняет все. Прямая: Ученик, новость, любопытство, начало изучения, молодой человек, гонец. Весть, которая меняет планы. Перевернутая: Незрелость, плохие новости, инфантильность, сплетни.</w:t>
      </w:r>
    </w:p>
    <w:p>
      <w:pPr>
        <w:spacing w:before="160"/>
        <w:jc w:val="center"/>
      </w:pPr>
      <w:r>
        <w:rPr>
          <w:color w:val="C9B87A"/>
          <w:sz w:val="26"/>
        </w:rPr>
        <w:t>✦  ✦  ✦</w:t>
      </w:r>
    </w:p>
    <w:p>
      <w:r>
        <w:br w:type="page"/>
      </w:r>
    </w:p>
    <w:p>
      <w:pPr>
        <w:jc w:val="right"/>
      </w:pPr>
      <w:r>
        <w:rPr>
          <w:b/>
          <w:color w:val="999999"/>
          <w:sz w:val="19"/>
        </w:rPr>
        <w:t>ТАРО • 78 КАРТ  •  62 / 78</w:t>
      </w:r>
    </w:p>
    <w:p>
      <w:pPr>
        <w:spacing w:after="40"/>
      </w:pPr>
      <w:r>
        <w:rPr>
          <w:b/>
          <w:color w:val="1A2B4A"/>
          <w:sz w:val="38"/>
        </w:rPr>
        <w:t>Рыцарь Мечи</w:t>
      </w:r>
    </w:p>
    <w:p>
      <w:pPr>
        <w:spacing w:after="80"/>
      </w:pPr>
      <w:r>
        <w:rPr>
          <w:i/>
          <w:color w:val="8A6D2B"/>
          <w:sz w:val="26"/>
        </w:rPr>
        <w:t>Воздух: ум, мысли, слова, правда, конфликты, решения, закон. Мечи — это то, что ты думаешь и говоришь.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Рыцарь мчится с мечом, конь летит, тучи. Резкость, напор, правда в лоб, конфликт.</w:t>
      </w:r>
    </w:p>
    <w:p>
      <w:pPr>
        <w:spacing w:before="100" w:after="20"/>
      </w:pPr>
      <w:r>
        <w:rPr>
          <w:b/>
          <w:color w:val="1A2B4A"/>
          <w:sz w:val="26"/>
        </w:rPr>
        <w:t>В прямом положении:</w:t>
      </w:r>
    </w:p>
    <w:p>
      <w:pPr>
        <w:jc w:val="both"/>
      </w:pPr>
      <w:r>
        <w:rPr>
          <w:sz w:val="26"/>
        </w:rPr>
        <w:t>Действие, движение, страсть, воин, защитник, рывок. Энергия, которая не сидит на месте. В масти Мечей это проявляется так: Рыцарь мчится с мечом, конь летит, тучи. Резкость, напор, правда в лоб, конфликт. Карта говорит: энергия масти сейчас активна, не подавляй ее. Если ты в прямом положении — действуй, чувствуй, думай или строй — в зависимости от масти. Это не случайный шанс, а закономерный этап. Ты уже прошел предыдущие ступени, и теперь тебе открывается следующая.</w:t>
      </w:r>
    </w:p>
    <w:p>
      <w:pPr>
        <w:spacing w:before="100" w:after="20"/>
      </w:pPr>
      <w:r>
        <w:rPr>
          <w:b/>
          <w:color w:val="1A2B4A"/>
          <w:sz w:val="26"/>
        </w:rPr>
        <w:t>В перевернутом положении:</w:t>
      </w:r>
    </w:p>
    <w:p>
      <w:pPr>
        <w:jc w:val="both"/>
      </w:pPr>
      <w:r>
        <w:rPr>
          <w:sz w:val="26"/>
        </w:rPr>
        <w:t>Импульсивность, агрессия, бегство, крайности, рыцарь без цели. В перевернутом положении карта Рыцарь Мечи говорит о том, что энергия масти заблокирована или искажена. Ты либо боишься проявить ее, либо перегибаешь. Посмотри честно: где ты сдаешь, а где — перегибаешь? Перевернутая карта — не приговор, а подсказка: здесь нужно починить, замедлиться или, наоборот, решиться.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Любовь: слова, честность, разум в отношениях. Карта Рыцарь Мечей в любви говорит о действие, движение, страсть, воин, защитник, рывок. энергия, которая не сидит на месте.</w:t>
      </w:r>
    </w:p>
    <w:p>
      <w:pPr>
        <w:pStyle w:val="ListBullet"/>
        <w:spacing w:after="20"/>
        <w:ind w:left="340"/>
      </w:pPr>
      <w:r>
        <w:rPr>
          <w:b/>
          <w:sz w:val="26"/>
        </w:rPr>
        <w:t xml:space="preserve">Работа: </w:t>
      </w:r>
      <w:r>
        <w:rPr>
          <w:sz w:val="26"/>
        </w:rPr>
        <w:t xml:space="preserve">Работа: ум, анализ, закон, решения. </w:t>
      </w:r>
    </w:p>
    <w:p>
      <w:pPr>
        <w:pStyle w:val="ListBullet"/>
        <w:spacing w:after="20"/>
        <w:ind w:left="340"/>
      </w:pPr>
      <w:r>
        <w:rPr>
          <w:b/>
          <w:sz w:val="26"/>
        </w:rPr>
        <w:t xml:space="preserve">Деньги: </w:t>
      </w:r>
      <w:r>
        <w:rPr>
          <w:sz w:val="26"/>
        </w:rPr>
        <w:t xml:space="preserve">Деньги: четкий расчет, документы. </w:t>
      </w:r>
    </w:p>
    <w:p>
      <w:pPr>
        <w:pStyle w:val="ListBullet"/>
        <w:spacing w:after="20"/>
        <w:ind w:left="340"/>
      </w:pPr>
      <w:r>
        <w:rPr>
          <w:b/>
          <w:sz w:val="26"/>
        </w:rPr>
        <w:t xml:space="preserve">Здоровье: </w:t>
      </w:r>
      <w:r>
        <w:rPr>
          <w:sz w:val="26"/>
        </w:rPr>
        <w:t xml:space="preserve">Здоровье: нервы, голова, тревога. </w:t>
      </w:r>
    </w:p>
    <w:p>
      <w:pPr>
        <w:pStyle w:val="ListBullet"/>
        <w:spacing w:after="20"/>
        <w:ind w:left="340"/>
      </w:pPr>
      <w:r>
        <w:rPr>
          <w:b/>
          <w:sz w:val="26"/>
        </w:rPr>
        <w:t xml:space="preserve">Духовное: </w:t>
      </w:r>
      <w:r>
        <w:rPr>
          <w:sz w:val="26"/>
        </w:rPr>
        <w:t>Духовное: ясность ума.</w:t>
      </w:r>
    </w:p>
    <w:p>
      <w:pPr>
        <w:spacing w:before="100" w:after="20"/>
      </w:pPr>
      <w:r>
        <w:rPr>
          <w:b/>
          <w:color w:val="1A2B4A"/>
          <w:sz w:val="26"/>
        </w:rPr>
        <w:t>Совет карты:</w:t>
      </w:r>
    </w:p>
    <w:p>
      <w:pPr>
        <w:jc w:val="both"/>
      </w:pPr>
      <w:r>
        <w:rPr>
          <w:sz w:val="26"/>
        </w:rPr>
        <w:t>Думай ясно. Говори правду. Не руби с плеча. Для карты Рыцарь Мечи это значит: Действие, движение, страсть, воин, защитник, рывок. Энергия, которая не сидит на месте. Не жди, пока станет идеально — начни с того, что есть. Один маленький шаг в энергии этой карты уже меняет все. Прямая: Действие, движение, страсть, воин, защитник, рывок. Энергия, которая не сидит на месте. Перевернутая: Импульсивность, агрессия, бегство, крайности, рыцарь без цели.</w:t>
      </w:r>
    </w:p>
    <w:p>
      <w:pPr>
        <w:spacing w:before="160"/>
        <w:jc w:val="center"/>
      </w:pPr>
      <w:r>
        <w:rPr>
          <w:color w:val="C9B87A"/>
          <w:sz w:val="26"/>
        </w:rPr>
        <w:t>✦  ✦  ✦</w:t>
      </w:r>
    </w:p>
    <w:p>
      <w:r>
        <w:br w:type="page"/>
      </w:r>
    </w:p>
    <w:p>
      <w:pPr>
        <w:jc w:val="right"/>
      </w:pPr>
      <w:r>
        <w:rPr>
          <w:b/>
          <w:color w:val="999999"/>
          <w:sz w:val="19"/>
        </w:rPr>
        <w:t>ТАРО • 78 КАРТ  •  63 / 78</w:t>
      </w:r>
    </w:p>
    <w:p>
      <w:pPr>
        <w:spacing w:after="40"/>
      </w:pPr>
      <w:r>
        <w:rPr>
          <w:b/>
          <w:color w:val="1A2B4A"/>
          <w:sz w:val="38"/>
        </w:rPr>
        <w:t>Королева Мечи</w:t>
      </w:r>
    </w:p>
    <w:p>
      <w:pPr>
        <w:spacing w:after="80"/>
      </w:pPr>
      <w:r>
        <w:rPr>
          <w:i/>
          <w:color w:val="8A6D2B"/>
          <w:sz w:val="26"/>
        </w:rPr>
        <w:t>Воздух: ум, мысли, слова, правда, конфликты, решения, закон. Мечи — это то, что ты думаешь и говоришь.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Королева на троне с мечом и протянутой рукой. Ясность, честность, независимость, ум.</w:t>
      </w:r>
    </w:p>
    <w:p>
      <w:pPr>
        <w:spacing w:before="100" w:after="20"/>
      </w:pPr>
      <w:r>
        <w:rPr>
          <w:b/>
          <w:color w:val="1A2B4A"/>
          <w:sz w:val="26"/>
        </w:rPr>
        <w:t>В прямом положении:</w:t>
      </w:r>
    </w:p>
    <w:p>
      <w:pPr>
        <w:jc w:val="both"/>
      </w:pPr>
      <w:r>
        <w:rPr>
          <w:sz w:val="26"/>
        </w:rPr>
        <w:t>Зрелая женская энергия, забота, мудрость, внутренняя сила, хозяйка своей масти. В масти Мечей это проявляется так: Королева на троне с мечом и протянутой рукой. Ясность, честность, независимость, ум. Карта говорит: энергия масти сейчас активна, не подавляй ее. Если ты в прямом положении — действуй, чувствуй, думай или строй — в зависимости от масти. Это не случайный шанс, а закономерный этап. Ты уже прошел предыдущие ступени, и теперь тебе открывается следующая.</w:t>
      </w:r>
    </w:p>
    <w:p>
      <w:pPr>
        <w:spacing w:before="100" w:after="20"/>
      </w:pPr>
      <w:r>
        <w:rPr>
          <w:b/>
          <w:color w:val="1A2B4A"/>
          <w:sz w:val="26"/>
        </w:rPr>
        <w:t>В перевернутом положении:</w:t>
      </w:r>
    </w:p>
    <w:p>
      <w:pPr>
        <w:jc w:val="both"/>
      </w:pPr>
      <w:r>
        <w:rPr>
          <w:sz w:val="26"/>
        </w:rPr>
        <w:t>Холодность, контроль, манипуляция, эмоциональность, которая душит. В перевернутом положении карта Королева Мечи говорит о том, что энергия масти заблокирована или искажена. Ты либо боишься проявить ее, либо перегибаешь. Посмотри честно: где ты сдаешь, а где — перегибаешь? Перевернутая карта — не приговор, а подсказка: здесь нужно починить, замедлиться или, наоборот, решиться.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Любовь: слова, честность, разум в отношениях. Карта Королева Мечей в любви говорит о зрелая женская энергия, забота, мудрость, внутренняя сила, хозяйка своей масти.</w:t>
      </w:r>
    </w:p>
    <w:p>
      <w:pPr>
        <w:pStyle w:val="ListBullet"/>
        <w:spacing w:after="20"/>
        <w:ind w:left="340"/>
      </w:pPr>
      <w:r>
        <w:rPr>
          <w:b/>
          <w:sz w:val="26"/>
        </w:rPr>
        <w:t xml:space="preserve">Работа: </w:t>
      </w:r>
      <w:r>
        <w:rPr>
          <w:sz w:val="26"/>
        </w:rPr>
        <w:t xml:space="preserve">Работа: ум, анализ, закон, решения. </w:t>
      </w:r>
    </w:p>
    <w:p>
      <w:pPr>
        <w:pStyle w:val="ListBullet"/>
        <w:spacing w:after="20"/>
        <w:ind w:left="340"/>
      </w:pPr>
      <w:r>
        <w:rPr>
          <w:b/>
          <w:sz w:val="26"/>
        </w:rPr>
        <w:t xml:space="preserve">Деньги: </w:t>
      </w:r>
      <w:r>
        <w:rPr>
          <w:sz w:val="26"/>
        </w:rPr>
        <w:t xml:space="preserve">Деньги: четкий расчет, документы. </w:t>
      </w:r>
    </w:p>
    <w:p>
      <w:pPr>
        <w:pStyle w:val="ListBullet"/>
        <w:spacing w:after="20"/>
        <w:ind w:left="340"/>
      </w:pPr>
      <w:r>
        <w:rPr>
          <w:b/>
          <w:sz w:val="26"/>
        </w:rPr>
        <w:t xml:space="preserve">Здоровье: </w:t>
      </w:r>
      <w:r>
        <w:rPr>
          <w:sz w:val="26"/>
        </w:rPr>
        <w:t xml:space="preserve">Здоровье: нервы, голова, тревога. </w:t>
      </w:r>
    </w:p>
    <w:p>
      <w:pPr>
        <w:pStyle w:val="ListBullet"/>
        <w:spacing w:after="20"/>
        <w:ind w:left="340"/>
      </w:pPr>
      <w:r>
        <w:rPr>
          <w:b/>
          <w:sz w:val="26"/>
        </w:rPr>
        <w:t xml:space="preserve">Духовное: </w:t>
      </w:r>
      <w:r>
        <w:rPr>
          <w:sz w:val="26"/>
        </w:rPr>
        <w:t>Духовное: ясность ума.</w:t>
      </w:r>
    </w:p>
    <w:p>
      <w:pPr>
        <w:spacing w:before="100" w:after="20"/>
      </w:pPr>
      <w:r>
        <w:rPr>
          <w:b/>
          <w:color w:val="1A2B4A"/>
          <w:sz w:val="26"/>
        </w:rPr>
        <w:t>Совет карты:</w:t>
      </w:r>
    </w:p>
    <w:p>
      <w:pPr>
        <w:jc w:val="both"/>
      </w:pPr>
      <w:r>
        <w:rPr>
          <w:sz w:val="26"/>
        </w:rPr>
        <w:t>Думай ясно. Говори правду. Не руби с плеча. Для карты Королева Мечи это значит: Зрелая женская энергия, забота, мудрость, внутренняя сила, хозяйка своей масти. Не жди, пока станет идеально — начни с того, что есть. Один маленький шаг в энергии этой карты уже меняет все. Прямая: Зрелая женская энергия, забота, мудрость, внутренняя сила, хозяйка своей масти. Перевернутая: Холодность, контроль, манипуляция, эмоциональность, которая душит.</w:t>
      </w:r>
    </w:p>
    <w:p>
      <w:pPr>
        <w:spacing w:before="160"/>
        <w:jc w:val="center"/>
      </w:pPr>
      <w:r>
        <w:rPr>
          <w:color w:val="C9B87A"/>
          <w:sz w:val="26"/>
        </w:rPr>
        <w:t>✦  ✦  ✦</w:t>
      </w:r>
    </w:p>
    <w:p>
      <w:r>
        <w:br w:type="page"/>
      </w:r>
    </w:p>
    <w:p>
      <w:pPr>
        <w:jc w:val="right"/>
      </w:pPr>
      <w:r>
        <w:rPr>
          <w:b/>
          <w:color w:val="999999"/>
          <w:sz w:val="19"/>
        </w:rPr>
        <w:t>ТАРО • 78 КАРТ  •  64 / 78</w:t>
      </w:r>
    </w:p>
    <w:p>
      <w:pPr>
        <w:spacing w:after="40"/>
      </w:pPr>
      <w:r>
        <w:rPr>
          <w:b/>
          <w:color w:val="1A2B4A"/>
          <w:sz w:val="38"/>
        </w:rPr>
        <w:t>Король Мечи</w:t>
      </w:r>
    </w:p>
    <w:p>
      <w:pPr>
        <w:spacing w:after="80"/>
      </w:pPr>
      <w:r>
        <w:rPr>
          <w:i/>
          <w:color w:val="8A6D2B"/>
          <w:sz w:val="26"/>
        </w:rPr>
        <w:t>Воздух: ум, мысли, слова, правда, конфликты, решения, закон. Мечи — это то, что ты думаешь и говоришь.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Король на троне с мечом, за ним бабочки, облака. Закон, логика, власть, справедливость.</w:t>
      </w:r>
    </w:p>
    <w:p>
      <w:pPr>
        <w:spacing w:before="100" w:after="20"/>
      </w:pPr>
      <w:r>
        <w:rPr>
          <w:b/>
          <w:color w:val="1A2B4A"/>
          <w:sz w:val="26"/>
        </w:rPr>
        <w:t>В прямом положении:</w:t>
      </w:r>
    </w:p>
    <w:p>
      <w:pPr>
        <w:jc w:val="both"/>
      </w:pPr>
      <w:r>
        <w:rPr>
          <w:sz w:val="26"/>
        </w:rPr>
        <w:t>Зрелая мужская энергия, власть, контроль, мастерство, лидер, хозяин своей масти. В масти Мечей это проявляется так: Король на троне с мечом, за ним бабочки, облака. Закон, логика, власть, справедливость. Карта говорит: энергия масти сейчас активна, не подавляй ее. Если ты в прямом положении — действуй, чувствуй, думай или строй — в зависимости от масти. Это не случайный шанс, а закономерный этап. Ты уже прошел предыдущие ступени, и теперь тебе открывается следующая.</w:t>
      </w:r>
    </w:p>
    <w:p>
      <w:pPr>
        <w:spacing w:before="100" w:after="20"/>
      </w:pPr>
      <w:r>
        <w:rPr>
          <w:b/>
          <w:color w:val="1A2B4A"/>
          <w:sz w:val="26"/>
        </w:rPr>
        <w:t>В перевернутом положении:</w:t>
      </w:r>
    </w:p>
    <w:p>
      <w:pPr>
        <w:jc w:val="both"/>
      </w:pPr>
      <w:r>
        <w:rPr>
          <w:sz w:val="26"/>
        </w:rPr>
        <w:t>Тиран или слабак, злоупотребление властью, безответственность. В перевернутом положении карта Король Мечи говорит о том, что энергия масти заблокирована или искажена. Ты либо боишься проявить ее, либо перегибаешь. Посмотри честно: где ты сдаешь, а где — перегибаешь? Перевернутая карта — не приговор, а подсказка: здесь нужно починить, замедлиться или, наоборот, решиться.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Любовь: слова, честность, разум в отношениях. Карта Король Мечей в любви говорит о зрелая мужская энергия, власть, контроль, мастерство, лидер, хозяин своей масти.</w:t>
      </w:r>
    </w:p>
    <w:p>
      <w:pPr>
        <w:pStyle w:val="ListBullet"/>
        <w:spacing w:after="20"/>
        <w:ind w:left="340"/>
      </w:pPr>
      <w:r>
        <w:rPr>
          <w:b/>
          <w:sz w:val="26"/>
        </w:rPr>
        <w:t xml:space="preserve">Работа: </w:t>
      </w:r>
      <w:r>
        <w:rPr>
          <w:sz w:val="26"/>
        </w:rPr>
        <w:t xml:space="preserve">Работа: ум, анализ, закон, решения. </w:t>
      </w:r>
    </w:p>
    <w:p>
      <w:pPr>
        <w:pStyle w:val="ListBullet"/>
        <w:spacing w:after="20"/>
        <w:ind w:left="340"/>
      </w:pPr>
      <w:r>
        <w:rPr>
          <w:b/>
          <w:sz w:val="26"/>
        </w:rPr>
        <w:t xml:space="preserve">Деньги: </w:t>
      </w:r>
      <w:r>
        <w:rPr>
          <w:sz w:val="26"/>
        </w:rPr>
        <w:t xml:space="preserve">Деньги: четкий расчет, документы. </w:t>
      </w:r>
    </w:p>
    <w:p>
      <w:pPr>
        <w:pStyle w:val="ListBullet"/>
        <w:spacing w:after="20"/>
        <w:ind w:left="340"/>
      </w:pPr>
      <w:r>
        <w:rPr>
          <w:b/>
          <w:sz w:val="26"/>
        </w:rPr>
        <w:t xml:space="preserve">Здоровье: </w:t>
      </w:r>
      <w:r>
        <w:rPr>
          <w:sz w:val="26"/>
        </w:rPr>
        <w:t xml:space="preserve">Здоровье: нервы, голова, тревога. </w:t>
      </w:r>
    </w:p>
    <w:p>
      <w:pPr>
        <w:pStyle w:val="ListBullet"/>
        <w:spacing w:after="20"/>
        <w:ind w:left="340"/>
      </w:pPr>
      <w:r>
        <w:rPr>
          <w:b/>
          <w:sz w:val="26"/>
        </w:rPr>
        <w:t xml:space="preserve">Духовное: </w:t>
      </w:r>
      <w:r>
        <w:rPr>
          <w:sz w:val="26"/>
        </w:rPr>
        <w:t>Духовное: ясность ума.</w:t>
      </w:r>
    </w:p>
    <w:p>
      <w:pPr>
        <w:spacing w:before="100" w:after="20"/>
      </w:pPr>
      <w:r>
        <w:rPr>
          <w:b/>
          <w:color w:val="1A2B4A"/>
          <w:sz w:val="26"/>
        </w:rPr>
        <w:t>Совет карты:</w:t>
      </w:r>
    </w:p>
    <w:p>
      <w:pPr>
        <w:jc w:val="both"/>
      </w:pPr>
      <w:r>
        <w:rPr>
          <w:sz w:val="26"/>
        </w:rPr>
        <w:t>Думай ясно. Говори правду. Не руби с плеча. Для карты Король Мечи это значит: Зрелая мужская энергия, власть, контроль, мастерство, лидер, хозяин своей масти. Не жди, пока станет идеально — начни с того, что есть. Один маленький шаг в энергии этой карты уже меняет все. Прямая: Зрелая мужская энергия, власть, контроль, мастерство, лидер, хозяин своей масти. Перевернутая: Тиран или слабак, злоупотребление властью, безответственность.</w:t>
      </w:r>
    </w:p>
    <w:p>
      <w:pPr>
        <w:spacing w:before="160"/>
        <w:jc w:val="center"/>
      </w:pPr>
      <w:r>
        <w:rPr>
          <w:color w:val="C9B87A"/>
          <w:sz w:val="26"/>
        </w:rPr>
        <w:t>✦  ✦  ✦</w:t>
      </w:r>
    </w:p>
    <w:p>
      <w:r>
        <w:br w:type="page"/>
      </w:r>
    </w:p>
    <w:p>
      <w:pPr>
        <w:jc w:val="right"/>
      </w:pPr>
      <w:r>
        <w:rPr>
          <w:b/>
          <w:color w:val="999999"/>
          <w:sz w:val="19"/>
        </w:rPr>
        <w:t>ТАРО • 78 КАРТ  •  65 / 78</w:t>
      </w:r>
    </w:p>
    <w:p>
      <w:pPr>
        <w:spacing w:after="40"/>
      </w:pPr>
      <w:r>
        <w:rPr>
          <w:b/>
          <w:color w:val="1A2B4A"/>
          <w:sz w:val="38"/>
        </w:rPr>
        <w:t>Туз Пентакли</w:t>
      </w:r>
    </w:p>
    <w:p>
      <w:pPr>
        <w:spacing w:after="80"/>
      </w:pPr>
      <w:r>
        <w:rPr>
          <w:i/>
          <w:color w:val="8A6D2B"/>
          <w:sz w:val="26"/>
        </w:rPr>
        <w:t>Земля: деньги, тело, работа, дом, стабильность, материальный мир. Пентакли — это то, что ты имеешь и строишь.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Рука из облака держит золотую монету над садом. Шанс, деньги, подарок, новый доход.</w:t>
      </w:r>
    </w:p>
    <w:p>
      <w:pPr>
        <w:spacing w:before="100" w:after="20"/>
      </w:pPr>
      <w:r>
        <w:rPr>
          <w:b/>
          <w:color w:val="1A2B4A"/>
          <w:sz w:val="26"/>
        </w:rPr>
        <w:t>В прямом положении:</w:t>
      </w:r>
    </w:p>
    <w:p>
      <w:pPr>
        <w:jc w:val="both"/>
      </w:pPr>
      <w:r>
        <w:rPr>
          <w:sz w:val="26"/>
        </w:rPr>
        <w:t>Начало, шанс, дар, чистая энергия масти, семя, из которого вырастет все. Это подарок Вселенной — бери. В масти Пентаклей это проявляется так: Рука из облака держит золотую монету над садом. Шанс, деньги, подарок, новый доход. Карта говорит: энергия масти сейчас активна, не подавляй ее. Если ты в прямом положении — действуй, чувствуй, думай или строй — в зависимости от масти. Это не случайный шанс, а закономерный этап. Ты уже прошел предыдущие ступени, и теперь тебе открывается следующая.</w:t>
      </w:r>
    </w:p>
    <w:p>
      <w:pPr>
        <w:spacing w:before="100" w:after="20"/>
      </w:pPr>
      <w:r>
        <w:rPr>
          <w:b/>
          <w:color w:val="1A2B4A"/>
          <w:sz w:val="26"/>
        </w:rPr>
        <w:t>В перевернутом положении:</w:t>
      </w:r>
    </w:p>
    <w:p>
      <w:pPr>
        <w:jc w:val="both"/>
      </w:pPr>
      <w:r>
        <w:rPr>
          <w:sz w:val="26"/>
        </w:rPr>
        <w:t>Упущенный шанс, блокировка, страх начать, семя, которое не посадили. В перевернутом положении карта Туз Пентакли говорит о том, что энергия масти заблокирована или искажена. Ты либо боишься проявить ее, либо перегибаешь. Посмотри честно: где ты сдаешь, а где — перегибаешь? Перевернутая карта — не приговор, а подсказка: здесь нужно починить, замедлиться или, наоборот, решиться.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Любовь: надежность, стабильность, забота через действия. Карта Туз Пентаклей в любви говорит о начало, шанс, дар, чистая энергия масти, семя, из которого вырастет все. это подарок вселенной — бери.</w:t>
      </w:r>
    </w:p>
    <w:p>
      <w:pPr>
        <w:pStyle w:val="ListBullet"/>
        <w:spacing w:after="20"/>
        <w:ind w:left="340"/>
      </w:pPr>
      <w:r>
        <w:rPr>
          <w:b/>
          <w:sz w:val="26"/>
        </w:rPr>
        <w:t xml:space="preserve">Работа: </w:t>
      </w:r>
      <w:r>
        <w:rPr>
          <w:sz w:val="26"/>
        </w:rPr>
        <w:t xml:space="preserve">Работа: труд, мастерство, стабильность. </w:t>
      </w:r>
    </w:p>
    <w:p>
      <w:pPr>
        <w:pStyle w:val="ListBullet"/>
        <w:spacing w:after="20"/>
        <w:ind w:left="340"/>
      </w:pPr>
      <w:r>
        <w:rPr>
          <w:b/>
          <w:sz w:val="26"/>
        </w:rPr>
        <w:t xml:space="preserve">Деньги: </w:t>
      </w:r>
      <w:r>
        <w:rPr>
          <w:sz w:val="26"/>
        </w:rPr>
        <w:t xml:space="preserve">Деньги: деньги, накопления, материальный мир. </w:t>
      </w:r>
    </w:p>
    <w:p>
      <w:pPr>
        <w:pStyle w:val="ListBullet"/>
        <w:spacing w:after="20"/>
        <w:ind w:left="340"/>
      </w:pPr>
      <w:r>
        <w:rPr>
          <w:b/>
          <w:sz w:val="26"/>
        </w:rPr>
        <w:t xml:space="preserve">Здоровье: </w:t>
      </w:r>
      <w:r>
        <w:rPr>
          <w:sz w:val="26"/>
        </w:rPr>
        <w:t xml:space="preserve">Здоровье: тело, питание, режим. </w:t>
      </w:r>
    </w:p>
    <w:p>
      <w:pPr>
        <w:pStyle w:val="ListBullet"/>
        <w:spacing w:after="20"/>
        <w:ind w:left="340"/>
      </w:pPr>
      <w:r>
        <w:rPr>
          <w:b/>
          <w:sz w:val="26"/>
        </w:rPr>
        <w:t xml:space="preserve">Духовное: </w:t>
      </w:r>
      <w:r>
        <w:rPr>
          <w:sz w:val="26"/>
        </w:rPr>
        <w:t>Духовное: заземление.</w:t>
      </w:r>
    </w:p>
    <w:p>
      <w:pPr>
        <w:spacing w:before="100" w:after="20"/>
      </w:pPr>
      <w:r>
        <w:rPr>
          <w:b/>
          <w:color w:val="1A2B4A"/>
          <w:sz w:val="26"/>
        </w:rPr>
        <w:t>Совет карты:</w:t>
      </w:r>
    </w:p>
    <w:p>
      <w:pPr>
        <w:jc w:val="both"/>
      </w:pPr>
      <w:r>
        <w:rPr>
          <w:sz w:val="26"/>
        </w:rPr>
        <w:t>Действуй практично. Строй фундамент, который выдержит. Для карты Туз Пентакли это значит: Начало, шанс, дар, чистая энергия масти, семя, из которого вырастет все. Это подарок Вселенной — бери. Не жди, пока станет идеально — начни с того, что есть. Один маленький шаг в энергии этой карты уже меняет все. Прямая: Начало, шанс, дар, чистая энергия масти, семя, из которого вырастет все. Это подарок Вселенной — бери. Перевернутая: Упущенный шанс, блокировка, страх начать, семя, которое не посадили.</w:t>
      </w:r>
    </w:p>
    <w:p>
      <w:pPr>
        <w:spacing w:before="160"/>
        <w:jc w:val="center"/>
      </w:pPr>
      <w:r>
        <w:rPr>
          <w:color w:val="C9B87A"/>
          <w:sz w:val="26"/>
        </w:rPr>
        <w:t>✦  ✦  ✦</w:t>
      </w:r>
    </w:p>
    <w:p>
      <w:r>
        <w:br w:type="page"/>
      </w:r>
    </w:p>
    <w:p>
      <w:pPr>
        <w:jc w:val="right"/>
      </w:pPr>
      <w:r>
        <w:rPr>
          <w:b/>
          <w:color w:val="999999"/>
          <w:sz w:val="19"/>
        </w:rPr>
        <w:t>ТАРО • 78 КАРТ  •  66 / 78</w:t>
      </w:r>
    </w:p>
    <w:p>
      <w:pPr>
        <w:spacing w:after="40"/>
      </w:pPr>
      <w:r>
        <w:rPr>
          <w:b/>
          <w:color w:val="1A2B4A"/>
          <w:sz w:val="38"/>
        </w:rPr>
        <w:t>Двойка Пентакли</w:t>
      </w:r>
    </w:p>
    <w:p>
      <w:pPr>
        <w:spacing w:after="80"/>
      </w:pPr>
      <w:r>
        <w:rPr>
          <w:i/>
          <w:color w:val="8A6D2B"/>
          <w:sz w:val="26"/>
        </w:rPr>
        <w:t>Земля: деньги, тело, работа, дом, стабильность, материальный мир. Пентакли — это то, что ты имеешь и строишь.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Жонглер с двумя монетами и лентой бесконечности, за ним — волны. Баланс, жонглирование, адаптация.</w:t>
      </w:r>
    </w:p>
    <w:p>
      <w:pPr>
        <w:spacing w:before="100" w:after="20"/>
      </w:pPr>
      <w:r>
        <w:rPr>
          <w:b/>
          <w:color w:val="1A2B4A"/>
          <w:sz w:val="26"/>
        </w:rPr>
        <w:t>В прямом положении:</w:t>
      </w:r>
    </w:p>
    <w:p>
      <w:pPr>
        <w:jc w:val="both"/>
      </w:pPr>
      <w:r>
        <w:rPr>
          <w:sz w:val="26"/>
        </w:rPr>
        <w:t>Выбор, планирование, баланс двух сил, перекресток, мир в руках. Ты стоишь на пороге и решаешь — остаться или идти дальше. В масти Пентаклей это проявляется так: Жонглер с двумя монетами и лентой бесконечности, за ним — волны. Баланс, жонглирование, адаптация. Карта говорит: энергия масти сейчас активна, не подавляй ее. Если ты в прямом положении — действуй, чувствуй, думай или строй — в зависимости от масти. Это не случайный шанс, а закономерный этап. Ты уже прошел предыдущие ступени, и теперь тебе открывается следующая.</w:t>
      </w:r>
    </w:p>
    <w:p>
      <w:pPr>
        <w:spacing w:before="100" w:after="20"/>
      </w:pPr>
      <w:r>
        <w:rPr>
          <w:b/>
          <w:color w:val="1A2B4A"/>
          <w:sz w:val="26"/>
        </w:rPr>
        <w:t>В перевернутом положении:</w:t>
      </w:r>
    </w:p>
    <w:p>
      <w:pPr>
        <w:jc w:val="both"/>
      </w:pPr>
      <w:r>
        <w:rPr>
          <w:sz w:val="26"/>
        </w:rPr>
        <w:t>Нерешительность, страх выбора, дисбаланс, топтание на перекрестке. В перевернутом положении карта Двойка Пентакли говорит о том, что энергия масти заблокирована или искажена. Ты либо боишься проявить ее, либо перегибаешь. Посмотри честно: где ты сдаешь, а где — перегибаешь? Перевернутая карта — не приговор, а подсказка: здесь нужно починить, замедлиться или, наоборот, решиться.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Любовь: надежность, стабильность, забота через действия. Карта Двойка Пентаклей в любви говорит о выбор, планирование, баланс двух сил, перекресток, мир в руках. ты стоишь на пороге и решаешь — остаться или идти дальше.</w:t>
      </w:r>
    </w:p>
    <w:p>
      <w:pPr>
        <w:pStyle w:val="ListBullet"/>
        <w:spacing w:after="20"/>
        <w:ind w:left="340"/>
      </w:pPr>
      <w:r>
        <w:rPr>
          <w:b/>
          <w:sz w:val="26"/>
        </w:rPr>
        <w:t xml:space="preserve">Работа: </w:t>
      </w:r>
      <w:r>
        <w:rPr>
          <w:sz w:val="26"/>
        </w:rPr>
        <w:t xml:space="preserve">Работа: труд, мастерство, стабильность. </w:t>
      </w:r>
    </w:p>
    <w:p>
      <w:pPr>
        <w:pStyle w:val="ListBullet"/>
        <w:spacing w:after="20"/>
        <w:ind w:left="340"/>
      </w:pPr>
      <w:r>
        <w:rPr>
          <w:b/>
          <w:sz w:val="26"/>
        </w:rPr>
        <w:t xml:space="preserve">Деньги: </w:t>
      </w:r>
      <w:r>
        <w:rPr>
          <w:sz w:val="26"/>
        </w:rPr>
        <w:t xml:space="preserve">Деньги: деньги, накопления, материальный мир. </w:t>
      </w:r>
    </w:p>
    <w:p>
      <w:pPr>
        <w:pStyle w:val="ListBullet"/>
        <w:spacing w:after="20"/>
        <w:ind w:left="340"/>
      </w:pPr>
      <w:r>
        <w:rPr>
          <w:b/>
          <w:sz w:val="26"/>
        </w:rPr>
        <w:t xml:space="preserve">Здоровье: </w:t>
      </w:r>
      <w:r>
        <w:rPr>
          <w:sz w:val="26"/>
        </w:rPr>
        <w:t xml:space="preserve">Здоровье: тело, питание, режим. </w:t>
      </w:r>
    </w:p>
    <w:p>
      <w:pPr>
        <w:pStyle w:val="ListBullet"/>
        <w:spacing w:after="20"/>
        <w:ind w:left="340"/>
      </w:pPr>
      <w:r>
        <w:rPr>
          <w:b/>
          <w:sz w:val="26"/>
        </w:rPr>
        <w:t xml:space="preserve">Духовное: </w:t>
      </w:r>
      <w:r>
        <w:rPr>
          <w:sz w:val="26"/>
        </w:rPr>
        <w:t>Духовное: заземление.</w:t>
      </w:r>
    </w:p>
    <w:p>
      <w:pPr>
        <w:spacing w:before="100" w:after="20"/>
      </w:pPr>
      <w:r>
        <w:rPr>
          <w:b/>
          <w:color w:val="1A2B4A"/>
          <w:sz w:val="26"/>
        </w:rPr>
        <w:t>Совет карты:</w:t>
      </w:r>
    </w:p>
    <w:p>
      <w:pPr>
        <w:jc w:val="both"/>
      </w:pPr>
      <w:r>
        <w:rPr>
          <w:sz w:val="26"/>
        </w:rPr>
        <w:t>Действуй практично. Строй фундамент, который выдержит. Для карты Двойка Пентакли это значит: Выбор, планирование, баланс двух сил, перекресток, мир в руках. Ты стоишь на пороге и решаешь — остаться или идти дальше. Не жди, пока станет идеально — начни с того, что есть. Один маленький шаг в энергии этой карты уже меняет все. Прямая: Выбор, планирование, баланс двух сил, перекресток, мир в руках. Ты стоишь на пороге и решаешь — остаться или идти дальше. Перевернутая: Нерешительность, страх выбора, дисбаланс, топтание на перекрестке.</w:t>
      </w:r>
    </w:p>
    <w:p>
      <w:pPr>
        <w:spacing w:before="160"/>
        <w:jc w:val="center"/>
      </w:pPr>
      <w:r>
        <w:rPr>
          <w:color w:val="C9B87A"/>
          <w:sz w:val="26"/>
        </w:rPr>
        <w:t>✦  ✦  ✦</w:t>
      </w:r>
    </w:p>
    <w:p>
      <w:r>
        <w:br w:type="page"/>
      </w:r>
    </w:p>
    <w:p>
      <w:pPr>
        <w:jc w:val="right"/>
      </w:pPr>
      <w:r>
        <w:rPr>
          <w:b/>
          <w:color w:val="999999"/>
          <w:sz w:val="19"/>
        </w:rPr>
        <w:t>ТАРО • 78 КАРТ  •  67 / 78</w:t>
      </w:r>
    </w:p>
    <w:p>
      <w:pPr>
        <w:spacing w:after="40"/>
      </w:pPr>
      <w:r>
        <w:rPr>
          <w:b/>
          <w:color w:val="1A2B4A"/>
          <w:sz w:val="38"/>
        </w:rPr>
        <w:t>Тройка Пентакли</w:t>
      </w:r>
    </w:p>
    <w:p>
      <w:pPr>
        <w:spacing w:after="80"/>
      </w:pPr>
      <w:r>
        <w:rPr>
          <w:i/>
          <w:color w:val="8A6D2B"/>
          <w:sz w:val="26"/>
        </w:rPr>
        <w:t>Земля: деньги, тело, работа, дом, стабильность, материальный мир. Пентакли — это то, что ты имеешь и строишь.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Мастера строят собор, один держит чертеж. Работа в команде, мастерство, признание.</w:t>
      </w:r>
    </w:p>
    <w:p>
      <w:pPr>
        <w:spacing w:before="100" w:after="20"/>
      </w:pPr>
      <w:r>
        <w:rPr>
          <w:b/>
          <w:color w:val="1A2B4A"/>
          <w:sz w:val="26"/>
        </w:rPr>
        <w:t>В прямом положении:</w:t>
      </w:r>
    </w:p>
    <w:p>
      <w:pPr>
        <w:jc w:val="both"/>
      </w:pPr>
      <w:r>
        <w:rPr>
          <w:sz w:val="26"/>
        </w:rPr>
        <w:t>Рост, сотрудничество, первые плоды, радость, команда. То, что ты начал, начинает давать результат. Празднуй первые всходы. В масти Пентаклей это проявляется так: Мастера строят собор, один держит чертеж. Работа в команде, мастерство, признание. Карта говорит: энергия масти сейчас активна, не подавляй ее. Если ты в прямом положении — действуй, чувствуй, думай или строй — в зависимости от масти. Это не случайный шанс, а закономерный этап. Ты уже прошел предыдущие ступени, и теперь тебе открывается следующая.</w:t>
      </w:r>
    </w:p>
    <w:p>
      <w:pPr>
        <w:spacing w:before="100" w:after="20"/>
      </w:pPr>
      <w:r>
        <w:rPr>
          <w:b/>
          <w:color w:val="1A2B4A"/>
          <w:sz w:val="26"/>
        </w:rPr>
        <w:t>В перевернутом положении:</w:t>
      </w:r>
    </w:p>
    <w:p>
      <w:pPr>
        <w:jc w:val="both"/>
      </w:pPr>
      <w:r>
        <w:rPr>
          <w:sz w:val="26"/>
        </w:rPr>
        <w:t>Задержка роста, конфликты в команде, разочарование, праздник, который не случился. В перевернутом положении карта Тройка Пентакли говорит о том, что энергия масти заблокирована или искажена. Ты либо боишься проявить ее, либо перегибаешь. Посмотри честно: где ты сдаешь, а где — перегибаешь? Перевернутая карта — не приговор, а подсказка: здесь нужно починить, замедлиться или, наоборот, решиться.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Любовь: надежность, стабильность, забота через действия. Карта Тройка Пентаклей в любви говорит о рост, сотрудничество, первые плоды, радость, команда. то, что ты начал, начинает давать результат. празднуй первые всходы.</w:t>
      </w:r>
    </w:p>
    <w:p>
      <w:pPr>
        <w:pStyle w:val="ListBullet"/>
        <w:spacing w:after="20"/>
        <w:ind w:left="340"/>
      </w:pPr>
      <w:r>
        <w:rPr>
          <w:b/>
          <w:sz w:val="26"/>
        </w:rPr>
        <w:t xml:space="preserve">Работа: </w:t>
      </w:r>
      <w:r>
        <w:rPr>
          <w:sz w:val="26"/>
        </w:rPr>
        <w:t xml:space="preserve">Работа: труд, мастерство, стабильность. </w:t>
      </w:r>
    </w:p>
    <w:p>
      <w:pPr>
        <w:pStyle w:val="ListBullet"/>
        <w:spacing w:after="20"/>
        <w:ind w:left="340"/>
      </w:pPr>
      <w:r>
        <w:rPr>
          <w:b/>
          <w:sz w:val="26"/>
        </w:rPr>
        <w:t xml:space="preserve">Деньги: </w:t>
      </w:r>
      <w:r>
        <w:rPr>
          <w:sz w:val="26"/>
        </w:rPr>
        <w:t xml:space="preserve">Деньги: деньги, накопления, материальный мир. </w:t>
      </w:r>
    </w:p>
    <w:p>
      <w:pPr>
        <w:pStyle w:val="ListBullet"/>
        <w:spacing w:after="20"/>
        <w:ind w:left="340"/>
      </w:pPr>
      <w:r>
        <w:rPr>
          <w:b/>
          <w:sz w:val="26"/>
        </w:rPr>
        <w:t xml:space="preserve">Здоровье: </w:t>
      </w:r>
      <w:r>
        <w:rPr>
          <w:sz w:val="26"/>
        </w:rPr>
        <w:t xml:space="preserve">Здоровье: тело, питание, режим. </w:t>
      </w:r>
    </w:p>
    <w:p>
      <w:pPr>
        <w:pStyle w:val="ListBullet"/>
        <w:spacing w:after="20"/>
        <w:ind w:left="340"/>
      </w:pPr>
      <w:r>
        <w:rPr>
          <w:b/>
          <w:sz w:val="26"/>
        </w:rPr>
        <w:t xml:space="preserve">Духовное: </w:t>
      </w:r>
      <w:r>
        <w:rPr>
          <w:sz w:val="26"/>
        </w:rPr>
        <w:t>Духовное: заземление.</w:t>
      </w:r>
    </w:p>
    <w:p>
      <w:pPr>
        <w:spacing w:before="100" w:after="20"/>
      </w:pPr>
      <w:r>
        <w:rPr>
          <w:b/>
          <w:color w:val="1A2B4A"/>
          <w:sz w:val="26"/>
        </w:rPr>
        <w:t>Совет карты:</w:t>
      </w:r>
    </w:p>
    <w:p>
      <w:pPr>
        <w:jc w:val="both"/>
      </w:pPr>
      <w:r>
        <w:rPr>
          <w:sz w:val="26"/>
        </w:rPr>
        <w:t>Действуй практично. Строй фундамент, который выдержит. Для карты Тройка Пентакли это значит: Рост, сотрудничество, первые плоды, радость, команда. То, что ты начал, начинает давать результат. Празднуй первые всходы. Не жди, пока станет идеально — начни с того, что есть. Один маленький шаг в энергии этой карты уже меняет все. Прямая: Рост, сотрудничество, первые плоды, радость, команда. То, что ты начал, начинает давать результат. Празднуй первые всходы. Перевернутая: Задержка роста, конфликты в команде, разочарование, праздник, который не случился.</w:t>
      </w:r>
    </w:p>
    <w:p>
      <w:pPr>
        <w:spacing w:before="160"/>
        <w:jc w:val="center"/>
      </w:pPr>
      <w:r>
        <w:rPr>
          <w:color w:val="C9B87A"/>
          <w:sz w:val="26"/>
        </w:rPr>
        <w:t>✦  ✦  ✦</w:t>
      </w:r>
    </w:p>
    <w:p>
      <w:r>
        <w:br w:type="page"/>
      </w:r>
    </w:p>
    <w:p>
      <w:pPr>
        <w:jc w:val="right"/>
      </w:pPr>
      <w:r>
        <w:rPr>
          <w:b/>
          <w:color w:val="999999"/>
          <w:sz w:val="19"/>
        </w:rPr>
        <w:t>ТАРО • 78 КАРТ  •  68 / 78</w:t>
      </w:r>
    </w:p>
    <w:p>
      <w:pPr>
        <w:spacing w:after="40"/>
      </w:pPr>
      <w:r>
        <w:rPr>
          <w:b/>
          <w:color w:val="1A2B4A"/>
          <w:sz w:val="38"/>
        </w:rPr>
        <w:t>Четверка Пентакли</w:t>
      </w:r>
    </w:p>
    <w:p>
      <w:pPr>
        <w:spacing w:after="80"/>
      </w:pPr>
      <w:r>
        <w:rPr>
          <w:i/>
          <w:color w:val="8A6D2B"/>
          <w:sz w:val="26"/>
        </w:rPr>
        <w:t>Земля: деньги, тело, работа, дом, стабильность, материальный мир. Пентакли — это то, что ты имеешь и строишь.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Человек сидит на сундуке, держится за монеты: одна на голове, две в руках, одна под ногами. Жадность, контроль.</w:t>
      </w:r>
    </w:p>
    <w:p>
      <w:pPr>
        <w:spacing w:before="100" w:after="20"/>
      </w:pPr>
      <w:r>
        <w:rPr>
          <w:b/>
          <w:color w:val="1A2B4A"/>
          <w:sz w:val="26"/>
        </w:rPr>
        <w:t>В прямом положении:</w:t>
      </w:r>
    </w:p>
    <w:p>
      <w:pPr>
        <w:jc w:val="both"/>
      </w:pPr>
      <w:r>
        <w:rPr>
          <w:sz w:val="26"/>
        </w:rPr>
        <w:t>Стабильность, пауза, отдых, фундамент, структура, дом. Время остановиться и укрепить то, что есть. В масти Пентаклей это проявляется так: Человек сидит на сундуке, держится за монеты: одна на голове, две в руках, одна под ногами. Жадность, контроль. Карта говорит: энергия масти сейчас активна, не подавляй ее. Если ты в прямом положении — действуй, чувствуй, думай или строй — в зависимости от масти. Это не случайный шанс, а закономерный этап. Ты уже прошел предыдущие ступени, и теперь тебе открывается следующая.</w:t>
      </w:r>
    </w:p>
    <w:p>
      <w:pPr>
        <w:spacing w:before="100" w:after="20"/>
      </w:pPr>
      <w:r>
        <w:rPr>
          <w:b/>
          <w:color w:val="1A2B4A"/>
          <w:sz w:val="26"/>
        </w:rPr>
        <w:t>В перевернутом положении:</w:t>
      </w:r>
    </w:p>
    <w:p>
      <w:pPr>
        <w:jc w:val="both"/>
      </w:pPr>
      <w:r>
        <w:rPr>
          <w:sz w:val="26"/>
        </w:rPr>
        <w:t>Застой, скука, страх выйти из стабильности, тюрьма из комфорта. В перевернутом положении карта Четверка Пентакли говорит о том, что энергия масти заблокирована или искажена. Ты либо боишься проявить ее, либо перегибаешь. Посмотри честно: где ты сдаешь, а где — перегибаешь? Перевернутая карта — не приговор, а подсказка: здесь нужно починить, замедлиться или, наоборот, решиться.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Любовь: надежность, стабильность, забота через действия. Карта Четверка Пентаклей в любви говорит о стабильность, пауза, отдых, фундамент, структура, дом. время остановиться и укрепить то, что есть.</w:t>
      </w:r>
    </w:p>
    <w:p>
      <w:pPr>
        <w:pStyle w:val="ListBullet"/>
        <w:spacing w:after="20"/>
        <w:ind w:left="340"/>
      </w:pPr>
      <w:r>
        <w:rPr>
          <w:b/>
          <w:sz w:val="26"/>
        </w:rPr>
        <w:t xml:space="preserve">Работа: </w:t>
      </w:r>
      <w:r>
        <w:rPr>
          <w:sz w:val="26"/>
        </w:rPr>
        <w:t xml:space="preserve">Работа: труд, мастерство, стабильность. </w:t>
      </w:r>
    </w:p>
    <w:p>
      <w:pPr>
        <w:pStyle w:val="ListBullet"/>
        <w:spacing w:after="20"/>
        <w:ind w:left="340"/>
      </w:pPr>
      <w:r>
        <w:rPr>
          <w:b/>
          <w:sz w:val="26"/>
        </w:rPr>
        <w:t xml:space="preserve">Деньги: </w:t>
      </w:r>
      <w:r>
        <w:rPr>
          <w:sz w:val="26"/>
        </w:rPr>
        <w:t xml:space="preserve">Деньги: деньги, накопления, материальный мир. </w:t>
      </w:r>
    </w:p>
    <w:p>
      <w:pPr>
        <w:pStyle w:val="ListBullet"/>
        <w:spacing w:after="20"/>
        <w:ind w:left="340"/>
      </w:pPr>
      <w:r>
        <w:rPr>
          <w:b/>
          <w:sz w:val="26"/>
        </w:rPr>
        <w:t xml:space="preserve">Здоровье: </w:t>
      </w:r>
      <w:r>
        <w:rPr>
          <w:sz w:val="26"/>
        </w:rPr>
        <w:t xml:space="preserve">Здоровье: тело, питание, режим. </w:t>
      </w:r>
    </w:p>
    <w:p>
      <w:pPr>
        <w:pStyle w:val="ListBullet"/>
        <w:spacing w:after="20"/>
        <w:ind w:left="340"/>
      </w:pPr>
      <w:r>
        <w:rPr>
          <w:b/>
          <w:sz w:val="26"/>
        </w:rPr>
        <w:t xml:space="preserve">Духовное: </w:t>
      </w:r>
      <w:r>
        <w:rPr>
          <w:sz w:val="26"/>
        </w:rPr>
        <w:t>Духовное: заземление.</w:t>
      </w:r>
    </w:p>
    <w:p>
      <w:pPr>
        <w:spacing w:before="100" w:after="20"/>
      </w:pPr>
      <w:r>
        <w:rPr>
          <w:b/>
          <w:color w:val="1A2B4A"/>
          <w:sz w:val="26"/>
        </w:rPr>
        <w:t>Совет карты:</w:t>
      </w:r>
    </w:p>
    <w:p>
      <w:pPr>
        <w:jc w:val="both"/>
      </w:pPr>
      <w:r>
        <w:rPr>
          <w:sz w:val="26"/>
        </w:rPr>
        <w:t>Действуй практично. Строй фундамент, который выдержит. Для карты Четверка Пентакли это значит: Стабильность, пауза, отдых, фундамент, структура, дом. Время остановиться и укрепить то, что есть. Не жди, пока станет идеально — начни с того, что есть. Один маленький шаг в энергии этой карты уже меняет все. Прямая: Стабильность, пауза, отдых, фундамент, структура, дом. Время остановиться и укрепить то, что есть. Перевернутая: Застой, скука, страх выйти из стабильности, тюрьма из комфорта.</w:t>
      </w:r>
    </w:p>
    <w:p>
      <w:pPr>
        <w:spacing w:before="160"/>
        <w:jc w:val="center"/>
      </w:pPr>
      <w:r>
        <w:rPr>
          <w:color w:val="C9B87A"/>
          <w:sz w:val="26"/>
        </w:rPr>
        <w:t>✦  ✦  ✦</w:t>
      </w:r>
    </w:p>
    <w:p>
      <w:r>
        <w:br w:type="page"/>
      </w:r>
    </w:p>
    <w:p>
      <w:pPr>
        <w:jc w:val="right"/>
      </w:pPr>
      <w:r>
        <w:rPr>
          <w:b/>
          <w:color w:val="999999"/>
          <w:sz w:val="19"/>
        </w:rPr>
        <w:t>ТАРО • 78 КАРТ  •  69 / 78</w:t>
      </w:r>
    </w:p>
    <w:p>
      <w:pPr>
        <w:spacing w:after="40"/>
      </w:pPr>
      <w:r>
        <w:rPr>
          <w:b/>
          <w:color w:val="1A2B4A"/>
          <w:sz w:val="38"/>
        </w:rPr>
        <w:t>Пятерка Пентакли</w:t>
      </w:r>
    </w:p>
    <w:p>
      <w:pPr>
        <w:spacing w:after="80"/>
      </w:pPr>
      <w:r>
        <w:rPr>
          <w:i/>
          <w:color w:val="8A6D2B"/>
          <w:sz w:val="26"/>
        </w:rPr>
        <w:t>Земля: деньги, тело, работа, дом, стабильность, материальный мир. Пентакли — это то, что ты имеешь и строишь.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Два нищих под окном церкви в снегу. Потери, бедность, одиночество, кризис, холод.</w:t>
      </w:r>
    </w:p>
    <w:p>
      <w:pPr>
        <w:spacing w:before="100" w:after="20"/>
      </w:pPr>
      <w:r>
        <w:rPr>
          <w:b/>
          <w:color w:val="1A2B4A"/>
          <w:sz w:val="26"/>
        </w:rPr>
        <w:t>В прямом положении:</w:t>
      </w:r>
    </w:p>
    <w:p>
      <w:pPr>
        <w:jc w:val="both"/>
      </w:pPr>
      <w:r>
        <w:rPr>
          <w:sz w:val="26"/>
        </w:rPr>
        <w:t>Конфликт, кризис, борьба, потери, испытание. Точка, где проверяется, насколько ты крепок. Неприятно, но это рост. В масти Пентаклей это проявляется так: Два нищих под окном церкви в снегу. Потери, бедность, одиночество, кризис, холод. Карта говорит: энергия масти сейчас активна, не подавляй ее. Если ты в прямом положении — действуй, чувствуй, думай или строй — в зависимости от масти. Это не случайный шанс, а закономерный этап. Ты уже прошел предыдущие ступени, и теперь тебе открывается следующая.</w:t>
      </w:r>
    </w:p>
    <w:p>
      <w:pPr>
        <w:spacing w:before="100" w:after="20"/>
      </w:pPr>
      <w:r>
        <w:rPr>
          <w:b/>
          <w:color w:val="1A2B4A"/>
          <w:sz w:val="26"/>
        </w:rPr>
        <w:t>В перевернутом положении:</w:t>
      </w:r>
    </w:p>
    <w:p>
      <w:pPr>
        <w:jc w:val="both"/>
      </w:pPr>
      <w:r>
        <w:rPr>
          <w:sz w:val="26"/>
        </w:rPr>
        <w:t>Выход из кризиса, примирение, конец борьбы — или еще глубже в конфликт, если не остановиться. В перевернутом положении карта Пятерка Пентакли говорит о том, что энергия масти заблокирована или искажена. Ты либо боишься проявить ее, либо перегибаешь. Посмотри честно: где ты сдаешь, а где — перегибаешь? Перевернутая карта — не приговор, а подсказка: здесь нужно починить, замедлиться или, наоборот, решиться.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Любовь: надежность, стабильность, забота через действия. Карта Пятерка Пентаклей в любви говорит о конфликт, кризис, борьба, потери, испытание. точка, где проверяется, насколько ты крепок. неприятно, но это рост.</w:t>
      </w:r>
    </w:p>
    <w:p>
      <w:pPr>
        <w:pStyle w:val="ListBullet"/>
        <w:spacing w:after="20"/>
        <w:ind w:left="340"/>
      </w:pPr>
      <w:r>
        <w:rPr>
          <w:b/>
          <w:sz w:val="26"/>
        </w:rPr>
        <w:t xml:space="preserve">Работа: </w:t>
      </w:r>
      <w:r>
        <w:rPr>
          <w:sz w:val="26"/>
        </w:rPr>
        <w:t xml:space="preserve">Работа: труд, мастерство, стабильность. </w:t>
      </w:r>
    </w:p>
    <w:p>
      <w:pPr>
        <w:pStyle w:val="ListBullet"/>
        <w:spacing w:after="20"/>
        <w:ind w:left="340"/>
      </w:pPr>
      <w:r>
        <w:rPr>
          <w:b/>
          <w:sz w:val="26"/>
        </w:rPr>
        <w:t xml:space="preserve">Деньги: </w:t>
      </w:r>
      <w:r>
        <w:rPr>
          <w:sz w:val="26"/>
        </w:rPr>
        <w:t xml:space="preserve">Деньги: деньги, накопления, материальный мир. </w:t>
      </w:r>
    </w:p>
    <w:p>
      <w:pPr>
        <w:pStyle w:val="ListBullet"/>
        <w:spacing w:after="20"/>
        <w:ind w:left="340"/>
      </w:pPr>
      <w:r>
        <w:rPr>
          <w:b/>
          <w:sz w:val="26"/>
        </w:rPr>
        <w:t xml:space="preserve">Здоровье: </w:t>
      </w:r>
      <w:r>
        <w:rPr>
          <w:sz w:val="26"/>
        </w:rPr>
        <w:t xml:space="preserve">Здоровье: тело, питание, режим. </w:t>
      </w:r>
    </w:p>
    <w:p>
      <w:pPr>
        <w:pStyle w:val="ListBullet"/>
        <w:spacing w:after="20"/>
        <w:ind w:left="340"/>
      </w:pPr>
      <w:r>
        <w:rPr>
          <w:b/>
          <w:sz w:val="26"/>
        </w:rPr>
        <w:t xml:space="preserve">Духовное: </w:t>
      </w:r>
      <w:r>
        <w:rPr>
          <w:sz w:val="26"/>
        </w:rPr>
        <w:t>Духовное: заземление.</w:t>
      </w:r>
    </w:p>
    <w:p>
      <w:pPr>
        <w:spacing w:before="100" w:after="20"/>
      </w:pPr>
      <w:r>
        <w:rPr>
          <w:b/>
          <w:color w:val="1A2B4A"/>
          <w:sz w:val="26"/>
        </w:rPr>
        <w:t>Совет карты:</w:t>
      </w:r>
    </w:p>
    <w:p>
      <w:pPr>
        <w:jc w:val="both"/>
      </w:pPr>
      <w:r>
        <w:rPr>
          <w:sz w:val="26"/>
        </w:rPr>
        <w:t>Действуй практично. Строй фундамент, который выдержит. Для карты Пятерка Пентакли это значит: Конфликт, кризис, борьба, потери, испытание. Точка, где проверяется, насколько ты крепок. Неприятно, но это рост. Не жди, пока станет идеально — начни с того, что есть. Один маленький шаг в энергии этой карты уже меняет все. Прямая: Конфликт, кризис, борьба, потери, испытание. Точка, где проверяется, насколько ты крепок. Неприятно, но это рост. Перевернутая: Выход из кризиса, примирение, конец борьбы — или еще глубже в конфликт, если не остановиться.</w:t>
      </w:r>
    </w:p>
    <w:p>
      <w:pPr>
        <w:spacing w:before="160"/>
        <w:jc w:val="center"/>
      </w:pPr>
      <w:r>
        <w:rPr>
          <w:color w:val="C9B87A"/>
          <w:sz w:val="26"/>
        </w:rPr>
        <w:t>✦  ✦  ✦</w:t>
      </w:r>
    </w:p>
    <w:p>
      <w:r>
        <w:br w:type="page"/>
      </w:r>
    </w:p>
    <w:p>
      <w:pPr>
        <w:jc w:val="right"/>
      </w:pPr>
      <w:r>
        <w:rPr>
          <w:b/>
          <w:color w:val="999999"/>
          <w:sz w:val="19"/>
        </w:rPr>
        <w:t>ТАРО • 78 КАРТ  •  70 / 78</w:t>
      </w:r>
    </w:p>
    <w:p>
      <w:pPr>
        <w:spacing w:after="40"/>
      </w:pPr>
      <w:r>
        <w:rPr>
          <w:b/>
          <w:color w:val="1A2B4A"/>
          <w:sz w:val="38"/>
        </w:rPr>
        <w:t>Шестерка Пентакли</w:t>
      </w:r>
    </w:p>
    <w:p>
      <w:pPr>
        <w:spacing w:after="80"/>
      </w:pPr>
      <w:r>
        <w:rPr>
          <w:i/>
          <w:color w:val="8A6D2B"/>
          <w:sz w:val="26"/>
        </w:rPr>
        <w:t>Земля: деньги, тело, работа, дом, стабильность, материальный мир. Пентакли — это то, что ты имеешь и строишь.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Богач раздает монеты нищим, в одной руке весы. Помощь, благотворительность, баланс брать-давать.</w:t>
      </w:r>
    </w:p>
    <w:p>
      <w:pPr>
        <w:spacing w:before="100" w:after="20"/>
      </w:pPr>
      <w:r>
        <w:rPr>
          <w:b/>
          <w:color w:val="1A2B4A"/>
          <w:sz w:val="26"/>
        </w:rPr>
        <w:t>В прямом положении:</w:t>
      </w:r>
    </w:p>
    <w:p>
      <w:pPr>
        <w:jc w:val="both"/>
      </w:pPr>
      <w:r>
        <w:rPr>
          <w:sz w:val="26"/>
        </w:rPr>
        <w:t>Гармония, помощь, прошлое, победа, движение вперед. Баланс между брать и давать, между прошлым и будущим. В масти Пентаклей это проявляется так: Богач раздает монеты нищим, в одной руке весы. Помощь, благотворительность, баланс брать-давать. Карта говорит: энергия масти сейчас активна, не подавляй ее. Если ты в прямом положении — действуй, чувствуй, думай или строй — в зависимости от масти. Это не случайный шанс, а закономерный этап. Ты уже прошел предыдущие ступени, и теперь тебе открывается следующая.</w:t>
      </w:r>
    </w:p>
    <w:p>
      <w:pPr>
        <w:spacing w:before="100" w:after="20"/>
      </w:pPr>
      <w:r>
        <w:rPr>
          <w:b/>
          <w:color w:val="1A2B4A"/>
          <w:sz w:val="26"/>
        </w:rPr>
        <w:t>В перевернутом положении:</w:t>
      </w:r>
    </w:p>
    <w:p>
      <w:pPr>
        <w:jc w:val="both"/>
      </w:pPr>
      <w:r>
        <w:rPr>
          <w:sz w:val="26"/>
        </w:rPr>
        <w:t>Застревание в прошлом, зависимость от помощи, ностальгия, которая не отпускает. В перевернутом положении карта Шестерка Пентакли говорит о том, что энергия масти заблокирована или искажена. Ты либо боишься проявить ее, либо перегибаешь. Посмотри честно: где ты сдаешь, а где — перегибаешь? Перевернутая карта — не приговор, а подсказка: здесь нужно починить, замедлиться или, наоборот, решиться.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Любовь: надежность, стабильность, забота через действия. Карта Шестерка Пентаклей в любви говорит о гармония, помощь, прошлое, победа, движение вперед. баланс между брать и давать, между прошлым и будущим.</w:t>
      </w:r>
    </w:p>
    <w:p>
      <w:pPr>
        <w:pStyle w:val="ListBullet"/>
        <w:spacing w:after="20"/>
        <w:ind w:left="340"/>
      </w:pPr>
      <w:r>
        <w:rPr>
          <w:b/>
          <w:sz w:val="26"/>
        </w:rPr>
        <w:t xml:space="preserve">Работа: </w:t>
      </w:r>
      <w:r>
        <w:rPr>
          <w:sz w:val="26"/>
        </w:rPr>
        <w:t xml:space="preserve">Работа: труд, мастерство, стабильность. </w:t>
      </w:r>
    </w:p>
    <w:p>
      <w:pPr>
        <w:pStyle w:val="ListBullet"/>
        <w:spacing w:after="20"/>
        <w:ind w:left="340"/>
      </w:pPr>
      <w:r>
        <w:rPr>
          <w:b/>
          <w:sz w:val="26"/>
        </w:rPr>
        <w:t xml:space="preserve">Деньги: </w:t>
      </w:r>
      <w:r>
        <w:rPr>
          <w:sz w:val="26"/>
        </w:rPr>
        <w:t xml:space="preserve">Деньги: деньги, накопления, материальный мир. </w:t>
      </w:r>
    </w:p>
    <w:p>
      <w:pPr>
        <w:pStyle w:val="ListBullet"/>
        <w:spacing w:after="20"/>
        <w:ind w:left="340"/>
      </w:pPr>
      <w:r>
        <w:rPr>
          <w:b/>
          <w:sz w:val="26"/>
        </w:rPr>
        <w:t xml:space="preserve">Здоровье: </w:t>
      </w:r>
      <w:r>
        <w:rPr>
          <w:sz w:val="26"/>
        </w:rPr>
        <w:t xml:space="preserve">Здоровье: тело, питание, режим. </w:t>
      </w:r>
    </w:p>
    <w:p>
      <w:pPr>
        <w:pStyle w:val="ListBullet"/>
        <w:spacing w:after="20"/>
        <w:ind w:left="340"/>
      </w:pPr>
      <w:r>
        <w:rPr>
          <w:b/>
          <w:sz w:val="26"/>
        </w:rPr>
        <w:t xml:space="preserve">Духовное: </w:t>
      </w:r>
      <w:r>
        <w:rPr>
          <w:sz w:val="26"/>
        </w:rPr>
        <w:t>Духовное: заземление.</w:t>
      </w:r>
    </w:p>
    <w:p>
      <w:pPr>
        <w:spacing w:before="100" w:after="20"/>
      </w:pPr>
      <w:r>
        <w:rPr>
          <w:b/>
          <w:color w:val="1A2B4A"/>
          <w:sz w:val="26"/>
        </w:rPr>
        <w:t>Совет карты:</w:t>
      </w:r>
    </w:p>
    <w:p>
      <w:pPr>
        <w:jc w:val="both"/>
      </w:pPr>
      <w:r>
        <w:rPr>
          <w:sz w:val="26"/>
        </w:rPr>
        <w:t>Действуй практично. Строй фундамент, который выдержит. Для карты Шестерка Пентакли это значит: Гармония, помощь, прошлое, победа, движение вперед. Баланс между брать и давать, между прошлым и будущим. Не жди, пока станет идеально — начни с того, что есть. Один маленький шаг в энергии этой карты уже меняет все. Прямая: Гармония, помощь, прошлое, победа, движение вперед. Баланс между брать и давать, между прошлым и будущим. Перевернутая: Застревание в прошлом, зависимость от помощи, ностальгия, которая не отпускает.</w:t>
      </w:r>
    </w:p>
    <w:p>
      <w:pPr>
        <w:spacing w:before="160"/>
        <w:jc w:val="center"/>
      </w:pPr>
      <w:r>
        <w:rPr>
          <w:color w:val="C9B87A"/>
          <w:sz w:val="26"/>
        </w:rPr>
        <w:t>✦  ✦  ✦</w:t>
      </w:r>
    </w:p>
    <w:p>
      <w:r>
        <w:br w:type="page"/>
      </w:r>
    </w:p>
    <w:p>
      <w:pPr>
        <w:jc w:val="right"/>
      </w:pPr>
      <w:r>
        <w:rPr>
          <w:b/>
          <w:color w:val="999999"/>
          <w:sz w:val="19"/>
        </w:rPr>
        <w:t>ТАРО • 78 КАРТ  •  71 / 78</w:t>
      </w:r>
    </w:p>
    <w:p>
      <w:pPr>
        <w:spacing w:after="40"/>
      </w:pPr>
      <w:r>
        <w:rPr>
          <w:b/>
          <w:color w:val="1A2B4A"/>
          <w:sz w:val="38"/>
        </w:rPr>
        <w:t>Семерка Пентакли</w:t>
      </w:r>
    </w:p>
    <w:p>
      <w:pPr>
        <w:spacing w:after="80"/>
      </w:pPr>
      <w:r>
        <w:rPr>
          <w:i/>
          <w:color w:val="8A6D2B"/>
          <w:sz w:val="26"/>
        </w:rPr>
        <w:t>Земля: деньги, тело, работа, дом, стабильность, материальный мир. Пентакли — это то, что ты имеешь и строишь.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Человек оперся на лопату и смотрит на урожай — семь монет на кусте. Ожидание, терпение, инвестиции.</w:t>
      </w:r>
    </w:p>
    <w:p>
      <w:pPr>
        <w:spacing w:before="100" w:after="20"/>
      </w:pPr>
      <w:r>
        <w:rPr>
          <w:b/>
          <w:color w:val="1A2B4A"/>
          <w:sz w:val="26"/>
        </w:rPr>
        <w:t>В прямом положении:</w:t>
      </w:r>
    </w:p>
    <w:p>
      <w:pPr>
        <w:jc w:val="both"/>
      </w:pPr>
      <w:r>
        <w:rPr>
          <w:sz w:val="26"/>
        </w:rPr>
        <w:t>Борьба, защита, испытание, стратегия, выдержка. Тебе придется отстаивать свое. Не сдавайся, но и не дерись вслепую. В масти Пентаклей это проявляется так: Человек оперся на лопату и смотрит на урожай — семь монет на кусте. Ожидание, терпение, инвестиции. Карта говорит: энергия масти сейчас активна, не подавляй ее. Если ты в прямом положении — действуй, чувствуй, думай или строй — в зависимости от масти. Это не случайный шанс, а закономерный этап. Ты уже прошел предыдущие ступени, и теперь тебе открывается следующая.</w:t>
      </w:r>
    </w:p>
    <w:p>
      <w:pPr>
        <w:spacing w:before="100" w:after="20"/>
      </w:pPr>
      <w:r>
        <w:rPr>
          <w:b/>
          <w:color w:val="1A2B4A"/>
          <w:sz w:val="26"/>
        </w:rPr>
        <w:t>В перевернутом положении:</w:t>
      </w:r>
    </w:p>
    <w:p>
      <w:pPr>
        <w:jc w:val="both"/>
      </w:pPr>
      <w:r>
        <w:rPr>
          <w:sz w:val="26"/>
        </w:rPr>
        <w:t>Сдача, страх бороться, поражение, бегство с поля боя. В перевернутом положении карта Семерка Пентакли говорит о том, что энергия масти заблокирована или искажена. Ты либо боишься проявить ее, либо перегибаешь. Посмотри честно: где ты сдаешь, а где — перегибаешь? Перевернутая карта — не приговор, а подсказка: здесь нужно починить, замедлиться или, наоборот, решиться.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Любовь: надежность, стабильность, забота через действия. Карта Семерка Пентаклей в любви говорит о борьба, защита, испытание, стратегия, выдержка. тебе придется отстаивать свое. не сдавайся, но и не дерись вслепую.</w:t>
      </w:r>
    </w:p>
    <w:p>
      <w:pPr>
        <w:pStyle w:val="ListBullet"/>
        <w:spacing w:after="20"/>
        <w:ind w:left="340"/>
      </w:pPr>
      <w:r>
        <w:rPr>
          <w:b/>
          <w:sz w:val="26"/>
        </w:rPr>
        <w:t xml:space="preserve">Работа: </w:t>
      </w:r>
      <w:r>
        <w:rPr>
          <w:sz w:val="26"/>
        </w:rPr>
        <w:t xml:space="preserve">Работа: труд, мастерство, стабильность. </w:t>
      </w:r>
    </w:p>
    <w:p>
      <w:pPr>
        <w:pStyle w:val="ListBullet"/>
        <w:spacing w:after="20"/>
        <w:ind w:left="340"/>
      </w:pPr>
      <w:r>
        <w:rPr>
          <w:b/>
          <w:sz w:val="26"/>
        </w:rPr>
        <w:t xml:space="preserve">Деньги: </w:t>
      </w:r>
      <w:r>
        <w:rPr>
          <w:sz w:val="26"/>
        </w:rPr>
        <w:t xml:space="preserve">Деньги: деньги, накопления, материальный мир. </w:t>
      </w:r>
    </w:p>
    <w:p>
      <w:pPr>
        <w:pStyle w:val="ListBullet"/>
        <w:spacing w:after="20"/>
        <w:ind w:left="340"/>
      </w:pPr>
      <w:r>
        <w:rPr>
          <w:b/>
          <w:sz w:val="26"/>
        </w:rPr>
        <w:t xml:space="preserve">Здоровье: </w:t>
      </w:r>
      <w:r>
        <w:rPr>
          <w:sz w:val="26"/>
        </w:rPr>
        <w:t xml:space="preserve">Здоровье: тело, питание, режим. </w:t>
      </w:r>
    </w:p>
    <w:p>
      <w:pPr>
        <w:pStyle w:val="ListBullet"/>
        <w:spacing w:after="20"/>
        <w:ind w:left="340"/>
      </w:pPr>
      <w:r>
        <w:rPr>
          <w:b/>
          <w:sz w:val="26"/>
        </w:rPr>
        <w:t xml:space="preserve">Духовное: </w:t>
      </w:r>
      <w:r>
        <w:rPr>
          <w:sz w:val="26"/>
        </w:rPr>
        <w:t>Духовное: заземление.</w:t>
      </w:r>
    </w:p>
    <w:p>
      <w:pPr>
        <w:spacing w:before="100" w:after="20"/>
      </w:pPr>
      <w:r>
        <w:rPr>
          <w:b/>
          <w:color w:val="1A2B4A"/>
          <w:sz w:val="26"/>
        </w:rPr>
        <w:t>Совет карты:</w:t>
      </w:r>
    </w:p>
    <w:p>
      <w:pPr>
        <w:jc w:val="both"/>
      </w:pPr>
      <w:r>
        <w:rPr>
          <w:sz w:val="26"/>
        </w:rPr>
        <w:t>Действуй практично. Строй фундамент, который выдержит. Для карты Семерка Пентакли это значит: Борьба, защита, испытание, стратегия, выдержка. Тебе придется отстаивать свое. Не сдавайся, но и не дерись вслепую. Не жди, пока станет идеально — начни с того, что есть. Один маленький шаг в энергии этой карты уже меняет все. Прямая: Борьба, защита, испытание, стратегия, выдержка. Тебе придется отстаивать свое. Не сдавайся, но и не дерись вслепую. Перевернутая: Сдача, страх бороться, поражение, бегство с поля боя.</w:t>
      </w:r>
    </w:p>
    <w:p>
      <w:pPr>
        <w:spacing w:before="160"/>
        <w:jc w:val="center"/>
      </w:pPr>
      <w:r>
        <w:rPr>
          <w:color w:val="C9B87A"/>
          <w:sz w:val="26"/>
        </w:rPr>
        <w:t>✦  ✦  ✦</w:t>
      </w:r>
    </w:p>
    <w:p>
      <w:r>
        <w:br w:type="page"/>
      </w:r>
    </w:p>
    <w:p>
      <w:pPr>
        <w:jc w:val="right"/>
      </w:pPr>
      <w:r>
        <w:rPr>
          <w:b/>
          <w:color w:val="999999"/>
          <w:sz w:val="19"/>
        </w:rPr>
        <w:t>ТАРО • 78 КАРТ  •  72 / 78</w:t>
      </w:r>
    </w:p>
    <w:p>
      <w:pPr>
        <w:spacing w:after="40"/>
      </w:pPr>
      <w:r>
        <w:rPr>
          <w:b/>
          <w:color w:val="1A2B4A"/>
          <w:sz w:val="38"/>
        </w:rPr>
        <w:t>Восьмерка Пентакли</w:t>
      </w:r>
    </w:p>
    <w:p>
      <w:pPr>
        <w:spacing w:after="80"/>
      </w:pPr>
      <w:r>
        <w:rPr>
          <w:i/>
          <w:color w:val="8A6D2B"/>
          <w:sz w:val="26"/>
        </w:rPr>
        <w:t>Земля: деньги, тело, работа, дом, стабильность, материальный мир. Пентакли — это то, что ты имеешь и строишь.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Мастер чеканит монеты в мастерской, восемь монет на стене. Труд, мастерство, кропотливая работа.</w:t>
      </w:r>
    </w:p>
    <w:p>
      <w:pPr>
        <w:spacing w:before="100" w:after="20"/>
      </w:pPr>
      <w:r>
        <w:rPr>
          <w:b/>
          <w:color w:val="1A2B4A"/>
          <w:sz w:val="26"/>
        </w:rPr>
        <w:t>В прямом положении:</w:t>
      </w:r>
    </w:p>
    <w:p>
      <w:pPr>
        <w:jc w:val="both"/>
      </w:pPr>
      <w:r>
        <w:rPr>
          <w:sz w:val="26"/>
        </w:rPr>
        <w:t>Движение, скорость, перемены, действие, прогресс. Все ускоряется. Не тормози — поток уже несет тебя. В масти Пентаклей это проявляется так: Мастер чеканит монеты в мастерской, восемь монет на стене. Труд, мастерство, кропотливая работа. Карта говорит: энергия масти сейчас активна, не подавляй ее. Если ты в прямом положении — действуй, чувствуй, думай или строй — в зависимости от масти. Это не случайный шанс, а закономерный этап. Ты уже прошел предыдущие ступени, и теперь тебе открывается следующая.</w:t>
      </w:r>
    </w:p>
    <w:p>
      <w:pPr>
        <w:spacing w:before="100" w:after="20"/>
      </w:pPr>
      <w:r>
        <w:rPr>
          <w:b/>
          <w:color w:val="1A2B4A"/>
          <w:sz w:val="26"/>
        </w:rPr>
        <w:t>В перевернутом положении:</w:t>
      </w:r>
    </w:p>
    <w:p>
      <w:pPr>
        <w:jc w:val="both"/>
      </w:pPr>
      <w:r>
        <w:rPr>
          <w:sz w:val="26"/>
        </w:rPr>
        <w:t>Застой, промедление, страх движения, упущенное время. В перевернутом положении карта Восьмерка Пентакли говорит о том, что энергия масти заблокирована или искажена. Ты либо боишься проявить ее, либо перегибаешь. Посмотри честно: где ты сдаешь, а где — перегибаешь? Перевернутая карта — не приговор, а подсказка: здесь нужно починить, замедлиться или, наоборот, решиться.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Любовь: надежность, стабильность, забота через действия. Карта Восьмерка Пентаклей в любви говорит о движение, скорость, перемены, действие, прогресс. все ускоряется. не тормози — поток уже несет тебя.</w:t>
      </w:r>
    </w:p>
    <w:p>
      <w:pPr>
        <w:pStyle w:val="ListBullet"/>
        <w:spacing w:after="20"/>
        <w:ind w:left="340"/>
      </w:pPr>
      <w:r>
        <w:rPr>
          <w:b/>
          <w:sz w:val="26"/>
        </w:rPr>
        <w:t xml:space="preserve">Работа: </w:t>
      </w:r>
      <w:r>
        <w:rPr>
          <w:sz w:val="26"/>
        </w:rPr>
        <w:t xml:space="preserve">Работа: труд, мастерство, стабильность. </w:t>
      </w:r>
    </w:p>
    <w:p>
      <w:pPr>
        <w:pStyle w:val="ListBullet"/>
        <w:spacing w:after="20"/>
        <w:ind w:left="340"/>
      </w:pPr>
      <w:r>
        <w:rPr>
          <w:b/>
          <w:sz w:val="26"/>
        </w:rPr>
        <w:t xml:space="preserve">Деньги: </w:t>
      </w:r>
      <w:r>
        <w:rPr>
          <w:sz w:val="26"/>
        </w:rPr>
        <w:t xml:space="preserve">Деньги: деньги, накопления, материальный мир. </w:t>
      </w:r>
    </w:p>
    <w:p>
      <w:pPr>
        <w:pStyle w:val="ListBullet"/>
        <w:spacing w:after="20"/>
        <w:ind w:left="340"/>
      </w:pPr>
      <w:r>
        <w:rPr>
          <w:b/>
          <w:sz w:val="26"/>
        </w:rPr>
        <w:t xml:space="preserve">Здоровье: </w:t>
      </w:r>
      <w:r>
        <w:rPr>
          <w:sz w:val="26"/>
        </w:rPr>
        <w:t xml:space="preserve">Здоровье: тело, питание, режим. </w:t>
      </w:r>
    </w:p>
    <w:p>
      <w:pPr>
        <w:pStyle w:val="ListBullet"/>
        <w:spacing w:after="20"/>
        <w:ind w:left="340"/>
      </w:pPr>
      <w:r>
        <w:rPr>
          <w:b/>
          <w:sz w:val="26"/>
        </w:rPr>
        <w:t xml:space="preserve">Духовное: </w:t>
      </w:r>
      <w:r>
        <w:rPr>
          <w:sz w:val="26"/>
        </w:rPr>
        <w:t>Духовное: заземление.</w:t>
      </w:r>
    </w:p>
    <w:p>
      <w:pPr>
        <w:spacing w:before="100" w:after="20"/>
      </w:pPr>
      <w:r>
        <w:rPr>
          <w:b/>
          <w:color w:val="1A2B4A"/>
          <w:sz w:val="26"/>
        </w:rPr>
        <w:t>Совет карты:</w:t>
      </w:r>
    </w:p>
    <w:p>
      <w:pPr>
        <w:jc w:val="both"/>
      </w:pPr>
      <w:r>
        <w:rPr>
          <w:sz w:val="26"/>
        </w:rPr>
        <w:t>Действуй практично. Строй фундамент, который выдержит. Для карты Восьмерка Пентакли это значит: Движение, скорость, перемены, действие, прогресс. Все ускоряется. Не тормози — поток уже несет тебя. Не жди, пока станет идеально — начни с того, что есть. Один маленький шаг в энергии этой карты уже меняет все. Прямая: Движение, скорость, перемены, действие, прогресс. Все ускоряется. Не тормози — поток уже несет тебя. Перевернутая: Застой, промедление, страх движения, упущенное время.</w:t>
      </w:r>
    </w:p>
    <w:p>
      <w:pPr>
        <w:spacing w:before="160"/>
        <w:jc w:val="center"/>
      </w:pPr>
      <w:r>
        <w:rPr>
          <w:color w:val="C9B87A"/>
          <w:sz w:val="26"/>
        </w:rPr>
        <w:t>✦  ✦  ✦</w:t>
      </w:r>
    </w:p>
    <w:p>
      <w:r>
        <w:br w:type="page"/>
      </w:r>
    </w:p>
    <w:p>
      <w:pPr>
        <w:jc w:val="right"/>
      </w:pPr>
      <w:r>
        <w:rPr>
          <w:b/>
          <w:color w:val="999999"/>
          <w:sz w:val="19"/>
        </w:rPr>
        <w:t>ТАРО • 78 КАРТ  •  73 / 78</w:t>
      </w:r>
    </w:p>
    <w:p>
      <w:pPr>
        <w:spacing w:after="40"/>
      </w:pPr>
      <w:r>
        <w:rPr>
          <w:b/>
          <w:color w:val="1A2B4A"/>
          <w:sz w:val="38"/>
        </w:rPr>
        <w:t>Девятка Пентакли</w:t>
      </w:r>
    </w:p>
    <w:p>
      <w:pPr>
        <w:spacing w:after="80"/>
      </w:pPr>
      <w:r>
        <w:rPr>
          <w:i/>
          <w:color w:val="8A6D2B"/>
          <w:sz w:val="26"/>
        </w:rPr>
        <w:t>Земля: деньги, тело, работа, дом, стабильность, материальный мир. Пентакли — это то, что ты имеешь и строишь.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Женщина в саду с соколом на руке, виноград, девять монет. Достаток, независимость, комфорт.</w:t>
      </w:r>
    </w:p>
    <w:p>
      <w:pPr>
        <w:spacing w:before="100" w:after="20"/>
      </w:pPr>
      <w:r>
        <w:rPr>
          <w:b/>
          <w:color w:val="1A2B4A"/>
          <w:sz w:val="26"/>
        </w:rPr>
        <w:t>В прямом положении:</w:t>
      </w:r>
    </w:p>
    <w:p>
      <w:pPr>
        <w:jc w:val="both"/>
      </w:pPr>
      <w:r>
        <w:rPr>
          <w:sz w:val="26"/>
        </w:rPr>
        <w:t>Завершение, мудрость, защита, одиночество, итоги, почти финиш. Ты близок к цели, но устал. Держись. В масти Пентаклей это проявляется так: Женщина в саду с соколом на руке, виноград, девять монет. Достаток, независимость, комфорт. Карта говорит: энергия масти сейчас активна, не подавляй ее. Если ты в прямом положении — действуй, чувствуй, думай или строй — в зависимости от масти. Это не случайный шанс, а закономерный этап. Ты уже прошел предыдущие ступени, и теперь тебе открывается следующая.</w:t>
      </w:r>
    </w:p>
    <w:p>
      <w:pPr>
        <w:spacing w:before="100" w:after="20"/>
      </w:pPr>
      <w:r>
        <w:rPr>
          <w:b/>
          <w:color w:val="1A2B4A"/>
          <w:sz w:val="26"/>
        </w:rPr>
        <w:t>В перевернутом положении:</w:t>
      </w:r>
    </w:p>
    <w:p>
      <w:pPr>
        <w:jc w:val="both"/>
      </w:pPr>
      <w:r>
        <w:rPr>
          <w:sz w:val="26"/>
        </w:rPr>
        <w:t>Тревога, страх, бессонница, истощение, защита, которая превратилась в клетку. В перевернутом положении карта Девятка Пентакли говорит о том, что энергия масти заблокирована или искажена. Ты либо боишься проявить ее, либо перегибаешь. Посмотри честно: где ты сдаешь, а где — перегибаешь? Перевернутая карта — не приговор, а подсказка: здесь нужно починить, замедлиться или, наоборот, решиться.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Любовь: надежность, стабильность, забота через действия. Карта Девятка Пентаклей в любви говорит о завершение, мудрость, защита, одиночество, итоги, почти финиш. ты близок к цели, но устал. держись.</w:t>
      </w:r>
    </w:p>
    <w:p>
      <w:pPr>
        <w:pStyle w:val="ListBullet"/>
        <w:spacing w:after="20"/>
        <w:ind w:left="340"/>
      </w:pPr>
      <w:r>
        <w:rPr>
          <w:b/>
          <w:sz w:val="26"/>
        </w:rPr>
        <w:t xml:space="preserve">Работа: </w:t>
      </w:r>
      <w:r>
        <w:rPr>
          <w:sz w:val="26"/>
        </w:rPr>
        <w:t xml:space="preserve">Работа: труд, мастерство, стабильность. </w:t>
      </w:r>
    </w:p>
    <w:p>
      <w:pPr>
        <w:pStyle w:val="ListBullet"/>
        <w:spacing w:after="20"/>
        <w:ind w:left="340"/>
      </w:pPr>
      <w:r>
        <w:rPr>
          <w:b/>
          <w:sz w:val="26"/>
        </w:rPr>
        <w:t xml:space="preserve">Деньги: </w:t>
      </w:r>
      <w:r>
        <w:rPr>
          <w:sz w:val="26"/>
        </w:rPr>
        <w:t xml:space="preserve">Деньги: деньги, накопления, материальный мир. </w:t>
      </w:r>
    </w:p>
    <w:p>
      <w:pPr>
        <w:pStyle w:val="ListBullet"/>
        <w:spacing w:after="20"/>
        <w:ind w:left="340"/>
      </w:pPr>
      <w:r>
        <w:rPr>
          <w:b/>
          <w:sz w:val="26"/>
        </w:rPr>
        <w:t xml:space="preserve">Здоровье: </w:t>
      </w:r>
      <w:r>
        <w:rPr>
          <w:sz w:val="26"/>
        </w:rPr>
        <w:t xml:space="preserve">Здоровье: тело, питание, режим. </w:t>
      </w:r>
    </w:p>
    <w:p>
      <w:pPr>
        <w:pStyle w:val="ListBullet"/>
        <w:spacing w:after="20"/>
        <w:ind w:left="340"/>
      </w:pPr>
      <w:r>
        <w:rPr>
          <w:b/>
          <w:sz w:val="26"/>
        </w:rPr>
        <w:t xml:space="preserve">Духовное: </w:t>
      </w:r>
      <w:r>
        <w:rPr>
          <w:sz w:val="26"/>
        </w:rPr>
        <w:t>Духовное: заземление.</w:t>
      </w:r>
    </w:p>
    <w:p>
      <w:pPr>
        <w:spacing w:before="100" w:after="20"/>
      </w:pPr>
      <w:r>
        <w:rPr>
          <w:b/>
          <w:color w:val="1A2B4A"/>
          <w:sz w:val="26"/>
        </w:rPr>
        <w:t>Совет карты:</w:t>
      </w:r>
    </w:p>
    <w:p>
      <w:pPr>
        <w:jc w:val="both"/>
      </w:pPr>
      <w:r>
        <w:rPr>
          <w:sz w:val="26"/>
        </w:rPr>
        <w:t>Действуй практично. Строй фундамент, который выдержит. Для карты Девятка Пентакли это значит: Завершение, мудрость, защита, одиночество, итоги, почти финиш. Ты близок к цели, но устал. Держись. Не жди, пока станет идеально — начни с того, что есть. Один маленький шаг в энергии этой карты уже меняет все. Прямая: Завершение, мудрость, защита, одиночество, итоги, почти финиш. Ты близок к цели, но устал. Держись. Перевернутая: Тревога, страх, бессонница, истощение, защита, которая превратилась в клетку.</w:t>
      </w:r>
    </w:p>
    <w:p>
      <w:pPr>
        <w:spacing w:before="160"/>
        <w:jc w:val="center"/>
      </w:pPr>
      <w:r>
        <w:rPr>
          <w:color w:val="C9B87A"/>
          <w:sz w:val="26"/>
        </w:rPr>
        <w:t>✦  ✦  ✦</w:t>
      </w:r>
    </w:p>
    <w:p>
      <w:r>
        <w:br w:type="page"/>
      </w:r>
    </w:p>
    <w:p>
      <w:pPr>
        <w:jc w:val="right"/>
      </w:pPr>
      <w:r>
        <w:rPr>
          <w:b/>
          <w:color w:val="999999"/>
          <w:sz w:val="19"/>
        </w:rPr>
        <w:t>ТАРО • 78 КАРТ  •  74 / 78</w:t>
      </w:r>
    </w:p>
    <w:p>
      <w:pPr>
        <w:spacing w:after="40"/>
      </w:pPr>
      <w:r>
        <w:rPr>
          <w:b/>
          <w:color w:val="1A2B4A"/>
          <w:sz w:val="38"/>
        </w:rPr>
        <w:t>Десятка Пентакли</w:t>
      </w:r>
    </w:p>
    <w:p>
      <w:pPr>
        <w:spacing w:after="80"/>
      </w:pPr>
      <w:r>
        <w:rPr>
          <w:i/>
          <w:color w:val="8A6D2B"/>
          <w:sz w:val="26"/>
        </w:rPr>
        <w:t>Земля: деньги, тело, работа, дом, стабильность, материальный мир. Пентакли — это то, что ты имеешь и строишь.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Семья перед большим домом, старик с собакой, десять монет в виде древа. Наследство, семья, стабильность.</w:t>
      </w:r>
    </w:p>
    <w:p>
      <w:pPr>
        <w:spacing w:before="100" w:after="20"/>
      </w:pPr>
      <w:r>
        <w:rPr>
          <w:b/>
          <w:color w:val="1A2B4A"/>
          <w:sz w:val="26"/>
        </w:rPr>
        <w:t>В прямом положении:</w:t>
      </w:r>
    </w:p>
    <w:p>
      <w:pPr>
        <w:jc w:val="both"/>
      </w:pPr>
      <w:r>
        <w:rPr>
          <w:sz w:val="26"/>
        </w:rPr>
        <w:t>Завершение цикла, перегруз, итог, переход к новому. То, что было, закончилось. Собери урожай и отпусти. В масти Пентаклей это проявляется так: Семья перед большим домом, старик с собакой, десять монет в виде древа. Наследство, семья, стабильность. Карта говорит: энергия масти сейчас активна, не подавляй ее. Если ты в прямом положении — действуй, чувствуй, думай или строй — в зависимости от масти. Это не случайный шанс, а закономерный этап. Ты уже прошел предыдущие ступени, и теперь тебе открывается следующая.</w:t>
      </w:r>
    </w:p>
    <w:p>
      <w:pPr>
        <w:spacing w:before="100" w:after="20"/>
      </w:pPr>
      <w:r>
        <w:rPr>
          <w:b/>
          <w:color w:val="1A2B4A"/>
          <w:sz w:val="26"/>
        </w:rPr>
        <w:t>В перевернутом положении:</w:t>
      </w:r>
    </w:p>
    <w:p>
      <w:pPr>
        <w:jc w:val="both"/>
      </w:pPr>
      <w:r>
        <w:rPr>
          <w:sz w:val="26"/>
        </w:rPr>
        <w:t>Облегчение, сброс груза, конец тяжести — если отпустишь. Или груз, который ты тащишь дальше. В перевернутом положении карта Десятка Пентакли говорит о том, что энергия масти заблокирована или искажена. Ты либо боишься проявить ее, либо перегибаешь. Посмотри честно: где ты сдаешь, а где — перегибаешь? Перевернутая карта — не приговор, а подсказка: здесь нужно починить, замедлиться или, наоборот, решиться.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Любовь: надежность, стабильность, забота через действия. Карта Десятка Пентаклей в любви говорит о завершение цикла, перегруз, итог, переход к новому. то, что было, закончилось. собери урожай и отпусти.</w:t>
      </w:r>
    </w:p>
    <w:p>
      <w:pPr>
        <w:pStyle w:val="ListBullet"/>
        <w:spacing w:after="20"/>
        <w:ind w:left="340"/>
      </w:pPr>
      <w:r>
        <w:rPr>
          <w:b/>
          <w:sz w:val="26"/>
        </w:rPr>
        <w:t xml:space="preserve">Работа: </w:t>
      </w:r>
      <w:r>
        <w:rPr>
          <w:sz w:val="26"/>
        </w:rPr>
        <w:t xml:space="preserve">Работа: труд, мастерство, стабильность. </w:t>
      </w:r>
    </w:p>
    <w:p>
      <w:pPr>
        <w:pStyle w:val="ListBullet"/>
        <w:spacing w:after="20"/>
        <w:ind w:left="340"/>
      </w:pPr>
      <w:r>
        <w:rPr>
          <w:b/>
          <w:sz w:val="26"/>
        </w:rPr>
        <w:t xml:space="preserve">Деньги: </w:t>
      </w:r>
      <w:r>
        <w:rPr>
          <w:sz w:val="26"/>
        </w:rPr>
        <w:t xml:space="preserve">Деньги: деньги, накопления, материальный мир. </w:t>
      </w:r>
    </w:p>
    <w:p>
      <w:pPr>
        <w:pStyle w:val="ListBullet"/>
        <w:spacing w:after="20"/>
        <w:ind w:left="340"/>
      </w:pPr>
      <w:r>
        <w:rPr>
          <w:b/>
          <w:sz w:val="26"/>
        </w:rPr>
        <w:t xml:space="preserve">Здоровье: </w:t>
      </w:r>
      <w:r>
        <w:rPr>
          <w:sz w:val="26"/>
        </w:rPr>
        <w:t xml:space="preserve">Здоровье: тело, питание, режим. </w:t>
      </w:r>
    </w:p>
    <w:p>
      <w:pPr>
        <w:pStyle w:val="ListBullet"/>
        <w:spacing w:after="20"/>
        <w:ind w:left="340"/>
      </w:pPr>
      <w:r>
        <w:rPr>
          <w:b/>
          <w:sz w:val="26"/>
        </w:rPr>
        <w:t xml:space="preserve">Духовное: </w:t>
      </w:r>
      <w:r>
        <w:rPr>
          <w:sz w:val="26"/>
        </w:rPr>
        <w:t>Духовное: заземление.</w:t>
      </w:r>
    </w:p>
    <w:p>
      <w:pPr>
        <w:spacing w:before="100" w:after="20"/>
      </w:pPr>
      <w:r>
        <w:rPr>
          <w:b/>
          <w:color w:val="1A2B4A"/>
          <w:sz w:val="26"/>
        </w:rPr>
        <w:t>Совет карты:</w:t>
      </w:r>
    </w:p>
    <w:p>
      <w:pPr>
        <w:jc w:val="both"/>
      </w:pPr>
      <w:r>
        <w:rPr>
          <w:sz w:val="26"/>
        </w:rPr>
        <w:t>Действуй практично. Строй фундамент, который выдержит. Для карты Десятка Пентакли это значит: Завершение цикла, перегруз, итог, переход к новому. То, что было, закончилось. Собери урожай и отпусти. Не жди, пока станет идеально — начни с того, что есть. Один маленький шаг в энергии этой карты уже меняет все. Прямая: Завершение цикла, перегруз, итог, переход к новому. То, что было, закончилось. Собери урожай и отпусти. Перевернутая: Облегчение, сброс груза, конец тяжести — если отпустишь. Или груз, который ты тащишь дальше.</w:t>
      </w:r>
    </w:p>
    <w:p>
      <w:pPr>
        <w:spacing w:before="160"/>
        <w:jc w:val="center"/>
      </w:pPr>
      <w:r>
        <w:rPr>
          <w:color w:val="C9B87A"/>
          <w:sz w:val="26"/>
        </w:rPr>
        <w:t>✦  ✦  ✦</w:t>
      </w:r>
    </w:p>
    <w:p>
      <w:r>
        <w:br w:type="page"/>
      </w:r>
    </w:p>
    <w:p>
      <w:pPr>
        <w:jc w:val="right"/>
      </w:pPr>
      <w:r>
        <w:rPr>
          <w:b/>
          <w:color w:val="999999"/>
          <w:sz w:val="19"/>
        </w:rPr>
        <w:t>ТАРО • 78 КАРТ  •  75 / 78</w:t>
      </w:r>
    </w:p>
    <w:p>
      <w:pPr>
        <w:spacing w:after="40"/>
      </w:pPr>
      <w:r>
        <w:rPr>
          <w:b/>
          <w:color w:val="1A2B4A"/>
          <w:sz w:val="38"/>
        </w:rPr>
        <w:t>Паж Пентакли</w:t>
      </w:r>
    </w:p>
    <w:p>
      <w:pPr>
        <w:spacing w:after="80"/>
      </w:pPr>
      <w:r>
        <w:rPr>
          <w:i/>
          <w:color w:val="8A6D2B"/>
          <w:sz w:val="26"/>
        </w:rPr>
        <w:t>Земля: деньги, тело, работа, дом, стабильность, материальный мир. Пентакли — это то, что ты имеешь и строишь.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Юноша с монетой в руках смотрит на нее с восхищением. Учеба, новость о деньгах, практичность.</w:t>
      </w:r>
    </w:p>
    <w:p>
      <w:pPr>
        <w:spacing w:before="100" w:after="20"/>
      </w:pPr>
      <w:r>
        <w:rPr>
          <w:b/>
          <w:color w:val="1A2B4A"/>
          <w:sz w:val="26"/>
        </w:rPr>
        <w:t>В прямом положении:</w:t>
      </w:r>
    </w:p>
    <w:p>
      <w:pPr>
        <w:jc w:val="both"/>
      </w:pPr>
      <w:r>
        <w:rPr>
          <w:sz w:val="26"/>
        </w:rPr>
        <w:t>Ученик, новость, любопытство, начало изучения, молодой человек, гонец. Весть, которая меняет планы. В масти Пентаклей это проявляется так: Юноша с монетой в руках смотрит на нее с восхищением. Учеба, новость о деньгах, практичность. Карта говорит: энергия масти сейчас активна, не подавляй ее. Если ты в прямом положении — действуй, чувствуй, думай или строй — в зависимости от масти. Это не случайный шанс, а закономерный этап. Ты уже прошел предыдущие ступени, и теперь тебе открывается следующая.</w:t>
      </w:r>
    </w:p>
    <w:p>
      <w:pPr>
        <w:spacing w:before="100" w:after="20"/>
      </w:pPr>
      <w:r>
        <w:rPr>
          <w:b/>
          <w:color w:val="1A2B4A"/>
          <w:sz w:val="26"/>
        </w:rPr>
        <w:t>В перевернутом положении:</w:t>
      </w:r>
    </w:p>
    <w:p>
      <w:pPr>
        <w:jc w:val="both"/>
      </w:pPr>
      <w:r>
        <w:rPr>
          <w:sz w:val="26"/>
        </w:rPr>
        <w:t>Незрелость, плохие новости, инфантильность, сплетни. В перевернутом положении карта Паж Пентакли говорит о том, что энергия масти заблокирована или искажена. Ты либо боишься проявить ее, либо перегибаешь. Посмотри честно: где ты сдаешь, а где — перегибаешь? Перевернутая карта — не приговор, а подсказка: здесь нужно починить, замедлиться или, наоборот, решиться.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Любовь: надежность, стабильность, забота через действия. Карта Паж Пентаклей в любви говорит о ученик, новость, любопытство, начало изучения, молодой человек, гонец. весть, которая меняет планы.</w:t>
      </w:r>
    </w:p>
    <w:p>
      <w:pPr>
        <w:pStyle w:val="ListBullet"/>
        <w:spacing w:after="20"/>
        <w:ind w:left="340"/>
      </w:pPr>
      <w:r>
        <w:rPr>
          <w:b/>
          <w:sz w:val="26"/>
        </w:rPr>
        <w:t xml:space="preserve">Работа: </w:t>
      </w:r>
      <w:r>
        <w:rPr>
          <w:sz w:val="26"/>
        </w:rPr>
        <w:t xml:space="preserve">Работа: труд, мастерство, стабильность. </w:t>
      </w:r>
    </w:p>
    <w:p>
      <w:pPr>
        <w:pStyle w:val="ListBullet"/>
        <w:spacing w:after="20"/>
        <w:ind w:left="340"/>
      </w:pPr>
      <w:r>
        <w:rPr>
          <w:b/>
          <w:sz w:val="26"/>
        </w:rPr>
        <w:t xml:space="preserve">Деньги: </w:t>
      </w:r>
      <w:r>
        <w:rPr>
          <w:sz w:val="26"/>
        </w:rPr>
        <w:t xml:space="preserve">Деньги: деньги, накопления, материальный мир. </w:t>
      </w:r>
    </w:p>
    <w:p>
      <w:pPr>
        <w:pStyle w:val="ListBullet"/>
        <w:spacing w:after="20"/>
        <w:ind w:left="340"/>
      </w:pPr>
      <w:r>
        <w:rPr>
          <w:b/>
          <w:sz w:val="26"/>
        </w:rPr>
        <w:t xml:space="preserve">Здоровье: </w:t>
      </w:r>
      <w:r>
        <w:rPr>
          <w:sz w:val="26"/>
        </w:rPr>
        <w:t xml:space="preserve">Здоровье: тело, питание, режим. </w:t>
      </w:r>
    </w:p>
    <w:p>
      <w:pPr>
        <w:pStyle w:val="ListBullet"/>
        <w:spacing w:after="20"/>
        <w:ind w:left="340"/>
      </w:pPr>
      <w:r>
        <w:rPr>
          <w:b/>
          <w:sz w:val="26"/>
        </w:rPr>
        <w:t xml:space="preserve">Духовное: </w:t>
      </w:r>
      <w:r>
        <w:rPr>
          <w:sz w:val="26"/>
        </w:rPr>
        <w:t>Духовное: заземление.</w:t>
      </w:r>
    </w:p>
    <w:p>
      <w:pPr>
        <w:spacing w:before="100" w:after="20"/>
      </w:pPr>
      <w:r>
        <w:rPr>
          <w:b/>
          <w:color w:val="1A2B4A"/>
          <w:sz w:val="26"/>
        </w:rPr>
        <w:t>Совет карты:</w:t>
      </w:r>
    </w:p>
    <w:p>
      <w:pPr>
        <w:jc w:val="both"/>
      </w:pPr>
      <w:r>
        <w:rPr>
          <w:sz w:val="26"/>
        </w:rPr>
        <w:t>Действуй практично. Строй фундамент, который выдержит. Для карты Паж Пентакли это значит: Ученик, новость, любопытство, начало изучения, молодой человек, гонец. Весть, которая меняет планы. Не жди, пока станет идеально — начни с того, что есть. Один маленький шаг в энергии этой карты уже меняет все. Прямая: Ученик, новость, любопытство, начало изучения, молодой человек, гонец. Весть, которая меняет планы. Перевернутая: Незрелость, плохие новости, инфантильность, сплетни.</w:t>
      </w:r>
    </w:p>
    <w:p>
      <w:pPr>
        <w:spacing w:before="160"/>
        <w:jc w:val="center"/>
      </w:pPr>
      <w:r>
        <w:rPr>
          <w:color w:val="C9B87A"/>
          <w:sz w:val="26"/>
        </w:rPr>
        <w:t>✦  ✦  ✦</w:t>
      </w:r>
    </w:p>
    <w:p>
      <w:r>
        <w:br w:type="page"/>
      </w:r>
    </w:p>
    <w:p>
      <w:pPr>
        <w:jc w:val="right"/>
      </w:pPr>
      <w:r>
        <w:rPr>
          <w:b/>
          <w:color w:val="999999"/>
          <w:sz w:val="19"/>
        </w:rPr>
        <w:t>ТАРО • 78 КАРТ  •  76 / 78</w:t>
      </w:r>
    </w:p>
    <w:p>
      <w:pPr>
        <w:spacing w:after="40"/>
      </w:pPr>
      <w:r>
        <w:rPr>
          <w:b/>
          <w:color w:val="1A2B4A"/>
          <w:sz w:val="38"/>
        </w:rPr>
        <w:t>Рыцарь Пентакли</w:t>
      </w:r>
    </w:p>
    <w:p>
      <w:pPr>
        <w:spacing w:after="80"/>
      </w:pPr>
      <w:r>
        <w:rPr>
          <w:i/>
          <w:color w:val="8A6D2B"/>
          <w:sz w:val="26"/>
        </w:rPr>
        <w:t>Земля: деньги, тело, работа, дом, стабильность, материальный мир. Пентакли — это то, что ты имеешь и строишь.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Рыцарь на коне с монетой, конь стоит неподвижно. Медленность, надежность, труд, терпение.</w:t>
      </w:r>
    </w:p>
    <w:p>
      <w:pPr>
        <w:spacing w:before="100" w:after="20"/>
      </w:pPr>
      <w:r>
        <w:rPr>
          <w:b/>
          <w:color w:val="1A2B4A"/>
          <w:sz w:val="26"/>
        </w:rPr>
        <w:t>В прямом положении:</w:t>
      </w:r>
    </w:p>
    <w:p>
      <w:pPr>
        <w:jc w:val="both"/>
      </w:pPr>
      <w:r>
        <w:rPr>
          <w:sz w:val="26"/>
        </w:rPr>
        <w:t>Действие, движение, страсть, воин, защитник, рывок. Энергия, которая не сидит на месте. В масти Пентаклей это проявляется так: Рыцарь на коне с монетой, конь стоит неподвижно. Медленность, надежность, труд, терпение. Карта говорит: энергия масти сейчас активна, не подавляй ее. Если ты в прямом положении — действуй, чувствуй, думай или строй — в зависимости от масти. Это не случайный шанс, а закономерный этап. Ты уже прошел предыдущие ступени, и теперь тебе открывается следующая.</w:t>
      </w:r>
    </w:p>
    <w:p>
      <w:pPr>
        <w:spacing w:before="100" w:after="20"/>
      </w:pPr>
      <w:r>
        <w:rPr>
          <w:b/>
          <w:color w:val="1A2B4A"/>
          <w:sz w:val="26"/>
        </w:rPr>
        <w:t>В перевернутом положении:</w:t>
      </w:r>
    </w:p>
    <w:p>
      <w:pPr>
        <w:jc w:val="both"/>
      </w:pPr>
      <w:r>
        <w:rPr>
          <w:sz w:val="26"/>
        </w:rPr>
        <w:t>Импульсивность, агрессия, бегство, крайности, рыцарь без цели. В перевернутом положении карта Рыцарь Пентакли говорит о том, что энергия масти заблокирована или искажена. Ты либо боишься проявить ее, либо перегибаешь. Посмотри честно: где ты сдаешь, а где — перегибаешь? Перевернутая карта — не приговор, а подсказка: здесь нужно починить, замедлиться или, наоборот, решиться.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Любовь: надежность, стабильность, забота через действия. Карта Рыцарь Пентаклей в любви говорит о действие, движение, страсть, воин, защитник, рывок. энергия, которая не сидит на месте.</w:t>
      </w:r>
    </w:p>
    <w:p>
      <w:pPr>
        <w:pStyle w:val="ListBullet"/>
        <w:spacing w:after="20"/>
        <w:ind w:left="340"/>
      </w:pPr>
      <w:r>
        <w:rPr>
          <w:b/>
          <w:sz w:val="26"/>
        </w:rPr>
        <w:t xml:space="preserve">Работа: </w:t>
      </w:r>
      <w:r>
        <w:rPr>
          <w:sz w:val="26"/>
        </w:rPr>
        <w:t xml:space="preserve">Работа: труд, мастерство, стабильность. </w:t>
      </w:r>
    </w:p>
    <w:p>
      <w:pPr>
        <w:pStyle w:val="ListBullet"/>
        <w:spacing w:after="20"/>
        <w:ind w:left="340"/>
      </w:pPr>
      <w:r>
        <w:rPr>
          <w:b/>
          <w:sz w:val="26"/>
        </w:rPr>
        <w:t xml:space="preserve">Деньги: </w:t>
      </w:r>
      <w:r>
        <w:rPr>
          <w:sz w:val="26"/>
        </w:rPr>
        <w:t xml:space="preserve">Деньги: деньги, накопления, материальный мир. </w:t>
      </w:r>
    </w:p>
    <w:p>
      <w:pPr>
        <w:pStyle w:val="ListBullet"/>
        <w:spacing w:after="20"/>
        <w:ind w:left="340"/>
      </w:pPr>
      <w:r>
        <w:rPr>
          <w:b/>
          <w:sz w:val="26"/>
        </w:rPr>
        <w:t xml:space="preserve">Здоровье: </w:t>
      </w:r>
      <w:r>
        <w:rPr>
          <w:sz w:val="26"/>
        </w:rPr>
        <w:t xml:space="preserve">Здоровье: тело, питание, режим. </w:t>
      </w:r>
    </w:p>
    <w:p>
      <w:pPr>
        <w:pStyle w:val="ListBullet"/>
        <w:spacing w:after="20"/>
        <w:ind w:left="340"/>
      </w:pPr>
      <w:r>
        <w:rPr>
          <w:b/>
          <w:sz w:val="26"/>
        </w:rPr>
        <w:t xml:space="preserve">Духовное: </w:t>
      </w:r>
      <w:r>
        <w:rPr>
          <w:sz w:val="26"/>
        </w:rPr>
        <w:t>Духовное: заземление.</w:t>
      </w:r>
    </w:p>
    <w:p>
      <w:pPr>
        <w:spacing w:before="100" w:after="20"/>
      </w:pPr>
      <w:r>
        <w:rPr>
          <w:b/>
          <w:color w:val="1A2B4A"/>
          <w:sz w:val="26"/>
        </w:rPr>
        <w:t>Совет карты:</w:t>
      </w:r>
    </w:p>
    <w:p>
      <w:pPr>
        <w:jc w:val="both"/>
      </w:pPr>
      <w:r>
        <w:rPr>
          <w:sz w:val="26"/>
        </w:rPr>
        <w:t>Действуй практично. Строй фундамент, который выдержит. Для карты Рыцарь Пентакли это значит: Действие, движение, страсть, воин, защитник, рывок. Энергия, которая не сидит на месте. Не жди, пока станет идеально — начни с того, что есть. Один маленький шаг в энергии этой карты уже меняет все. Прямая: Действие, движение, страсть, воин, защитник, рывок. Энергия, которая не сидит на месте. Перевернутая: Импульсивность, агрессия, бегство, крайности, рыцарь без цели.</w:t>
      </w:r>
    </w:p>
    <w:p>
      <w:pPr>
        <w:spacing w:before="160"/>
        <w:jc w:val="center"/>
      </w:pPr>
      <w:r>
        <w:rPr>
          <w:color w:val="C9B87A"/>
          <w:sz w:val="26"/>
        </w:rPr>
        <w:t>✦  ✦  ✦</w:t>
      </w:r>
    </w:p>
    <w:p>
      <w:r>
        <w:br w:type="page"/>
      </w:r>
    </w:p>
    <w:p>
      <w:pPr>
        <w:jc w:val="right"/>
      </w:pPr>
      <w:r>
        <w:rPr>
          <w:b/>
          <w:color w:val="999999"/>
          <w:sz w:val="19"/>
        </w:rPr>
        <w:t>ТАРО • 78 КАРТ  •  77 / 78</w:t>
      </w:r>
    </w:p>
    <w:p>
      <w:pPr>
        <w:spacing w:after="40"/>
      </w:pPr>
      <w:r>
        <w:rPr>
          <w:b/>
          <w:color w:val="1A2B4A"/>
          <w:sz w:val="38"/>
        </w:rPr>
        <w:t>Королева Пентакли</w:t>
      </w:r>
    </w:p>
    <w:p>
      <w:pPr>
        <w:spacing w:after="80"/>
      </w:pPr>
      <w:r>
        <w:rPr>
          <w:i/>
          <w:color w:val="8A6D2B"/>
          <w:sz w:val="26"/>
        </w:rPr>
        <w:t>Земля: деньги, тело, работа, дом, стабильность, материальный мир. Пентакли — это то, что ты имеешь и строишь.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Королева с монетой в саду, вокруг цветы и кролик. Забота, достаток, практичность, тепло.</w:t>
      </w:r>
    </w:p>
    <w:p>
      <w:pPr>
        <w:spacing w:before="100" w:after="20"/>
      </w:pPr>
      <w:r>
        <w:rPr>
          <w:b/>
          <w:color w:val="1A2B4A"/>
          <w:sz w:val="26"/>
        </w:rPr>
        <w:t>В прямом положении:</w:t>
      </w:r>
    </w:p>
    <w:p>
      <w:pPr>
        <w:jc w:val="both"/>
      </w:pPr>
      <w:r>
        <w:rPr>
          <w:sz w:val="26"/>
        </w:rPr>
        <w:t>Зрелая женская энергия, забота, мудрость, внутренняя сила, хозяйка своей масти. В масти Пентаклей это проявляется так: Королева с монетой в саду, вокруг цветы и кролик. Забота, достаток, практичность, тепло. Карта говорит: энергия масти сейчас активна, не подавляй ее. Если ты в прямом положении — действуй, чувствуй, думай или строй — в зависимости от масти. Это не случайный шанс, а закономерный этап. Ты уже прошел предыдущие ступени, и теперь тебе открывается следующая.</w:t>
      </w:r>
    </w:p>
    <w:p>
      <w:pPr>
        <w:spacing w:before="100" w:after="20"/>
      </w:pPr>
      <w:r>
        <w:rPr>
          <w:b/>
          <w:color w:val="1A2B4A"/>
          <w:sz w:val="26"/>
        </w:rPr>
        <w:t>В перевернутом положении:</w:t>
      </w:r>
    </w:p>
    <w:p>
      <w:pPr>
        <w:jc w:val="both"/>
      </w:pPr>
      <w:r>
        <w:rPr>
          <w:sz w:val="26"/>
        </w:rPr>
        <w:t>Холодность, контроль, манипуляция, эмоциональность, которая душит. В перевернутом положении карта Королева Пентакли говорит о том, что энергия масти заблокирована или искажена. Ты либо боишься проявить ее, либо перегибаешь. Посмотри честно: где ты сдаешь, а где — перегибаешь? Перевернутая карта — не приговор, а подсказка: здесь нужно починить, замедлиться или, наоборот, решиться.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Любовь: надежность, стабильность, забота через действия. Карта Королева Пентаклей в любви говорит о зрелая женская энергия, забота, мудрость, внутренняя сила, хозяйка своей масти.</w:t>
      </w:r>
    </w:p>
    <w:p>
      <w:pPr>
        <w:pStyle w:val="ListBullet"/>
        <w:spacing w:after="20"/>
        <w:ind w:left="340"/>
      </w:pPr>
      <w:r>
        <w:rPr>
          <w:b/>
          <w:sz w:val="26"/>
        </w:rPr>
        <w:t xml:space="preserve">Работа: </w:t>
      </w:r>
      <w:r>
        <w:rPr>
          <w:sz w:val="26"/>
        </w:rPr>
        <w:t xml:space="preserve">Работа: труд, мастерство, стабильность. </w:t>
      </w:r>
    </w:p>
    <w:p>
      <w:pPr>
        <w:pStyle w:val="ListBullet"/>
        <w:spacing w:after="20"/>
        <w:ind w:left="340"/>
      </w:pPr>
      <w:r>
        <w:rPr>
          <w:b/>
          <w:sz w:val="26"/>
        </w:rPr>
        <w:t xml:space="preserve">Деньги: </w:t>
      </w:r>
      <w:r>
        <w:rPr>
          <w:sz w:val="26"/>
        </w:rPr>
        <w:t xml:space="preserve">Деньги: деньги, накопления, материальный мир. </w:t>
      </w:r>
    </w:p>
    <w:p>
      <w:pPr>
        <w:pStyle w:val="ListBullet"/>
        <w:spacing w:after="20"/>
        <w:ind w:left="340"/>
      </w:pPr>
      <w:r>
        <w:rPr>
          <w:b/>
          <w:sz w:val="26"/>
        </w:rPr>
        <w:t xml:space="preserve">Здоровье: </w:t>
      </w:r>
      <w:r>
        <w:rPr>
          <w:sz w:val="26"/>
        </w:rPr>
        <w:t xml:space="preserve">Здоровье: тело, питание, режим. </w:t>
      </w:r>
    </w:p>
    <w:p>
      <w:pPr>
        <w:pStyle w:val="ListBullet"/>
        <w:spacing w:after="20"/>
        <w:ind w:left="340"/>
      </w:pPr>
      <w:r>
        <w:rPr>
          <w:b/>
          <w:sz w:val="26"/>
        </w:rPr>
        <w:t xml:space="preserve">Духовное: </w:t>
      </w:r>
      <w:r>
        <w:rPr>
          <w:sz w:val="26"/>
        </w:rPr>
        <w:t>Духовное: заземление.</w:t>
      </w:r>
    </w:p>
    <w:p>
      <w:pPr>
        <w:spacing w:before="100" w:after="20"/>
      </w:pPr>
      <w:r>
        <w:rPr>
          <w:b/>
          <w:color w:val="1A2B4A"/>
          <w:sz w:val="26"/>
        </w:rPr>
        <w:t>Совет карты:</w:t>
      </w:r>
    </w:p>
    <w:p>
      <w:pPr>
        <w:jc w:val="both"/>
      </w:pPr>
      <w:r>
        <w:rPr>
          <w:sz w:val="26"/>
        </w:rPr>
        <w:t>Действуй практично. Строй фундамент, который выдержит. Для карты Королева Пентакли это значит: Зрелая женская энергия, забота, мудрость, внутренняя сила, хозяйка своей масти. Не жди, пока станет идеально — начни с того, что есть. Один маленький шаг в энергии этой карты уже меняет все. Прямая: Зрелая женская энергия, забота, мудрость, внутренняя сила, хозяйка своей масти. Перевернутая: Холодность, контроль, манипуляция, эмоциональность, которая душит.</w:t>
      </w:r>
    </w:p>
    <w:p>
      <w:pPr>
        <w:spacing w:before="160"/>
        <w:jc w:val="center"/>
      </w:pPr>
      <w:r>
        <w:rPr>
          <w:color w:val="C9B87A"/>
          <w:sz w:val="26"/>
        </w:rPr>
        <w:t>✦  ✦  ✦</w:t>
      </w:r>
    </w:p>
    <w:p>
      <w:r>
        <w:br w:type="page"/>
      </w:r>
    </w:p>
    <w:p>
      <w:pPr>
        <w:jc w:val="right"/>
      </w:pPr>
      <w:r>
        <w:rPr>
          <w:b/>
          <w:color w:val="999999"/>
          <w:sz w:val="19"/>
        </w:rPr>
        <w:t>ТАРО • 78 КАРТ  •  78 / 78</w:t>
      </w:r>
    </w:p>
    <w:p>
      <w:pPr>
        <w:spacing w:after="40"/>
      </w:pPr>
      <w:r>
        <w:rPr>
          <w:b/>
          <w:color w:val="1A2B4A"/>
          <w:sz w:val="38"/>
        </w:rPr>
        <w:t>Король Пентакли</w:t>
      </w:r>
    </w:p>
    <w:p>
      <w:pPr>
        <w:spacing w:after="80"/>
      </w:pPr>
      <w:r>
        <w:rPr>
          <w:i/>
          <w:color w:val="8A6D2B"/>
          <w:sz w:val="26"/>
        </w:rPr>
        <w:t>Земля: деньги, тело, работа, дом, стабильность, материальный мир. Пентакли — это то, что ты имеешь и строишь.</w:t>
      </w:r>
    </w:p>
    <w:p>
      <w:pPr>
        <w:spacing w:after="120"/>
      </w:pPr>
      <w:r>
        <w:rPr>
          <w:color w:val="C9B87A"/>
          <w:sz w:val="19"/>
        </w:rPr>
        <w:t>────────────────────────────────────────────────────────────────────────</w:t>
      </w:r>
    </w:p>
    <w:p>
      <w:pPr>
        <w:spacing w:before="100" w:after="20"/>
      </w:pPr>
      <w:r>
        <w:rPr>
          <w:b/>
          <w:color w:val="1A2B4A"/>
          <w:sz w:val="26"/>
        </w:rPr>
        <w:t>Как выглядит карта:</w:t>
      </w:r>
    </w:p>
    <w:p>
      <w:pPr>
        <w:jc w:val="both"/>
      </w:pPr>
      <w:r>
        <w:rPr>
          <w:sz w:val="26"/>
        </w:rPr>
        <w:t>Король на троне с монетой и скипетром, за ним виноградник, замок. Богатство, стабильность, мастерство.</w:t>
      </w:r>
    </w:p>
    <w:p>
      <w:pPr>
        <w:spacing w:before="100" w:after="20"/>
      </w:pPr>
      <w:r>
        <w:rPr>
          <w:b/>
          <w:color w:val="1A2B4A"/>
          <w:sz w:val="26"/>
        </w:rPr>
        <w:t>В прямом положении:</w:t>
      </w:r>
    </w:p>
    <w:p>
      <w:pPr>
        <w:jc w:val="both"/>
      </w:pPr>
      <w:r>
        <w:rPr>
          <w:sz w:val="26"/>
        </w:rPr>
        <w:t>Зрелая мужская энергия, власть, контроль, мастерство, лидер, хозяин своей масти. В масти Пентаклей это проявляется так: Король на троне с монетой и скипетром, за ним виноградник, замок. Богатство, стабильность, мастерство. Карта говорит: энергия масти сейчас активна, не подавляй ее. Если ты в прямом положении — действуй, чувствуй, думай или строй — в зависимости от масти. Это не случайный шанс, а закономерный этап. Ты уже прошел предыдущие ступени, и теперь тебе открывается следующая.</w:t>
      </w:r>
    </w:p>
    <w:p>
      <w:pPr>
        <w:spacing w:before="100" w:after="20"/>
      </w:pPr>
      <w:r>
        <w:rPr>
          <w:b/>
          <w:color w:val="1A2B4A"/>
          <w:sz w:val="26"/>
        </w:rPr>
        <w:t>В перевернутом положении:</w:t>
      </w:r>
    </w:p>
    <w:p>
      <w:pPr>
        <w:jc w:val="both"/>
      </w:pPr>
      <w:r>
        <w:rPr>
          <w:sz w:val="26"/>
        </w:rPr>
        <w:t>Тиран или слабак, злоупотребление властью, безответственность. В перевернутом положении карта Король Пентакли говорит о том, что энергия масти заблокирована или искажена. Ты либо боишься проявить ее, либо перегибаешь. Посмотри честно: где ты сдаешь, а где — перегибаешь? Перевернутая карта — не приговор, а подсказка: здесь нужно починить, замедлиться или, наоборот, решиться.</w:t>
      </w:r>
    </w:p>
    <w:p>
      <w:pPr>
        <w:spacing w:before="100"/>
      </w:pPr>
      <w:r>
        <w:rPr>
          <w:b/>
          <w:color w:val="1A2B4A"/>
          <w:sz w:val="26"/>
        </w:rPr>
        <w:t>Любовь / Работа / Деньги / Здоровье / Духовное:</w:t>
      </w:r>
    </w:p>
    <w:p>
      <w:pPr>
        <w:pStyle w:val="ListBullet"/>
        <w:spacing w:after="20"/>
        <w:ind w:left="340"/>
      </w:pPr>
      <w:r>
        <w:rPr>
          <w:b/>
          <w:sz w:val="26"/>
        </w:rPr>
        <w:t xml:space="preserve">Любовь: </w:t>
      </w:r>
      <w:r>
        <w:rPr>
          <w:sz w:val="26"/>
        </w:rPr>
        <w:t>Любовь: надежность, стабильность, забота через действия. Карта Король Пентаклей в любви говорит о зрелая мужская энергия, власть, контроль, мастерство, лидер, хозяин своей масти.</w:t>
      </w:r>
    </w:p>
    <w:p>
      <w:pPr>
        <w:pStyle w:val="ListBullet"/>
        <w:spacing w:after="20"/>
        <w:ind w:left="340"/>
      </w:pPr>
      <w:r>
        <w:rPr>
          <w:b/>
          <w:sz w:val="26"/>
        </w:rPr>
        <w:t xml:space="preserve">Работа: </w:t>
      </w:r>
      <w:r>
        <w:rPr>
          <w:sz w:val="26"/>
        </w:rPr>
        <w:t xml:space="preserve">Работа: труд, мастерство, стабильность. </w:t>
      </w:r>
    </w:p>
    <w:p>
      <w:pPr>
        <w:pStyle w:val="ListBullet"/>
        <w:spacing w:after="20"/>
        <w:ind w:left="340"/>
      </w:pPr>
      <w:r>
        <w:rPr>
          <w:b/>
          <w:sz w:val="26"/>
        </w:rPr>
        <w:t xml:space="preserve">Деньги: </w:t>
      </w:r>
      <w:r>
        <w:rPr>
          <w:sz w:val="26"/>
        </w:rPr>
        <w:t xml:space="preserve">Деньги: деньги, накопления, материальный мир. </w:t>
      </w:r>
    </w:p>
    <w:p>
      <w:pPr>
        <w:pStyle w:val="ListBullet"/>
        <w:spacing w:after="20"/>
        <w:ind w:left="340"/>
      </w:pPr>
      <w:r>
        <w:rPr>
          <w:b/>
          <w:sz w:val="26"/>
        </w:rPr>
        <w:t xml:space="preserve">Здоровье: </w:t>
      </w:r>
      <w:r>
        <w:rPr>
          <w:sz w:val="26"/>
        </w:rPr>
        <w:t xml:space="preserve">Здоровье: тело, питание, режим. </w:t>
      </w:r>
    </w:p>
    <w:p>
      <w:pPr>
        <w:pStyle w:val="ListBullet"/>
        <w:spacing w:after="20"/>
        <w:ind w:left="340"/>
      </w:pPr>
      <w:r>
        <w:rPr>
          <w:b/>
          <w:sz w:val="26"/>
        </w:rPr>
        <w:t xml:space="preserve">Духовное: </w:t>
      </w:r>
      <w:r>
        <w:rPr>
          <w:sz w:val="26"/>
        </w:rPr>
        <w:t>Духовное: заземление.</w:t>
      </w:r>
    </w:p>
    <w:p>
      <w:pPr>
        <w:spacing w:before="100" w:after="20"/>
      </w:pPr>
      <w:r>
        <w:rPr>
          <w:b/>
          <w:color w:val="1A2B4A"/>
          <w:sz w:val="26"/>
        </w:rPr>
        <w:t>Совет карты:</w:t>
      </w:r>
    </w:p>
    <w:p>
      <w:pPr>
        <w:jc w:val="both"/>
      </w:pPr>
      <w:r>
        <w:rPr>
          <w:sz w:val="26"/>
        </w:rPr>
        <w:t>Действуй практично. Строй фундамент, который выдержит. Для карты Король Пентакли это значит: Зрелая мужская энергия, власть, контроль, мастерство, лидер, хозяин своей масти. Не жди, пока станет идеально — начни с того, что есть. Один маленький шаг в энергии этой карты уже меняет все. Прямая: Зрелая мужская энергия, власть, контроль, мастерство, лидер, хозяин своей масти. Перевернутая: Тиран или слабак, злоупотребление властью, безответственность.</w:t>
      </w:r>
    </w:p>
    <w:p>
      <w:pPr>
        <w:spacing w:before="160"/>
        <w:jc w:val="center"/>
      </w:pPr>
      <w:r>
        <w:rPr>
          <w:color w:val="C9B87A"/>
          <w:sz w:val="26"/>
        </w:rPr>
        <w:t>✦  ✦  ✦</w:t>
      </w:r>
    </w:p>
    <w:p>
      <w:r>
        <w:br w:type="page"/>
      </w:r>
    </w:p>
    <w:p>
      <w:pPr>
        <w:spacing w:before="2400"/>
        <w:jc w:val="center"/>
      </w:pPr>
      <w:r>
        <w:rPr>
          <w:b/>
          <w:color w:val="1A2B4A"/>
          <w:sz w:val="32"/>
        </w:rPr>
        <w:t>ТАРО • 78 КАРТ</w:t>
      </w:r>
    </w:p>
    <w:p>
      <w:pPr>
        <w:jc w:val="center"/>
      </w:pPr>
      <w:r>
        <w:rPr>
          <w:i/>
          <w:color w:val="8A6D2B"/>
          <w:sz w:val="24"/>
        </w:rPr>
        <w:t>Спасибо, что ты здесь.</w:t>
        <w:br/>
        <w:t>Пусть карты говорят с тобой честно.</w:t>
      </w:r>
    </w:p>
    <w:p>
      <w:pPr>
        <w:spacing w:before="360"/>
        <w:jc w:val="center"/>
      </w:pPr>
      <w:r>
        <w:drawing>
          <wp:inline xmlns:a="http://schemas.openxmlformats.org/drawingml/2006/main" xmlns:pic="http://schemas.openxmlformats.org/drawingml/2006/picture">
            <wp:extent cx="3060000" cy="3060000"/>
            <wp:docPr id="2" name="Picture 2"/>
            <wp:cNvGraphicFramePr>
              <a:graphicFrameLocks noChangeAspect="1"/>
            </wp:cNvGraphicFramePr>
            <a:graphic>
              <a:graphicData uri="http://schemas.openxmlformats.org/drawingml/2006/picture">
                <pic:pic>
                  <pic:nvPicPr>
                    <pic:cNvPr id="0" name="WhatsApp_Image_2026-11-03_at_11.27.13.jpeg"/>
                    <pic:cNvPicPr/>
                  </pic:nvPicPr>
                  <pic:blipFill>
                    <a:blip r:embed="rId9"/>
                    <a:stretch>
                      <a:fillRect/>
                    </a:stretch>
                  </pic:blipFill>
                  <pic:spPr>
                    <a:xfrm>
                      <a:off x="0" y="0"/>
                      <a:ext cx="3060000" cy="3060000"/>
                    </a:xfrm>
                    <a:prstGeom prst="rect"/>
                  </pic:spPr>
                </pic:pic>
              </a:graphicData>
            </a:graphic>
          </wp:inline>
        </w:drawing>
      </w:r>
    </w:p>
    <w:p>
      <w:pPr>
        <w:jc w:val="center"/>
      </w:pPr>
      <w:r>
        <w:rPr>
          <w:b/>
          <w:color w:val="8A6D2B"/>
          <w:sz w:val="24"/>
        </w:rPr>
        <w:t>GRAF MEISTER</w:t>
      </w:r>
    </w:p>
    <w:sectPr w:rsidR="00FC693F" w:rsidRPr="0006063C" w:rsidSect="00034616">
      <w:footerReference w:type="default" r:id="rId10"/>
      <w:pgSz w:w="11906" w:h="16838"/>
      <w:pgMar w:top="737" w:right="964" w:bottom="737"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40"/>
      <w:jc w:val="center"/>
    </w:pPr>
    <w:r/>
    <w:r>
      <w:drawing>
        <wp:inline xmlns:a="http://schemas.openxmlformats.org/drawingml/2006/main" xmlns:pic="http://schemas.openxmlformats.org/drawingml/2006/picture">
          <wp:extent cx="792000" cy="792000"/>
          <wp:docPr id="1" name="Picture 1"/>
          <wp:cNvGraphicFramePr>
            <a:graphicFrameLocks noChangeAspect="1"/>
          </wp:cNvGraphicFramePr>
          <a:graphic>
            <a:graphicData uri="http://schemas.openxmlformats.org/drawingml/2006/picture">
              <pic:pic>
                <pic:nvPicPr>
                  <pic:cNvPr id="0" name="WhatsApp_Image_2026-11-03_at_11.27.13.jpeg"/>
                  <pic:cNvPicPr/>
                </pic:nvPicPr>
                <pic:blipFill>
                  <a:blip r:embed="rId1"/>
                  <a:stretch>
                    <a:fillRect/>
                  </a:stretch>
                </pic:blipFill>
                <pic:spPr>
                  <a:xfrm>
                    <a:off x="0" y="0"/>
                    <a:ext cx="792000" cy="792000"/>
                  </a:xfrm>
                  <a:prstGeom prst="rect"/>
                </pic:spPr>
              </pic:pic>
            </a:graphicData>
          </a:graphic>
        </wp:inline>
      </w:drawing>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before="0" w:line="259" w:lineRule="auto"/>
    </w:pPr>
    <w:rPr>
      <w:rFonts w:ascii="Calibri" w:hAnsi="Calibri"/>
      <w:sz w:val="26"/>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eg"/><Relationship Id="rId1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